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1E036" w14:textId="6D0E5576" w:rsidR="00EE1CD0" w:rsidRPr="002C201B" w:rsidRDefault="00824E16">
      <w:pPr>
        <w:keepNext/>
        <w:spacing w:after="100"/>
        <w:rPr>
          <w:lang w:val="sv-SE"/>
        </w:rPr>
      </w:pPr>
      <w:r w:rsidRPr="002C201B">
        <w:rPr>
          <w:b/>
          <w:sz w:val="50"/>
          <w:lang w:val="sv-SE"/>
        </w:rPr>
        <w:t>TAIK – ledarmöte</w:t>
      </w:r>
      <w:r w:rsidR="002C201B">
        <w:rPr>
          <w:b/>
          <w:sz w:val="50"/>
          <w:lang w:val="sv-SE"/>
        </w:rPr>
        <w:t xml:space="preserve"> augusti 2026</w:t>
      </w:r>
    </w:p>
    <w:p w14:paraId="27E9D4BE" w14:textId="1752EE52" w:rsidR="00EE1CD0" w:rsidRPr="002C201B" w:rsidRDefault="00824E16">
      <w:pPr>
        <w:spacing w:after="40" w:line="240" w:lineRule="auto"/>
        <w:rPr>
          <w:lang w:val="sv-SE"/>
        </w:rPr>
      </w:pPr>
      <w:r w:rsidRPr="002C201B">
        <w:rPr>
          <w:b/>
          <w:sz w:val="21"/>
          <w:lang w:val="sv-SE"/>
        </w:rPr>
        <w:t xml:space="preserve">Datum: </w:t>
      </w:r>
      <w:r w:rsidR="002C201B">
        <w:rPr>
          <w:sz w:val="21"/>
          <w:lang w:val="sv-SE"/>
        </w:rPr>
        <w:t>2026-08-25</w:t>
      </w:r>
    </w:p>
    <w:p w14:paraId="50933418" w14:textId="02D40FB4" w:rsidR="00EE1CD0" w:rsidRPr="002C201B" w:rsidRDefault="00824E16">
      <w:pPr>
        <w:spacing w:after="40" w:line="240" w:lineRule="auto"/>
        <w:rPr>
          <w:lang w:val="sv-SE"/>
        </w:rPr>
      </w:pPr>
      <w:r w:rsidRPr="002C201B">
        <w:rPr>
          <w:b/>
          <w:sz w:val="21"/>
          <w:lang w:val="sv-SE"/>
        </w:rPr>
        <w:t>Plats:</w:t>
      </w:r>
      <w:r w:rsidR="002C201B">
        <w:rPr>
          <w:b/>
          <w:sz w:val="21"/>
          <w:lang w:val="sv-SE"/>
        </w:rPr>
        <w:t xml:space="preserve"> Teams</w:t>
      </w:r>
    </w:p>
    <w:p w14:paraId="3A4269F7" w14:textId="6AB6B889" w:rsidR="00EE1CD0" w:rsidRPr="002C201B" w:rsidRDefault="00824E16">
      <w:pPr>
        <w:spacing w:after="40" w:line="240" w:lineRule="auto"/>
        <w:rPr>
          <w:lang w:val="sv-SE"/>
        </w:rPr>
      </w:pPr>
      <w:r w:rsidRPr="002C201B">
        <w:rPr>
          <w:b/>
          <w:sz w:val="21"/>
          <w:lang w:val="sv-SE"/>
        </w:rPr>
        <w:t xml:space="preserve">Mötesledare: </w:t>
      </w:r>
      <w:proofErr w:type="spellStart"/>
      <w:r w:rsidR="002C201B">
        <w:rPr>
          <w:sz w:val="21"/>
          <w:lang w:val="sv-SE"/>
        </w:rPr>
        <w:t>Atilla</w:t>
      </w:r>
      <w:proofErr w:type="spellEnd"/>
      <w:r w:rsidR="002C201B">
        <w:rPr>
          <w:sz w:val="21"/>
          <w:lang w:val="sv-SE"/>
        </w:rPr>
        <w:t xml:space="preserve"> </w:t>
      </w:r>
      <w:proofErr w:type="spellStart"/>
      <w:r w:rsidR="002C201B">
        <w:rPr>
          <w:sz w:val="21"/>
          <w:lang w:val="sv-SE"/>
        </w:rPr>
        <w:t>Nydag</w:t>
      </w:r>
      <w:proofErr w:type="spellEnd"/>
      <w:r w:rsidR="002C201B">
        <w:rPr>
          <w:sz w:val="21"/>
          <w:lang w:val="sv-SE"/>
        </w:rPr>
        <w:t xml:space="preserve"> </w:t>
      </w:r>
      <w:proofErr w:type="spellStart"/>
      <w:r w:rsidR="002C201B">
        <w:rPr>
          <w:sz w:val="21"/>
          <w:lang w:val="sv-SE"/>
        </w:rPr>
        <w:t>Gundogdu</w:t>
      </w:r>
      <w:proofErr w:type="spellEnd"/>
    </w:p>
    <w:p w14:paraId="7EC037D4" w14:textId="3776FD20" w:rsidR="00EE1CD0" w:rsidRPr="002C201B" w:rsidRDefault="00824E16">
      <w:pPr>
        <w:spacing w:after="40" w:line="240" w:lineRule="auto"/>
        <w:rPr>
          <w:lang w:val="sv-SE"/>
        </w:rPr>
      </w:pPr>
      <w:r w:rsidRPr="002C201B">
        <w:rPr>
          <w:b/>
          <w:sz w:val="21"/>
          <w:lang w:val="sv-SE"/>
        </w:rPr>
        <w:t xml:space="preserve">Protokollförare: </w:t>
      </w:r>
      <w:r w:rsidR="002C201B">
        <w:rPr>
          <w:sz w:val="21"/>
          <w:lang w:val="sv-SE"/>
        </w:rPr>
        <w:t>Nassos Stikas</w:t>
      </w:r>
    </w:p>
    <w:p w14:paraId="2F2AC8E9" w14:textId="77777777" w:rsidR="00EE1CD0" w:rsidRPr="002C201B" w:rsidRDefault="00EE1CD0">
      <w:pPr>
        <w:rPr>
          <w:lang w:val="sv-SE"/>
        </w:rPr>
      </w:pPr>
    </w:p>
    <w:tbl>
      <w:tblPr>
        <w:tblW w:w="9360" w:type="dxa"/>
        <w:tblInd w:w="120" w:type="dxa"/>
        <w:tblBorders>
          <w:top w:val="single" w:sz="6" w:space="0" w:color="E8EEF5"/>
          <w:left w:val="single" w:sz="6" w:space="0" w:color="E8EEF5"/>
          <w:bottom w:val="single" w:sz="6" w:space="0" w:color="E8EEF5"/>
          <w:right w:val="single" w:sz="6" w:space="0" w:color="E8EEF5"/>
          <w:insideH w:val="single" w:sz="6" w:space="0" w:color="E8EEF5"/>
          <w:insideV w:val="single" w:sz="6" w:space="0" w:color="E8EEF5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EE1CD0" w:rsidRPr="001448E0" w14:paraId="6801AC07" w14:textId="77777777">
        <w:tc>
          <w:tcPr>
            <w:tcW w:w="936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6A6717" w14:textId="77777777" w:rsidR="00EE1CD0" w:rsidRPr="002C201B" w:rsidRDefault="00824E16">
            <w:pPr>
              <w:spacing w:after="0" w:line="252" w:lineRule="auto"/>
              <w:rPr>
                <w:lang w:val="sv-SE"/>
              </w:rPr>
            </w:pPr>
            <w:r w:rsidRPr="002C201B">
              <w:rPr>
                <w:sz w:val="21"/>
                <w:lang w:val="sv-SE"/>
              </w:rPr>
              <w:t>Syfte: samla information, förslag, beslut och ansvar på ett ställe. Formuleringar med status Öppet eller Föreslaget är inte fattade beslut.</w:t>
            </w:r>
          </w:p>
        </w:tc>
      </w:tr>
    </w:tbl>
    <w:p w14:paraId="23317E1C" w14:textId="77777777" w:rsidR="00EE1CD0" w:rsidRDefault="00824E16">
      <w:pPr>
        <w:pStyle w:val="Rubrik1"/>
      </w:pPr>
      <w:proofErr w:type="spellStart"/>
      <w:r>
        <w:t>Statusförklaring</w:t>
      </w:r>
      <w:proofErr w:type="spellEnd"/>
    </w:p>
    <w:tbl>
      <w:tblPr>
        <w:tblW w:w="9360" w:type="dxa"/>
        <w:tblInd w:w="120" w:type="dxa"/>
        <w:tblBorders>
          <w:top w:val="single" w:sz="6" w:space="0" w:color="CCD5DF"/>
          <w:left w:val="single" w:sz="6" w:space="0" w:color="CCD5DF"/>
          <w:bottom w:val="single" w:sz="6" w:space="0" w:color="CCD5DF"/>
          <w:right w:val="single" w:sz="6" w:space="0" w:color="CCD5DF"/>
          <w:insideH w:val="single" w:sz="6" w:space="0" w:color="CCD5DF"/>
          <w:insideV w:val="single" w:sz="6" w:space="0" w:color="CCD5DF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872"/>
        <w:gridCol w:w="1872"/>
        <w:gridCol w:w="1872"/>
        <w:gridCol w:w="1872"/>
      </w:tblGrid>
      <w:tr w:rsidR="00EE1CD0" w14:paraId="547CFCF7" w14:textId="77777777">
        <w:trPr>
          <w:tblHeader/>
        </w:trPr>
        <w:tc>
          <w:tcPr>
            <w:tcW w:w="1872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BFAB6C" w14:textId="77777777" w:rsidR="00EE1CD0" w:rsidRDefault="00824E16">
            <w:pPr>
              <w:jc w:val="center"/>
            </w:pPr>
            <w:proofErr w:type="spellStart"/>
            <w:r>
              <w:rPr>
                <w:b/>
                <w:color w:val="2E7D32"/>
                <w:sz w:val="18"/>
              </w:rPr>
              <w:t>Beslutat</w:t>
            </w:r>
            <w:proofErr w:type="spellEnd"/>
          </w:p>
        </w:tc>
        <w:tc>
          <w:tcPr>
            <w:tcW w:w="1872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20315E" w14:textId="77777777" w:rsidR="00EE1CD0" w:rsidRDefault="00824E16">
            <w:pPr>
              <w:jc w:val="center"/>
            </w:pPr>
            <w:proofErr w:type="spellStart"/>
            <w:r>
              <w:rPr>
                <w:b/>
                <w:color w:val="2E74B5"/>
                <w:sz w:val="18"/>
              </w:rPr>
              <w:t>Pågår</w:t>
            </w:r>
            <w:proofErr w:type="spellEnd"/>
          </w:p>
        </w:tc>
        <w:tc>
          <w:tcPr>
            <w:tcW w:w="1872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12A28B" w14:textId="77777777" w:rsidR="00EE1CD0" w:rsidRDefault="00824E16">
            <w:pPr>
              <w:jc w:val="center"/>
            </w:pPr>
            <w:proofErr w:type="spellStart"/>
            <w:r>
              <w:rPr>
                <w:b/>
                <w:color w:val="9A6700"/>
                <w:sz w:val="18"/>
              </w:rPr>
              <w:t>Föreslaget</w:t>
            </w:r>
            <w:proofErr w:type="spellEnd"/>
          </w:p>
        </w:tc>
        <w:tc>
          <w:tcPr>
            <w:tcW w:w="1872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F2553B" w14:textId="77777777" w:rsidR="00EE1CD0" w:rsidRDefault="00824E16">
            <w:pPr>
              <w:jc w:val="center"/>
            </w:pPr>
            <w:proofErr w:type="spellStart"/>
            <w:r>
              <w:rPr>
                <w:b/>
                <w:color w:val="9B1C1C"/>
                <w:sz w:val="18"/>
              </w:rPr>
              <w:t>Öppet</w:t>
            </w:r>
            <w:proofErr w:type="spellEnd"/>
          </w:p>
        </w:tc>
        <w:tc>
          <w:tcPr>
            <w:tcW w:w="1872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BCB51E" w14:textId="77777777" w:rsidR="00EE1CD0" w:rsidRDefault="00824E16">
            <w:pPr>
              <w:jc w:val="center"/>
            </w:pPr>
            <w:r>
              <w:rPr>
                <w:b/>
                <w:color w:val="667085"/>
                <w:sz w:val="18"/>
              </w:rPr>
              <w:t>Information</w:t>
            </w:r>
          </w:p>
        </w:tc>
      </w:tr>
      <w:tr w:rsidR="00EE1CD0" w14:paraId="6D04E063" w14:textId="77777777">
        <w:tc>
          <w:tcPr>
            <w:tcW w:w="187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016AFE" w14:textId="77777777" w:rsidR="00EE1CD0" w:rsidRDefault="00824E16">
            <w:pPr>
              <w:jc w:val="center"/>
            </w:pPr>
            <w:proofErr w:type="spellStart"/>
            <w:r>
              <w:rPr>
                <w:sz w:val="17"/>
              </w:rPr>
              <w:t>Tydlig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inriktning</w:t>
            </w:r>
            <w:proofErr w:type="spellEnd"/>
          </w:p>
        </w:tc>
        <w:tc>
          <w:tcPr>
            <w:tcW w:w="187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727542" w14:textId="77777777" w:rsidR="00EE1CD0" w:rsidRDefault="00824E16">
            <w:pPr>
              <w:jc w:val="center"/>
            </w:pPr>
            <w:proofErr w:type="spellStart"/>
            <w:r>
              <w:rPr>
                <w:sz w:val="17"/>
              </w:rPr>
              <w:t>Arbete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är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igång</w:t>
            </w:r>
            <w:proofErr w:type="spellEnd"/>
          </w:p>
        </w:tc>
        <w:tc>
          <w:tcPr>
            <w:tcW w:w="187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09166E" w14:textId="77777777" w:rsidR="00EE1CD0" w:rsidRDefault="00824E16">
            <w:pPr>
              <w:jc w:val="center"/>
            </w:pPr>
            <w:proofErr w:type="spellStart"/>
            <w:r>
              <w:rPr>
                <w:sz w:val="17"/>
              </w:rPr>
              <w:t>Behöver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bekräftas</w:t>
            </w:r>
            <w:proofErr w:type="spellEnd"/>
          </w:p>
        </w:tc>
        <w:tc>
          <w:tcPr>
            <w:tcW w:w="187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AE4F4E" w14:textId="77777777" w:rsidR="00EE1CD0" w:rsidRDefault="00824E16">
            <w:pPr>
              <w:jc w:val="center"/>
            </w:pPr>
            <w:proofErr w:type="spellStart"/>
            <w:r>
              <w:rPr>
                <w:sz w:val="17"/>
              </w:rPr>
              <w:t>Beslut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eller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ansvar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saknas</w:t>
            </w:r>
            <w:proofErr w:type="spellEnd"/>
          </w:p>
        </w:tc>
        <w:tc>
          <w:tcPr>
            <w:tcW w:w="187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2538E7" w14:textId="77777777" w:rsidR="00EE1CD0" w:rsidRDefault="00824E16">
            <w:pPr>
              <w:jc w:val="center"/>
            </w:pPr>
            <w:proofErr w:type="spellStart"/>
            <w:r>
              <w:rPr>
                <w:sz w:val="17"/>
              </w:rPr>
              <w:t>Notering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utan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beslut</w:t>
            </w:r>
            <w:proofErr w:type="spellEnd"/>
          </w:p>
        </w:tc>
      </w:tr>
    </w:tbl>
    <w:p w14:paraId="6F213A6F" w14:textId="77777777" w:rsidR="00EE1CD0" w:rsidRDefault="00824E16">
      <w:pPr>
        <w:pStyle w:val="Rubrik1"/>
      </w:pPr>
      <w:proofErr w:type="spellStart"/>
      <w:r>
        <w:t>Viktigaste</w:t>
      </w:r>
      <w:proofErr w:type="spellEnd"/>
      <w:r>
        <w:t xml:space="preserve"> </w:t>
      </w:r>
      <w:proofErr w:type="spellStart"/>
      <w:r>
        <w:t>nästa</w:t>
      </w:r>
      <w:proofErr w:type="spellEnd"/>
      <w:r>
        <w:t xml:space="preserve"> </w:t>
      </w:r>
      <w:proofErr w:type="spellStart"/>
      <w:r>
        <w:t>steg</w:t>
      </w:r>
      <w:proofErr w:type="spellEnd"/>
    </w:p>
    <w:tbl>
      <w:tblPr>
        <w:tblW w:w="9360" w:type="dxa"/>
        <w:tblInd w:w="120" w:type="dxa"/>
        <w:tblBorders>
          <w:top w:val="single" w:sz="6" w:space="0" w:color="CCD5DF"/>
          <w:left w:val="single" w:sz="6" w:space="0" w:color="CCD5DF"/>
          <w:bottom w:val="single" w:sz="6" w:space="0" w:color="CCD5DF"/>
          <w:right w:val="single" w:sz="6" w:space="0" w:color="CCD5DF"/>
          <w:insideH w:val="single" w:sz="6" w:space="0" w:color="CCD5DF"/>
          <w:insideV w:val="single" w:sz="6" w:space="0" w:color="CCD5DF"/>
        </w:tblBorders>
        <w:tblLayout w:type="fixed"/>
        <w:tblLook w:val="04A0" w:firstRow="1" w:lastRow="0" w:firstColumn="1" w:lastColumn="0" w:noHBand="0" w:noVBand="1"/>
      </w:tblPr>
      <w:tblGrid>
        <w:gridCol w:w="1300"/>
        <w:gridCol w:w="4850"/>
        <w:gridCol w:w="1500"/>
        <w:gridCol w:w="1710"/>
      </w:tblGrid>
      <w:tr w:rsidR="00EE1CD0" w14:paraId="012DE4B0" w14:textId="77777777">
        <w:trPr>
          <w:tblHeader/>
        </w:trPr>
        <w:tc>
          <w:tcPr>
            <w:tcW w:w="13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CBB9EB" w14:textId="77777777" w:rsidR="00EE1CD0" w:rsidRDefault="00824E16">
            <w:pPr>
              <w:spacing w:after="0" w:line="252" w:lineRule="auto"/>
            </w:pPr>
            <w:proofErr w:type="spellStart"/>
            <w:r>
              <w:rPr>
                <w:b/>
                <w:sz w:val="19"/>
              </w:rPr>
              <w:t>Område</w:t>
            </w:r>
            <w:proofErr w:type="spellEnd"/>
          </w:p>
        </w:tc>
        <w:tc>
          <w:tcPr>
            <w:tcW w:w="485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A8677A" w14:textId="77777777" w:rsidR="00EE1CD0" w:rsidRDefault="00824E16">
            <w:pPr>
              <w:spacing w:after="0" w:line="252" w:lineRule="auto"/>
            </w:pPr>
            <w:proofErr w:type="spellStart"/>
            <w:r>
              <w:rPr>
                <w:b/>
                <w:sz w:val="19"/>
              </w:rPr>
              <w:t>Nästa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steg</w:t>
            </w:r>
            <w:proofErr w:type="spellEnd"/>
          </w:p>
        </w:tc>
        <w:tc>
          <w:tcPr>
            <w:tcW w:w="15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969DDE" w14:textId="77777777" w:rsidR="00EE1CD0" w:rsidRDefault="00824E16">
            <w:pPr>
              <w:spacing w:after="0" w:line="252" w:lineRule="auto"/>
            </w:pPr>
            <w:r>
              <w:rPr>
                <w:b/>
                <w:sz w:val="19"/>
              </w:rPr>
              <w:t>Ansvar</w:t>
            </w:r>
          </w:p>
        </w:tc>
        <w:tc>
          <w:tcPr>
            <w:tcW w:w="171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3332BB" w14:textId="77777777" w:rsidR="00EE1CD0" w:rsidRDefault="00824E16">
            <w:pPr>
              <w:spacing w:after="0" w:line="252" w:lineRule="auto"/>
            </w:pPr>
            <w:r>
              <w:rPr>
                <w:b/>
                <w:sz w:val="19"/>
              </w:rPr>
              <w:t>Status</w:t>
            </w:r>
          </w:p>
        </w:tc>
      </w:tr>
      <w:tr w:rsidR="00EE1CD0" w14:paraId="408DF6BB" w14:textId="77777777">
        <w:tc>
          <w:tcPr>
            <w:tcW w:w="13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AAE29E" w14:textId="77777777" w:rsidR="00EE1CD0" w:rsidRDefault="00824E16">
            <w:pPr>
              <w:spacing w:after="0" w:line="252" w:lineRule="auto"/>
            </w:pPr>
            <w:proofErr w:type="spellStart"/>
            <w:r>
              <w:rPr>
                <w:sz w:val="19"/>
              </w:rPr>
              <w:t>Inventering</w:t>
            </w:r>
            <w:proofErr w:type="spellEnd"/>
          </w:p>
        </w:tc>
        <w:tc>
          <w:tcPr>
            <w:tcW w:w="48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C4BE74" w14:textId="77338857" w:rsidR="00EE1CD0" w:rsidRPr="002C201B" w:rsidRDefault="00824E16">
            <w:pPr>
              <w:spacing w:after="0" w:line="252" w:lineRule="auto"/>
              <w:rPr>
                <w:lang w:val="sv-SE"/>
              </w:rPr>
            </w:pPr>
            <w:r w:rsidRPr="002C201B">
              <w:rPr>
                <w:sz w:val="19"/>
                <w:lang w:val="sv-SE"/>
              </w:rPr>
              <w:t xml:space="preserve">Tove </w:t>
            </w:r>
            <w:r w:rsidR="002C201B">
              <w:rPr>
                <w:sz w:val="19"/>
                <w:lang w:val="sv-SE"/>
              </w:rPr>
              <w:t>frågade efter</w:t>
            </w:r>
            <w:r w:rsidRPr="002C201B">
              <w:rPr>
                <w:sz w:val="19"/>
                <w:lang w:val="sv-SE"/>
              </w:rPr>
              <w:t xml:space="preserve"> Linda Bathsons mall och</w:t>
            </w:r>
            <w:r w:rsidR="002C201B">
              <w:rPr>
                <w:sz w:val="19"/>
                <w:lang w:val="sv-SE"/>
              </w:rPr>
              <w:t xml:space="preserve"> ska</w:t>
            </w:r>
            <w:r w:rsidRPr="002C201B">
              <w:rPr>
                <w:sz w:val="19"/>
                <w:lang w:val="sv-SE"/>
              </w:rPr>
              <w:t xml:space="preserve"> dela ett gemensamt inventeringsdokument.</w:t>
            </w:r>
          </w:p>
        </w:tc>
        <w:tc>
          <w:tcPr>
            <w:tcW w:w="1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CB46ED" w14:textId="0F798AC0" w:rsidR="00EE1CD0" w:rsidRDefault="002C201B">
            <w:pPr>
              <w:spacing w:after="0" w:line="252" w:lineRule="auto"/>
            </w:pPr>
            <w:proofErr w:type="spellStart"/>
            <w:r>
              <w:rPr>
                <w:sz w:val="19"/>
              </w:rPr>
              <w:t>Ej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utsedd</w:t>
            </w:r>
            <w:proofErr w:type="spellEnd"/>
          </w:p>
        </w:tc>
        <w:tc>
          <w:tcPr>
            <w:tcW w:w="171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6CC352" w14:textId="77777777" w:rsidR="00EE1CD0" w:rsidRDefault="00824E16">
            <w:pPr>
              <w:spacing w:after="0" w:line="252" w:lineRule="auto"/>
            </w:pPr>
            <w:proofErr w:type="spellStart"/>
            <w:r>
              <w:rPr>
                <w:sz w:val="19"/>
              </w:rPr>
              <w:t>Pågår</w:t>
            </w:r>
            <w:proofErr w:type="spellEnd"/>
          </w:p>
        </w:tc>
      </w:tr>
      <w:tr w:rsidR="00EE1CD0" w14:paraId="6A83A0FE" w14:textId="77777777">
        <w:tc>
          <w:tcPr>
            <w:tcW w:w="13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3F4AE3" w14:textId="77777777" w:rsidR="00EE1CD0" w:rsidRDefault="00824E16">
            <w:pPr>
              <w:spacing w:after="0" w:line="252" w:lineRule="auto"/>
            </w:pPr>
            <w:proofErr w:type="spellStart"/>
            <w:r>
              <w:rPr>
                <w:sz w:val="19"/>
              </w:rPr>
              <w:t>Lagfoto</w:t>
            </w:r>
            <w:proofErr w:type="spellEnd"/>
          </w:p>
        </w:tc>
        <w:tc>
          <w:tcPr>
            <w:tcW w:w="48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28AFF9" w14:textId="77777777" w:rsidR="00EE1CD0" w:rsidRPr="002C201B" w:rsidRDefault="00824E16">
            <w:pPr>
              <w:spacing w:after="0" w:line="252" w:lineRule="auto"/>
              <w:rPr>
                <w:lang w:val="sv-SE"/>
              </w:rPr>
            </w:pPr>
            <w:r w:rsidRPr="002C201B">
              <w:rPr>
                <w:sz w:val="19"/>
                <w:lang w:val="sv-SE"/>
              </w:rPr>
              <w:t>Bekräfta datum 1–2 september och bestäm exakta tider före eller efter träning.</w:t>
            </w:r>
          </w:p>
        </w:tc>
        <w:tc>
          <w:tcPr>
            <w:tcW w:w="1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F39E33" w14:textId="77777777" w:rsidR="00EE1CD0" w:rsidRDefault="00824E16">
            <w:pPr>
              <w:spacing w:after="0" w:line="252" w:lineRule="auto"/>
            </w:pPr>
            <w:proofErr w:type="spellStart"/>
            <w:r>
              <w:rPr>
                <w:sz w:val="19"/>
              </w:rPr>
              <w:t>Ej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utsedd</w:t>
            </w:r>
            <w:proofErr w:type="spellEnd"/>
          </w:p>
        </w:tc>
        <w:tc>
          <w:tcPr>
            <w:tcW w:w="171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08F3F3" w14:textId="77777777" w:rsidR="00EE1CD0" w:rsidRDefault="00824E16">
            <w:pPr>
              <w:spacing w:after="0" w:line="252" w:lineRule="auto"/>
            </w:pPr>
            <w:proofErr w:type="spellStart"/>
            <w:r>
              <w:rPr>
                <w:sz w:val="19"/>
              </w:rPr>
              <w:t>Öppet</w:t>
            </w:r>
            <w:proofErr w:type="spellEnd"/>
          </w:p>
        </w:tc>
      </w:tr>
      <w:tr w:rsidR="00EE1CD0" w14:paraId="54561875" w14:textId="77777777">
        <w:tc>
          <w:tcPr>
            <w:tcW w:w="13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C429CE" w14:textId="77777777" w:rsidR="00EE1CD0" w:rsidRDefault="00824E16">
            <w:pPr>
              <w:spacing w:after="0" w:line="252" w:lineRule="auto"/>
            </w:pPr>
            <w:proofErr w:type="spellStart"/>
            <w:r>
              <w:rPr>
                <w:sz w:val="19"/>
              </w:rPr>
              <w:t>Juniorlag</w:t>
            </w:r>
            <w:proofErr w:type="spellEnd"/>
          </w:p>
        </w:tc>
        <w:tc>
          <w:tcPr>
            <w:tcW w:w="48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84B581" w14:textId="53D6D113" w:rsidR="00EE1CD0" w:rsidRPr="002C201B" w:rsidRDefault="00824E16">
            <w:pPr>
              <w:spacing w:after="0" w:line="252" w:lineRule="auto"/>
              <w:rPr>
                <w:lang w:val="sv-SE"/>
              </w:rPr>
            </w:pPr>
            <w:r w:rsidRPr="002C201B">
              <w:rPr>
                <w:sz w:val="19"/>
                <w:lang w:val="sv-SE"/>
              </w:rPr>
              <w:t>Lyft frågan till styrelsen skyndsamt och bekräfta om Alexi ansvarar.</w:t>
            </w:r>
            <w:r w:rsidR="002C201B">
              <w:rPr>
                <w:sz w:val="19"/>
                <w:lang w:val="sv-SE"/>
              </w:rPr>
              <w:t xml:space="preserve"> P2011-2012 kommer inte ha ledare. </w:t>
            </w:r>
          </w:p>
        </w:tc>
        <w:tc>
          <w:tcPr>
            <w:tcW w:w="1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33DE66" w14:textId="77777777" w:rsidR="00EE1CD0" w:rsidRDefault="00824E16">
            <w:pPr>
              <w:spacing w:after="0" w:line="252" w:lineRule="auto"/>
            </w:pPr>
            <w:r>
              <w:rPr>
                <w:sz w:val="19"/>
              </w:rPr>
              <w:t>Alexi?</w:t>
            </w:r>
          </w:p>
        </w:tc>
        <w:tc>
          <w:tcPr>
            <w:tcW w:w="171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E79BF0" w14:textId="77777777" w:rsidR="00EE1CD0" w:rsidRDefault="00824E16">
            <w:pPr>
              <w:spacing w:after="0" w:line="252" w:lineRule="auto"/>
            </w:pPr>
            <w:proofErr w:type="spellStart"/>
            <w:r>
              <w:rPr>
                <w:sz w:val="19"/>
              </w:rPr>
              <w:t>Öppet</w:t>
            </w:r>
            <w:proofErr w:type="spellEnd"/>
          </w:p>
        </w:tc>
      </w:tr>
      <w:tr w:rsidR="00EE1CD0" w14:paraId="2C0659F0" w14:textId="77777777">
        <w:tc>
          <w:tcPr>
            <w:tcW w:w="13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5F52B48" w14:textId="77777777" w:rsidR="00EE1CD0" w:rsidRDefault="00824E16">
            <w:pPr>
              <w:spacing w:after="0" w:line="252" w:lineRule="auto"/>
            </w:pPr>
            <w:proofErr w:type="spellStart"/>
            <w:r>
              <w:rPr>
                <w:sz w:val="19"/>
              </w:rPr>
              <w:t>Enenda</w:t>
            </w:r>
            <w:proofErr w:type="spellEnd"/>
          </w:p>
        </w:tc>
        <w:tc>
          <w:tcPr>
            <w:tcW w:w="48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8A166A" w14:textId="77777777" w:rsidR="00EE1CD0" w:rsidRPr="002C201B" w:rsidRDefault="00824E16">
            <w:pPr>
              <w:spacing w:after="0" w:line="252" w:lineRule="auto"/>
              <w:rPr>
                <w:lang w:val="sv-SE"/>
              </w:rPr>
            </w:pPr>
            <w:r w:rsidRPr="002C201B">
              <w:rPr>
                <w:sz w:val="19"/>
                <w:lang w:val="sv-SE"/>
              </w:rPr>
              <w:t>Följ upp reklamationen av träningskläder där trycket lossnar.</w:t>
            </w:r>
          </w:p>
        </w:tc>
        <w:tc>
          <w:tcPr>
            <w:tcW w:w="1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8AAF42" w14:textId="77777777" w:rsidR="00EE1CD0" w:rsidRDefault="00824E16">
            <w:pPr>
              <w:spacing w:after="0" w:line="252" w:lineRule="auto"/>
            </w:pPr>
            <w:proofErr w:type="spellStart"/>
            <w:r>
              <w:rPr>
                <w:sz w:val="19"/>
              </w:rPr>
              <w:t>Ej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utsedd</w:t>
            </w:r>
            <w:proofErr w:type="spellEnd"/>
          </w:p>
        </w:tc>
        <w:tc>
          <w:tcPr>
            <w:tcW w:w="171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724D25" w14:textId="77777777" w:rsidR="00EE1CD0" w:rsidRDefault="00824E16">
            <w:pPr>
              <w:spacing w:after="0" w:line="252" w:lineRule="auto"/>
            </w:pPr>
            <w:proofErr w:type="spellStart"/>
            <w:r>
              <w:rPr>
                <w:sz w:val="19"/>
              </w:rPr>
              <w:t>Pågår</w:t>
            </w:r>
            <w:proofErr w:type="spellEnd"/>
          </w:p>
        </w:tc>
      </w:tr>
      <w:tr w:rsidR="00EE1CD0" w14:paraId="4242F517" w14:textId="77777777">
        <w:tc>
          <w:tcPr>
            <w:tcW w:w="13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B50955" w14:textId="77777777" w:rsidR="00EE1CD0" w:rsidRDefault="00824E16">
            <w:pPr>
              <w:spacing w:after="0" w:line="252" w:lineRule="auto"/>
            </w:pPr>
            <w:proofErr w:type="spellStart"/>
            <w:r>
              <w:rPr>
                <w:sz w:val="19"/>
              </w:rPr>
              <w:t>Domare</w:t>
            </w:r>
            <w:proofErr w:type="spellEnd"/>
          </w:p>
        </w:tc>
        <w:tc>
          <w:tcPr>
            <w:tcW w:w="48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33BDBF" w14:textId="77777777" w:rsidR="00EE1CD0" w:rsidRPr="002C201B" w:rsidRDefault="00824E16">
            <w:pPr>
              <w:spacing w:after="0" w:line="252" w:lineRule="auto"/>
              <w:rPr>
                <w:lang w:val="sv-SE"/>
              </w:rPr>
            </w:pPr>
            <w:r w:rsidRPr="002C201B">
              <w:rPr>
                <w:sz w:val="19"/>
                <w:lang w:val="sv-SE"/>
              </w:rPr>
              <w:t>Säkerställ rätt utbildningsnivå vid framtida tillsättningar för 7-manna.</w:t>
            </w:r>
          </w:p>
        </w:tc>
        <w:tc>
          <w:tcPr>
            <w:tcW w:w="1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032740" w14:textId="77777777" w:rsidR="00EE1CD0" w:rsidRDefault="00824E16">
            <w:pPr>
              <w:spacing w:after="0" w:line="252" w:lineRule="auto"/>
            </w:pPr>
            <w:proofErr w:type="spellStart"/>
            <w:r>
              <w:rPr>
                <w:sz w:val="19"/>
              </w:rPr>
              <w:t>Ej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utsedd</w:t>
            </w:r>
            <w:proofErr w:type="spellEnd"/>
          </w:p>
        </w:tc>
        <w:tc>
          <w:tcPr>
            <w:tcW w:w="171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057414" w14:textId="77777777" w:rsidR="00EE1CD0" w:rsidRDefault="00824E16">
            <w:pPr>
              <w:spacing w:after="0" w:line="252" w:lineRule="auto"/>
            </w:pPr>
            <w:proofErr w:type="spellStart"/>
            <w:r>
              <w:rPr>
                <w:sz w:val="19"/>
              </w:rPr>
              <w:t>Öppet</w:t>
            </w:r>
            <w:proofErr w:type="spellEnd"/>
          </w:p>
        </w:tc>
      </w:tr>
    </w:tbl>
    <w:p w14:paraId="1DC14B53" w14:textId="77777777" w:rsidR="00EE1CD0" w:rsidRDefault="00EE1CD0">
      <w:pPr>
        <w:sectPr w:rsidR="00EE1CD0">
          <w:footerReference w:type="default" r:id="rId8"/>
          <w:pgSz w:w="12240" w:h="15840"/>
          <w:pgMar w:top="1440" w:right="1440" w:bottom="1440" w:left="1440" w:header="708" w:footer="708" w:gutter="0"/>
          <w:cols w:space="720"/>
          <w:docGrid w:linePitch="360"/>
        </w:sectPr>
      </w:pPr>
    </w:p>
    <w:p w14:paraId="1B736C12" w14:textId="77777777" w:rsidR="00EE1CD0" w:rsidRDefault="00824E16">
      <w:pPr>
        <w:spacing w:after="960" w:line="240" w:lineRule="auto"/>
      </w:pPr>
      <w:r>
        <w:rPr>
          <w:color w:val="FFFFFF"/>
          <w:sz w:val="2"/>
        </w:rPr>
        <w:lastRenderedPageBreak/>
        <w:t> </w:t>
      </w:r>
    </w:p>
    <w:p w14:paraId="3605BBDE" w14:textId="77777777" w:rsidR="00EE1CD0" w:rsidRDefault="00824E16">
      <w:pPr>
        <w:pStyle w:val="Rubrik1"/>
      </w:pPr>
      <w:r>
        <w:t xml:space="preserve">1. </w:t>
      </w:r>
      <w:proofErr w:type="spellStart"/>
      <w:r>
        <w:t>Inventering</w:t>
      </w:r>
      <w:proofErr w:type="spellEnd"/>
      <w:r>
        <w:t xml:space="preserve"> och </w:t>
      </w:r>
      <w:proofErr w:type="spellStart"/>
      <w:r>
        <w:t>förrådsrensning</w:t>
      </w:r>
      <w:proofErr w:type="spellEnd"/>
    </w:p>
    <w:p w14:paraId="1504F883" w14:textId="77777777" w:rsidR="00EE1CD0" w:rsidRPr="002C201B" w:rsidRDefault="00824E16">
      <w:pPr>
        <w:rPr>
          <w:lang w:val="sv-SE"/>
        </w:rPr>
      </w:pPr>
      <w:r w:rsidRPr="002C201B">
        <w:rPr>
          <w:b/>
          <w:color w:val="667085"/>
          <w:sz w:val="21"/>
          <w:lang w:val="sv-SE"/>
        </w:rPr>
        <w:t xml:space="preserve">INFORMATION: </w:t>
      </w:r>
      <w:r w:rsidRPr="002C201B">
        <w:rPr>
          <w:lang w:val="sv-SE"/>
        </w:rPr>
        <w:t>Förrådet i Fågelviksskolan ska rensas innan utrustningen flyttas till en ny lokal.</w:t>
      </w:r>
    </w:p>
    <w:p w14:paraId="7ABE6A4A" w14:textId="77777777" w:rsidR="00EE1CD0" w:rsidRPr="002C201B" w:rsidRDefault="00824E16">
      <w:pPr>
        <w:rPr>
          <w:lang w:val="sv-SE"/>
        </w:rPr>
      </w:pPr>
      <w:r w:rsidRPr="002C201B">
        <w:rPr>
          <w:b/>
          <w:color w:val="9A6700"/>
          <w:sz w:val="21"/>
          <w:lang w:val="sv-SE"/>
        </w:rPr>
        <w:t xml:space="preserve">FÖRESLAGET: </w:t>
      </w:r>
      <w:r w:rsidRPr="002C201B">
        <w:rPr>
          <w:lang w:val="sv-SE"/>
        </w:rPr>
        <w:t>Gemensam inventering söndag 4 oktober 2026, eftersom flest uppges kunna då.</w:t>
      </w:r>
    </w:p>
    <w:p w14:paraId="76009BA1" w14:textId="77777777" w:rsidR="00EE1CD0" w:rsidRPr="002C201B" w:rsidRDefault="00824E16">
      <w:pPr>
        <w:pStyle w:val="Punktlista"/>
        <w:rPr>
          <w:lang w:val="sv-SE"/>
        </w:rPr>
      </w:pPr>
      <w:r w:rsidRPr="002C201B">
        <w:rPr>
          <w:lang w:val="sv-SE"/>
        </w:rPr>
        <w:t>Varje lag ska ha minst en representant på plats.</w:t>
      </w:r>
    </w:p>
    <w:p w14:paraId="105F6E58" w14:textId="77777777" w:rsidR="00EE1CD0" w:rsidRPr="002C201B" w:rsidRDefault="00824E16">
      <w:pPr>
        <w:pStyle w:val="Punktlista"/>
        <w:rPr>
          <w:lang w:val="sv-SE"/>
        </w:rPr>
      </w:pPr>
      <w:r w:rsidRPr="002C201B">
        <w:rPr>
          <w:lang w:val="sv-SE"/>
        </w:rPr>
        <w:t>Matchtröjor, väskor och övrig utrustning behöver gås igenom.</w:t>
      </w:r>
    </w:p>
    <w:p w14:paraId="3818ED60" w14:textId="77777777" w:rsidR="00EE1CD0" w:rsidRPr="002C201B" w:rsidRDefault="00824E16">
      <w:pPr>
        <w:pStyle w:val="Punktlista"/>
        <w:rPr>
          <w:lang w:val="sv-SE"/>
        </w:rPr>
      </w:pPr>
      <w:r w:rsidRPr="002C201B">
        <w:rPr>
          <w:lang w:val="sv-SE"/>
        </w:rPr>
        <w:t>Enligt ledarna finns mycket skräp i förrådet som hör till A-laget.</w:t>
      </w:r>
    </w:p>
    <w:p w14:paraId="2F5759B0" w14:textId="77777777" w:rsidR="00EE1CD0" w:rsidRPr="002C201B" w:rsidRDefault="00824E16">
      <w:pPr>
        <w:pStyle w:val="Punktlista"/>
        <w:rPr>
          <w:lang w:val="sv-SE"/>
        </w:rPr>
      </w:pPr>
      <w:r w:rsidRPr="002C201B">
        <w:rPr>
          <w:lang w:val="sv-SE"/>
        </w:rPr>
        <w:t>Lagen bör helst inventera sin utrustning före den gemensamma rensningsdagen.</w:t>
      </w:r>
    </w:p>
    <w:p w14:paraId="4518784C" w14:textId="77777777" w:rsidR="00EE1CD0" w:rsidRPr="002C201B" w:rsidRDefault="00824E16">
      <w:pPr>
        <w:pStyle w:val="Rubrik2"/>
        <w:rPr>
          <w:lang w:val="sv-SE"/>
        </w:rPr>
      </w:pPr>
      <w:r w:rsidRPr="002C201B">
        <w:rPr>
          <w:lang w:val="sv-SE"/>
        </w:rPr>
        <w:t>Matchkläder</w:t>
      </w:r>
    </w:p>
    <w:p w14:paraId="56CBE0C3" w14:textId="5B57B018" w:rsidR="00EE1CD0" w:rsidRPr="002C201B" w:rsidRDefault="00824E16">
      <w:pPr>
        <w:rPr>
          <w:lang w:val="sv-SE"/>
        </w:rPr>
      </w:pPr>
      <w:r w:rsidRPr="002C201B">
        <w:rPr>
          <w:b/>
          <w:color w:val="2E7D32"/>
          <w:sz w:val="21"/>
          <w:lang w:val="sv-SE"/>
        </w:rPr>
        <w:t xml:space="preserve">BESLUTAT: </w:t>
      </w:r>
      <w:r w:rsidRPr="002C201B">
        <w:rPr>
          <w:lang w:val="sv-SE"/>
        </w:rPr>
        <w:t>P2012 får behålla sina nuvarande tröjor. P2013 får i så fall beställa nya tröjor</w:t>
      </w:r>
      <w:r w:rsidR="0044500B">
        <w:rPr>
          <w:lang w:val="sv-SE"/>
        </w:rPr>
        <w:t xml:space="preserve"> om behovet finns</w:t>
      </w:r>
      <w:r w:rsidRPr="002C201B">
        <w:rPr>
          <w:lang w:val="sv-SE"/>
        </w:rPr>
        <w:t>.</w:t>
      </w:r>
    </w:p>
    <w:p w14:paraId="03CA80A9" w14:textId="77777777" w:rsidR="00EE1CD0" w:rsidRPr="002C201B" w:rsidRDefault="00824E16">
      <w:pPr>
        <w:pStyle w:val="Rubrik2"/>
        <w:rPr>
          <w:lang w:val="sv-SE"/>
        </w:rPr>
      </w:pPr>
      <w:r w:rsidRPr="002C201B">
        <w:rPr>
          <w:lang w:val="sv-SE"/>
        </w:rPr>
        <w:t>Gemensamt inventeringsdokument</w:t>
      </w:r>
    </w:p>
    <w:p w14:paraId="0AB68D78" w14:textId="669159BB" w:rsidR="00EE1CD0" w:rsidRPr="002C201B" w:rsidRDefault="00824E16">
      <w:pPr>
        <w:rPr>
          <w:lang w:val="sv-SE"/>
        </w:rPr>
      </w:pPr>
      <w:r w:rsidRPr="002C201B">
        <w:rPr>
          <w:b/>
          <w:color w:val="2E74B5"/>
          <w:sz w:val="21"/>
          <w:lang w:val="sv-SE"/>
        </w:rPr>
        <w:t xml:space="preserve">PÅGÅR: </w:t>
      </w:r>
      <w:r w:rsidRPr="002C201B">
        <w:rPr>
          <w:lang w:val="sv-SE"/>
        </w:rPr>
        <w:t xml:space="preserve">Linda </w:t>
      </w:r>
      <w:proofErr w:type="spellStart"/>
      <w:r w:rsidRPr="002C201B">
        <w:rPr>
          <w:lang w:val="sv-SE"/>
        </w:rPr>
        <w:t>Bathson</w:t>
      </w:r>
      <w:proofErr w:type="spellEnd"/>
      <w:r w:rsidRPr="002C201B">
        <w:rPr>
          <w:lang w:val="sv-SE"/>
        </w:rPr>
        <w:t xml:space="preserve"> ska ha en inventeringsmall. </w:t>
      </w:r>
      <w:r w:rsidR="002C201B">
        <w:rPr>
          <w:lang w:val="sv-SE"/>
        </w:rPr>
        <w:t xml:space="preserve">Om </w:t>
      </w:r>
      <w:r w:rsidRPr="002C201B">
        <w:rPr>
          <w:lang w:val="sv-SE"/>
        </w:rPr>
        <w:t>mallen</w:t>
      </w:r>
      <w:r w:rsidR="002C201B">
        <w:rPr>
          <w:lang w:val="sv-SE"/>
        </w:rPr>
        <w:t xml:space="preserve"> finns att tillgå ska</w:t>
      </w:r>
      <w:r w:rsidRPr="002C201B">
        <w:rPr>
          <w:lang w:val="sv-SE"/>
        </w:rPr>
        <w:t xml:space="preserve"> ett gemensamt dokument</w:t>
      </w:r>
      <w:r w:rsidR="002C201B">
        <w:rPr>
          <w:lang w:val="sv-SE"/>
        </w:rPr>
        <w:t xml:space="preserve"> skapas</w:t>
      </w:r>
      <w:r w:rsidRPr="002C201B">
        <w:rPr>
          <w:lang w:val="sv-SE"/>
        </w:rPr>
        <w:t xml:space="preserve">, förslagsvis i Google </w:t>
      </w:r>
      <w:proofErr w:type="spellStart"/>
      <w:r w:rsidRPr="002C201B">
        <w:rPr>
          <w:lang w:val="sv-SE"/>
        </w:rPr>
        <w:t>Docs</w:t>
      </w:r>
      <w:proofErr w:type="spellEnd"/>
      <w:r w:rsidRPr="002C201B">
        <w:rPr>
          <w:lang w:val="sv-SE"/>
        </w:rPr>
        <w:t>.</w:t>
      </w:r>
    </w:p>
    <w:p w14:paraId="185DDF4E" w14:textId="77777777" w:rsidR="00EE1CD0" w:rsidRDefault="00824E16">
      <w:pPr>
        <w:pStyle w:val="Rubrik1"/>
      </w:pPr>
      <w:r>
        <w:t xml:space="preserve">2. </w:t>
      </w:r>
      <w:proofErr w:type="spellStart"/>
      <w:r>
        <w:t>Avslutning</w:t>
      </w:r>
      <w:proofErr w:type="spellEnd"/>
      <w:r>
        <w:t xml:space="preserve"> och </w:t>
      </w:r>
      <w:proofErr w:type="spellStart"/>
      <w:r>
        <w:t>lagfotografering</w:t>
      </w:r>
      <w:proofErr w:type="spellEnd"/>
    </w:p>
    <w:p w14:paraId="644C7B57" w14:textId="77777777" w:rsidR="00EE1CD0" w:rsidRDefault="00824E16">
      <w:pPr>
        <w:pStyle w:val="Rubrik2"/>
      </w:pPr>
      <w:proofErr w:type="spellStart"/>
      <w:r>
        <w:t>Avslutning</w:t>
      </w:r>
      <w:proofErr w:type="spellEnd"/>
    </w:p>
    <w:p w14:paraId="6524A7CC" w14:textId="564ABB32" w:rsidR="00EE1CD0" w:rsidRPr="002C201B" w:rsidRDefault="00824E16">
      <w:pPr>
        <w:pStyle w:val="Punktlista"/>
        <w:rPr>
          <w:lang w:val="sv-SE"/>
        </w:rPr>
      </w:pPr>
      <w:r w:rsidRPr="002C201B">
        <w:rPr>
          <w:lang w:val="sv-SE"/>
        </w:rPr>
        <w:t>Lag upp till och med 5-manna: 30 kronor per spelare</w:t>
      </w:r>
      <w:r w:rsidR="0044500B">
        <w:rPr>
          <w:lang w:val="sv-SE"/>
        </w:rPr>
        <w:t xml:space="preserve"> &amp; ledare</w:t>
      </w:r>
      <w:r w:rsidRPr="002C201B">
        <w:rPr>
          <w:lang w:val="sv-SE"/>
        </w:rPr>
        <w:t>.</w:t>
      </w:r>
    </w:p>
    <w:p w14:paraId="4A462C3A" w14:textId="1171C71E" w:rsidR="00EE1CD0" w:rsidRPr="002C201B" w:rsidRDefault="00824E16">
      <w:pPr>
        <w:pStyle w:val="Punktlista"/>
        <w:rPr>
          <w:lang w:val="sv-SE"/>
        </w:rPr>
      </w:pPr>
      <w:r w:rsidRPr="002C201B">
        <w:rPr>
          <w:lang w:val="sv-SE"/>
        </w:rPr>
        <w:t>Övriga lag: 60 kronor per spelare</w:t>
      </w:r>
      <w:r w:rsidR="0044500B">
        <w:rPr>
          <w:lang w:val="sv-SE"/>
        </w:rPr>
        <w:t xml:space="preserve"> &amp; ledare</w:t>
      </w:r>
      <w:r w:rsidRPr="002C201B">
        <w:rPr>
          <w:lang w:val="sv-SE"/>
        </w:rPr>
        <w:t>.</w:t>
      </w:r>
    </w:p>
    <w:p w14:paraId="011B953A" w14:textId="77777777" w:rsidR="00EE1CD0" w:rsidRPr="002C201B" w:rsidRDefault="00824E16">
      <w:pPr>
        <w:pStyle w:val="Punktlista"/>
        <w:rPr>
          <w:lang w:val="sv-SE"/>
        </w:rPr>
      </w:pPr>
      <w:r w:rsidRPr="002C201B">
        <w:rPr>
          <w:lang w:val="sv-SE"/>
        </w:rPr>
        <w:t>Spelare i lag upp till och med 5-manna ska få medaljer.</w:t>
      </w:r>
    </w:p>
    <w:p w14:paraId="1A38719E" w14:textId="77777777" w:rsidR="00EE1CD0" w:rsidRPr="002C201B" w:rsidRDefault="00824E16">
      <w:pPr>
        <w:pStyle w:val="Punktlista"/>
        <w:rPr>
          <w:lang w:val="sv-SE"/>
        </w:rPr>
      </w:pPr>
      <w:r w:rsidRPr="002C201B">
        <w:rPr>
          <w:lang w:val="sv-SE"/>
        </w:rPr>
        <w:t xml:space="preserve">För övriga lag lyftes </w:t>
      </w:r>
      <w:proofErr w:type="spellStart"/>
      <w:r w:rsidRPr="002C201B">
        <w:rPr>
          <w:lang w:val="sv-SE"/>
        </w:rPr>
        <w:t>lagfoto</w:t>
      </w:r>
      <w:proofErr w:type="spellEnd"/>
      <w:r w:rsidRPr="002C201B">
        <w:rPr>
          <w:lang w:val="sv-SE"/>
        </w:rPr>
        <w:t xml:space="preserve"> som alternativ eller del av avslutningen.</w:t>
      </w:r>
    </w:p>
    <w:p w14:paraId="026B7FF0" w14:textId="77777777" w:rsidR="00EE1CD0" w:rsidRPr="002C201B" w:rsidRDefault="00824E16">
      <w:pPr>
        <w:pStyle w:val="Rubrik2"/>
        <w:rPr>
          <w:lang w:val="sv-SE"/>
        </w:rPr>
      </w:pPr>
      <w:r w:rsidRPr="002C201B">
        <w:rPr>
          <w:lang w:val="sv-SE"/>
        </w:rPr>
        <w:t>Lagfotografering</w:t>
      </w:r>
    </w:p>
    <w:p w14:paraId="7117C861" w14:textId="77777777" w:rsidR="00EE1CD0" w:rsidRPr="002C201B" w:rsidRDefault="00824E16">
      <w:pPr>
        <w:rPr>
          <w:lang w:val="sv-SE"/>
        </w:rPr>
      </w:pPr>
      <w:r w:rsidRPr="002C201B">
        <w:rPr>
          <w:b/>
          <w:color w:val="9A6700"/>
          <w:sz w:val="21"/>
          <w:lang w:val="sv-SE"/>
        </w:rPr>
        <w:t xml:space="preserve">FÖRESLAGET: </w:t>
      </w:r>
      <w:r w:rsidRPr="002C201B">
        <w:rPr>
          <w:lang w:val="sv-SE"/>
        </w:rPr>
        <w:t>Fotograferingen genomförs den 1–2 september. Matchkläder används vid fotograferingen och en digital version av lagfotot ska kunna lämnas ut.</w:t>
      </w:r>
    </w:p>
    <w:tbl>
      <w:tblPr>
        <w:tblW w:w="9360" w:type="dxa"/>
        <w:tblInd w:w="120" w:type="dxa"/>
        <w:tblBorders>
          <w:top w:val="single" w:sz="6" w:space="0" w:color="CCD5DF"/>
          <w:left w:val="single" w:sz="6" w:space="0" w:color="CCD5DF"/>
          <w:bottom w:val="single" w:sz="6" w:space="0" w:color="CCD5DF"/>
          <w:right w:val="single" w:sz="6" w:space="0" w:color="CCD5DF"/>
          <w:insideH w:val="single" w:sz="6" w:space="0" w:color="CCD5DF"/>
          <w:insideV w:val="single" w:sz="6" w:space="0" w:color="CCD5DF"/>
        </w:tblBorders>
        <w:tblLayout w:type="fixed"/>
        <w:tblLook w:val="04A0" w:firstRow="1" w:lastRow="0" w:firstColumn="1" w:lastColumn="0" w:noHBand="0" w:noVBand="1"/>
      </w:tblPr>
      <w:tblGrid>
        <w:gridCol w:w="2600"/>
        <w:gridCol w:w="6760"/>
      </w:tblGrid>
      <w:tr w:rsidR="00EE1CD0" w14:paraId="7A61C1BA" w14:textId="77777777">
        <w:trPr>
          <w:tblHeader/>
        </w:trPr>
        <w:tc>
          <w:tcPr>
            <w:tcW w:w="26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6F1D8D" w14:textId="77777777" w:rsidR="00EE1CD0" w:rsidRDefault="00824E16">
            <w:pPr>
              <w:spacing w:after="0" w:line="252" w:lineRule="auto"/>
            </w:pPr>
            <w:r>
              <w:rPr>
                <w:b/>
                <w:sz w:val="19"/>
              </w:rPr>
              <w:t>Datum</w:t>
            </w:r>
          </w:p>
        </w:tc>
        <w:tc>
          <w:tcPr>
            <w:tcW w:w="676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CD772D" w14:textId="77777777" w:rsidR="00EE1CD0" w:rsidRDefault="00824E16">
            <w:pPr>
              <w:spacing w:after="0" w:line="252" w:lineRule="auto"/>
            </w:pPr>
            <w:r>
              <w:rPr>
                <w:b/>
                <w:sz w:val="19"/>
              </w:rPr>
              <w:t xml:space="preserve">Lag </w:t>
            </w:r>
            <w:proofErr w:type="spellStart"/>
            <w:r>
              <w:rPr>
                <w:b/>
                <w:sz w:val="19"/>
              </w:rPr>
              <w:t>på</w:t>
            </w:r>
            <w:proofErr w:type="spellEnd"/>
            <w:r>
              <w:rPr>
                <w:b/>
                <w:sz w:val="19"/>
              </w:rPr>
              <w:t xml:space="preserve"> plats</w:t>
            </w:r>
          </w:p>
        </w:tc>
      </w:tr>
      <w:tr w:rsidR="00EE1CD0" w14:paraId="7731BC29" w14:textId="77777777">
        <w:tc>
          <w:tcPr>
            <w:tcW w:w="2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51E83F" w14:textId="77777777" w:rsidR="00EE1CD0" w:rsidRDefault="00824E16">
            <w:pPr>
              <w:spacing w:after="0" w:line="252" w:lineRule="auto"/>
            </w:pPr>
            <w:proofErr w:type="spellStart"/>
            <w:r>
              <w:rPr>
                <w:sz w:val="20"/>
              </w:rPr>
              <w:t>Tisdag</w:t>
            </w:r>
            <w:proofErr w:type="spellEnd"/>
            <w:r>
              <w:rPr>
                <w:sz w:val="20"/>
              </w:rPr>
              <w:t xml:space="preserve"> 1 </w:t>
            </w:r>
            <w:proofErr w:type="spellStart"/>
            <w:r>
              <w:rPr>
                <w:sz w:val="20"/>
              </w:rPr>
              <w:t>september</w:t>
            </w:r>
            <w:proofErr w:type="spellEnd"/>
          </w:p>
        </w:tc>
        <w:tc>
          <w:tcPr>
            <w:tcW w:w="67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476D1D" w14:textId="15692CCA" w:rsidR="00EE1CD0" w:rsidRDefault="00824E16">
            <w:pPr>
              <w:spacing w:after="0" w:line="252" w:lineRule="auto"/>
            </w:pPr>
            <w:r>
              <w:rPr>
                <w:sz w:val="20"/>
              </w:rPr>
              <w:t>P2012, P2013, P2016</w:t>
            </w:r>
            <w:r w:rsidR="006E31BE">
              <w:rPr>
                <w:sz w:val="20"/>
              </w:rPr>
              <w:t xml:space="preserve">, </w:t>
            </w:r>
            <w:r>
              <w:rPr>
                <w:sz w:val="20"/>
              </w:rPr>
              <w:t>P2017</w:t>
            </w:r>
            <w:r w:rsidR="006E31BE">
              <w:rPr>
                <w:sz w:val="20"/>
              </w:rPr>
              <w:t xml:space="preserve"> &amp; P2018</w:t>
            </w:r>
          </w:p>
        </w:tc>
      </w:tr>
      <w:tr w:rsidR="00EE1CD0" w14:paraId="13A87B30" w14:textId="77777777">
        <w:tc>
          <w:tcPr>
            <w:tcW w:w="2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0C6DCD" w14:textId="02FF184B" w:rsidR="00EE1CD0" w:rsidRDefault="006E31BE">
            <w:pPr>
              <w:spacing w:after="0" w:line="252" w:lineRule="auto"/>
            </w:pPr>
            <w:r>
              <w:rPr>
                <w:sz w:val="20"/>
              </w:rPr>
              <w:t xml:space="preserve"> </w:t>
            </w:r>
            <w:r w:rsidR="00824E16">
              <w:rPr>
                <w:sz w:val="20"/>
              </w:rPr>
              <w:t xml:space="preserve">Onsdag 2 </w:t>
            </w:r>
            <w:proofErr w:type="spellStart"/>
            <w:r w:rsidR="00824E16">
              <w:rPr>
                <w:sz w:val="20"/>
              </w:rPr>
              <w:t>september</w:t>
            </w:r>
            <w:proofErr w:type="spellEnd"/>
          </w:p>
        </w:tc>
        <w:tc>
          <w:tcPr>
            <w:tcW w:w="67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DD2385" w14:textId="77777777" w:rsidR="00EE1CD0" w:rsidRDefault="00824E16">
            <w:pPr>
              <w:spacing w:after="0" w:line="252" w:lineRule="auto"/>
            </w:pPr>
            <w:r>
              <w:rPr>
                <w:sz w:val="20"/>
              </w:rPr>
              <w:t xml:space="preserve">P2014, P2015 och </w:t>
            </w:r>
            <w:proofErr w:type="spellStart"/>
            <w:r>
              <w:rPr>
                <w:sz w:val="20"/>
              </w:rPr>
              <w:t>Knatten</w:t>
            </w:r>
            <w:proofErr w:type="spellEnd"/>
          </w:p>
        </w:tc>
      </w:tr>
    </w:tbl>
    <w:p w14:paraId="418A9A0F" w14:textId="77777777" w:rsidR="00EE1CD0" w:rsidRDefault="00EE1CD0">
      <w:pPr>
        <w:sectPr w:rsidR="00EE1CD0">
          <w:pgSz w:w="12240" w:h="15840"/>
          <w:pgMar w:top="1440" w:right="1440" w:bottom="1440" w:left="1440" w:header="708" w:footer="708" w:gutter="0"/>
          <w:cols w:space="720"/>
          <w:docGrid w:linePitch="360"/>
        </w:sectPr>
      </w:pPr>
    </w:p>
    <w:p w14:paraId="7D44FF12" w14:textId="77777777" w:rsidR="00EE1CD0" w:rsidRDefault="00824E16">
      <w:pPr>
        <w:spacing w:after="960" w:line="240" w:lineRule="auto"/>
      </w:pPr>
      <w:r>
        <w:rPr>
          <w:color w:val="FFFFFF"/>
          <w:sz w:val="2"/>
        </w:rPr>
        <w:lastRenderedPageBreak/>
        <w:t> </w:t>
      </w:r>
    </w:p>
    <w:p w14:paraId="5AFA5CA2" w14:textId="77777777" w:rsidR="00EE1CD0" w:rsidRDefault="00824E16">
      <w:pPr>
        <w:pStyle w:val="Rubrik3"/>
      </w:pPr>
      <w:proofErr w:type="spellStart"/>
      <w:r>
        <w:t>Öppna</w:t>
      </w:r>
      <w:proofErr w:type="spellEnd"/>
      <w:r>
        <w:t xml:space="preserve"> </w:t>
      </w:r>
      <w:proofErr w:type="spellStart"/>
      <w:r>
        <w:t>frågor</w:t>
      </w:r>
      <w:proofErr w:type="spellEnd"/>
      <w:r>
        <w:t xml:space="preserve"> om </w:t>
      </w:r>
      <w:proofErr w:type="spellStart"/>
      <w:r>
        <w:t>lagfotograferingen</w:t>
      </w:r>
      <w:proofErr w:type="spellEnd"/>
    </w:p>
    <w:p w14:paraId="51C09FDF" w14:textId="33C7BA13" w:rsidR="00EE1CD0" w:rsidRPr="002C201B" w:rsidRDefault="00824E16">
      <w:pPr>
        <w:rPr>
          <w:lang w:val="sv-SE"/>
        </w:rPr>
      </w:pPr>
      <w:r w:rsidRPr="002C201B">
        <w:rPr>
          <w:b/>
          <w:color w:val="667085"/>
          <w:sz w:val="21"/>
          <w:lang w:val="sv-SE"/>
        </w:rPr>
        <w:t xml:space="preserve">INFORMATION: </w:t>
      </w:r>
      <w:r w:rsidRPr="002C201B">
        <w:rPr>
          <w:lang w:val="sv-SE"/>
        </w:rPr>
        <w:t xml:space="preserve">Ytterligare tre lag har meddelat att de vill ha </w:t>
      </w:r>
      <w:proofErr w:type="spellStart"/>
      <w:r w:rsidRPr="002C201B">
        <w:rPr>
          <w:lang w:val="sv-SE"/>
        </w:rPr>
        <w:t>lagfoto</w:t>
      </w:r>
      <w:proofErr w:type="spellEnd"/>
      <w:r w:rsidR="006E31BE">
        <w:rPr>
          <w:lang w:val="sv-SE"/>
        </w:rPr>
        <w:t xml:space="preserve">, detta </w:t>
      </w:r>
      <w:proofErr w:type="gramStart"/>
      <w:r w:rsidR="006E31BE">
        <w:rPr>
          <w:lang w:val="sv-SE"/>
        </w:rPr>
        <w:t>istället</w:t>
      </w:r>
      <w:proofErr w:type="gramEnd"/>
      <w:r w:rsidR="006E31BE">
        <w:rPr>
          <w:lang w:val="sv-SE"/>
        </w:rPr>
        <w:t xml:space="preserve"> för 30 kr i aktivitetspengar.</w:t>
      </w:r>
    </w:p>
    <w:p w14:paraId="65C212DD" w14:textId="77777777" w:rsidR="00EE1CD0" w:rsidRPr="002C201B" w:rsidRDefault="00824E16">
      <w:pPr>
        <w:rPr>
          <w:lang w:val="sv-SE"/>
        </w:rPr>
      </w:pPr>
      <w:r w:rsidRPr="002C201B">
        <w:rPr>
          <w:b/>
          <w:color w:val="9B1C1C"/>
          <w:sz w:val="21"/>
          <w:lang w:val="sv-SE"/>
        </w:rPr>
        <w:t xml:space="preserve">ÖPPET: </w:t>
      </w:r>
      <w:r w:rsidRPr="002C201B">
        <w:rPr>
          <w:lang w:val="sv-SE"/>
        </w:rPr>
        <w:t>Bekräfta datumen, vilka de tre ytterligare lagen är samt om fotograferingen ska ske före eller efter träningen. Exakta tider bestäms därefter.</w:t>
      </w:r>
    </w:p>
    <w:p w14:paraId="615A94DB" w14:textId="77777777" w:rsidR="00EE1CD0" w:rsidRPr="002C201B" w:rsidRDefault="00824E16">
      <w:pPr>
        <w:pStyle w:val="Rubrik1"/>
        <w:rPr>
          <w:lang w:val="sv-SE"/>
        </w:rPr>
      </w:pPr>
      <w:r w:rsidRPr="002C201B">
        <w:rPr>
          <w:lang w:val="sv-SE"/>
        </w:rPr>
        <w:t>3. Kiosk- och föräldraansvar</w:t>
      </w:r>
    </w:p>
    <w:p w14:paraId="6B0D76F7" w14:textId="495044E8" w:rsidR="00EE1CD0" w:rsidRPr="002C201B" w:rsidRDefault="00824E16">
      <w:pPr>
        <w:rPr>
          <w:lang w:val="sv-SE"/>
        </w:rPr>
      </w:pPr>
      <w:r w:rsidRPr="002C201B">
        <w:rPr>
          <w:b/>
          <w:color w:val="667085"/>
          <w:sz w:val="21"/>
          <w:lang w:val="sv-SE"/>
        </w:rPr>
        <w:t xml:space="preserve">NULÄGE: </w:t>
      </w:r>
      <w:r w:rsidR="002C201B" w:rsidRPr="002C201B">
        <w:rPr>
          <w:bCs/>
          <w:color w:val="667085"/>
          <w:sz w:val="21"/>
          <w:lang w:val="sv-SE"/>
        </w:rPr>
        <w:t>Bland annat</w:t>
      </w:r>
      <w:r w:rsidR="002C201B">
        <w:rPr>
          <w:b/>
          <w:color w:val="667085"/>
          <w:sz w:val="21"/>
          <w:lang w:val="sv-SE"/>
        </w:rPr>
        <w:t xml:space="preserve"> </w:t>
      </w:r>
      <w:r w:rsidRPr="002C201B">
        <w:rPr>
          <w:lang w:val="sv-SE"/>
        </w:rPr>
        <w:t>P2012 upplever stora problem med att föräldrar inte dyker upp till sina kioskpass. Även P2011–P2012 uppges ha problem med föräldraansvaret.</w:t>
      </w:r>
    </w:p>
    <w:p w14:paraId="7E99C0A9" w14:textId="77777777" w:rsidR="00EE1CD0" w:rsidRPr="002C201B" w:rsidRDefault="00824E16">
      <w:pPr>
        <w:rPr>
          <w:lang w:val="sv-SE"/>
        </w:rPr>
      </w:pPr>
      <w:r w:rsidRPr="002C201B">
        <w:rPr>
          <w:b/>
          <w:color w:val="667085"/>
          <w:sz w:val="21"/>
          <w:lang w:val="sv-SE"/>
        </w:rPr>
        <w:t xml:space="preserve">INFORMATION: </w:t>
      </w:r>
      <w:r w:rsidRPr="002C201B">
        <w:rPr>
          <w:lang w:val="sv-SE"/>
        </w:rPr>
        <w:t xml:space="preserve">Andra föreningar använder spelar- eller </w:t>
      </w:r>
      <w:proofErr w:type="spellStart"/>
      <w:r w:rsidRPr="002C201B">
        <w:rPr>
          <w:lang w:val="sv-SE"/>
        </w:rPr>
        <w:t>föräldrakontrakt</w:t>
      </w:r>
      <w:proofErr w:type="spellEnd"/>
      <w:r w:rsidRPr="002C201B">
        <w:rPr>
          <w:lang w:val="sv-SE"/>
        </w:rPr>
        <w:t>. Jonas Nilssons lag har ett värdegrundskontrakt som kan användas som exempel.</w:t>
      </w:r>
    </w:p>
    <w:p w14:paraId="6B8118FD" w14:textId="77777777" w:rsidR="00EE1CD0" w:rsidRDefault="00824E16">
      <w:pPr>
        <w:pStyle w:val="Rubrik2"/>
      </w:pPr>
      <w:proofErr w:type="spellStart"/>
      <w:r>
        <w:t>Frågor</w:t>
      </w:r>
      <w:proofErr w:type="spellEnd"/>
      <w:r>
        <w:t xml:space="preserve"> </w:t>
      </w:r>
      <w:proofErr w:type="spellStart"/>
      <w:r>
        <w:t>att</w:t>
      </w:r>
      <w:proofErr w:type="spellEnd"/>
      <w:r>
        <w:t xml:space="preserve"> </w:t>
      </w:r>
      <w:proofErr w:type="spellStart"/>
      <w:r>
        <w:t>besluta</w:t>
      </w:r>
      <w:proofErr w:type="spellEnd"/>
      <w:r>
        <w:t xml:space="preserve"> om</w:t>
      </w:r>
    </w:p>
    <w:p w14:paraId="52A89D04" w14:textId="77777777" w:rsidR="00EE1CD0" w:rsidRPr="002C201B" w:rsidRDefault="00824E16">
      <w:pPr>
        <w:pStyle w:val="Punktlista"/>
        <w:rPr>
          <w:lang w:val="sv-SE"/>
        </w:rPr>
      </w:pPr>
      <w:r w:rsidRPr="002C201B">
        <w:rPr>
          <w:lang w:val="sv-SE"/>
        </w:rPr>
        <w:t>Ska en avgift tas ut när en förälder inte kommer till sitt kioskpass?</w:t>
      </w:r>
    </w:p>
    <w:p w14:paraId="299C8D14" w14:textId="77777777" w:rsidR="00EE1CD0" w:rsidRPr="002C201B" w:rsidRDefault="00824E16">
      <w:pPr>
        <w:pStyle w:val="Punktlista"/>
        <w:rPr>
          <w:lang w:val="sv-SE"/>
        </w:rPr>
      </w:pPr>
      <w:r w:rsidRPr="002C201B">
        <w:rPr>
          <w:lang w:val="sv-SE"/>
        </w:rPr>
        <w:t>Ska föräldrar kunna köpa sig fria från kioskpass?</w:t>
      </w:r>
    </w:p>
    <w:p w14:paraId="75DCFDF2" w14:textId="77777777" w:rsidR="00EE1CD0" w:rsidRPr="002C201B" w:rsidRDefault="00824E16">
      <w:pPr>
        <w:pStyle w:val="Punktlista"/>
        <w:rPr>
          <w:lang w:val="sv-SE"/>
        </w:rPr>
      </w:pPr>
      <w:r w:rsidRPr="002C201B">
        <w:rPr>
          <w:lang w:val="sv-SE"/>
        </w:rPr>
        <w:t>Ska föräldrar som inte kör till matcher betala bensinpeng?</w:t>
      </w:r>
    </w:p>
    <w:p w14:paraId="3A072A45" w14:textId="77777777" w:rsidR="00EE1CD0" w:rsidRPr="002C201B" w:rsidRDefault="00824E16">
      <w:pPr>
        <w:pStyle w:val="Punktlista"/>
        <w:rPr>
          <w:lang w:val="sv-SE"/>
        </w:rPr>
      </w:pPr>
      <w:r w:rsidRPr="002C201B">
        <w:rPr>
          <w:lang w:val="sv-SE"/>
        </w:rPr>
        <w:t>Ska föreningen införa ett spelar-, föräldra- eller värdegrundskontrakt?</w:t>
      </w:r>
    </w:p>
    <w:p w14:paraId="3FED6E8F" w14:textId="77777777" w:rsidR="00EE1CD0" w:rsidRPr="002C201B" w:rsidRDefault="00824E16">
      <w:pPr>
        <w:pStyle w:val="Punktlista"/>
        <w:rPr>
          <w:lang w:val="sv-SE"/>
        </w:rPr>
      </w:pPr>
      <w:r w:rsidRPr="002C201B">
        <w:rPr>
          <w:lang w:val="sv-SE"/>
        </w:rPr>
        <w:t>Ska två ytterligare bord beställas till kiosken?</w:t>
      </w:r>
    </w:p>
    <w:p w14:paraId="12B74775" w14:textId="77777777" w:rsidR="00EE1CD0" w:rsidRPr="002C201B" w:rsidRDefault="00824E16">
      <w:pPr>
        <w:pStyle w:val="Punktlista"/>
        <w:rPr>
          <w:lang w:val="sv-SE"/>
        </w:rPr>
      </w:pPr>
      <w:r w:rsidRPr="002C201B">
        <w:rPr>
          <w:lang w:val="sv-SE"/>
        </w:rPr>
        <w:t>Ska Angeliques telefonnummer tas bort från kiosken för att minska antalet direkta samtal till henne?</w:t>
      </w:r>
    </w:p>
    <w:p w14:paraId="1C3D0F60" w14:textId="77777777" w:rsidR="00EE1CD0" w:rsidRPr="002C201B" w:rsidRDefault="00824E16">
      <w:pPr>
        <w:pStyle w:val="Punktlista"/>
        <w:rPr>
          <w:lang w:val="sv-SE"/>
        </w:rPr>
      </w:pPr>
      <w:r w:rsidRPr="002C201B">
        <w:rPr>
          <w:lang w:val="sv-SE"/>
        </w:rPr>
        <w:t>Behöver en tydlig kioskmanual tas fram, och vem ansvarar i så fall för den?</w:t>
      </w:r>
    </w:p>
    <w:p w14:paraId="6D838E5E" w14:textId="77777777" w:rsidR="00EE1CD0" w:rsidRPr="002C201B" w:rsidRDefault="00824E16">
      <w:pPr>
        <w:pStyle w:val="Rubrik1"/>
        <w:rPr>
          <w:lang w:val="sv-SE"/>
        </w:rPr>
      </w:pPr>
      <w:r w:rsidRPr="002C201B">
        <w:rPr>
          <w:lang w:val="sv-SE"/>
        </w:rPr>
        <w:t xml:space="preserve">4. Kvalitet på kläder från </w:t>
      </w:r>
      <w:proofErr w:type="spellStart"/>
      <w:r w:rsidRPr="002C201B">
        <w:rPr>
          <w:lang w:val="sv-SE"/>
        </w:rPr>
        <w:t>Enenda</w:t>
      </w:r>
      <w:proofErr w:type="spellEnd"/>
    </w:p>
    <w:p w14:paraId="6AF9AAB3" w14:textId="77777777" w:rsidR="00EE1CD0" w:rsidRPr="002C201B" w:rsidRDefault="00824E16">
      <w:pPr>
        <w:rPr>
          <w:lang w:val="sv-SE"/>
        </w:rPr>
      </w:pPr>
      <w:r w:rsidRPr="002C201B">
        <w:rPr>
          <w:b/>
          <w:color w:val="667085"/>
          <w:sz w:val="21"/>
          <w:lang w:val="sv-SE"/>
        </w:rPr>
        <w:t xml:space="preserve">INFORMATION: </w:t>
      </w:r>
      <w:r w:rsidRPr="002C201B">
        <w:rPr>
          <w:lang w:val="sv-SE"/>
        </w:rPr>
        <w:t>P2017 är nöjda med de gula tröjorna. De vita och svarta tröjorna upplevs däremot ha mycket dålig kvalitet.</w:t>
      </w:r>
    </w:p>
    <w:p w14:paraId="07168D4B" w14:textId="77777777" w:rsidR="00EE1CD0" w:rsidRPr="002C201B" w:rsidRDefault="00824E16">
      <w:pPr>
        <w:rPr>
          <w:lang w:val="sv-SE"/>
        </w:rPr>
      </w:pPr>
      <w:r w:rsidRPr="002C201B">
        <w:rPr>
          <w:b/>
          <w:color w:val="2E74B5"/>
          <w:sz w:val="21"/>
          <w:lang w:val="sv-SE"/>
        </w:rPr>
        <w:t xml:space="preserve">PÅGÅR: </w:t>
      </w:r>
      <w:r w:rsidRPr="002C201B">
        <w:rPr>
          <w:lang w:val="sv-SE"/>
        </w:rPr>
        <w:t>Det pågår en reklamation av träningskläder eftersom trycket lossnar.</w:t>
      </w:r>
    </w:p>
    <w:p w14:paraId="073717E5" w14:textId="77777777" w:rsidR="00EE1CD0" w:rsidRPr="002C201B" w:rsidRDefault="00824E16">
      <w:pPr>
        <w:rPr>
          <w:lang w:val="sv-SE"/>
        </w:rPr>
      </w:pPr>
      <w:r w:rsidRPr="002C201B">
        <w:rPr>
          <w:b/>
          <w:color w:val="9B1C1C"/>
          <w:sz w:val="21"/>
          <w:lang w:val="sv-SE"/>
        </w:rPr>
        <w:t xml:space="preserve">ÖPPET: </w:t>
      </w:r>
      <w:r w:rsidRPr="002C201B">
        <w:rPr>
          <w:lang w:val="sv-SE"/>
        </w:rPr>
        <w:t xml:space="preserve">Samla in om fler lag har samma problem och följ upp hur </w:t>
      </w:r>
      <w:proofErr w:type="spellStart"/>
      <w:r w:rsidRPr="002C201B">
        <w:rPr>
          <w:lang w:val="sv-SE"/>
        </w:rPr>
        <w:t>Enenda</w:t>
      </w:r>
      <w:proofErr w:type="spellEnd"/>
      <w:r w:rsidRPr="002C201B">
        <w:rPr>
          <w:lang w:val="sv-SE"/>
        </w:rPr>
        <w:t xml:space="preserve"> hanterar reklamationen och de felaktiga plaggen.</w:t>
      </w:r>
    </w:p>
    <w:p w14:paraId="679C4EA8" w14:textId="77777777" w:rsidR="00EE1CD0" w:rsidRPr="002C201B" w:rsidRDefault="00EE1CD0">
      <w:pPr>
        <w:rPr>
          <w:lang w:val="sv-SE"/>
        </w:rPr>
        <w:sectPr w:rsidR="00EE1CD0" w:rsidRPr="002C201B">
          <w:pgSz w:w="12240" w:h="15840"/>
          <w:pgMar w:top="1440" w:right="1440" w:bottom="1440" w:left="1440" w:header="708" w:footer="708" w:gutter="0"/>
          <w:cols w:space="720"/>
          <w:docGrid w:linePitch="360"/>
        </w:sectPr>
      </w:pPr>
    </w:p>
    <w:p w14:paraId="72827226" w14:textId="77777777" w:rsidR="00EE1CD0" w:rsidRPr="002C201B" w:rsidRDefault="00824E16">
      <w:pPr>
        <w:spacing w:after="960" w:line="240" w:lineRule="auto"/>
        <w:rPr>
          <w:lang w:val="sv-SE"/>
        </w:rPr>
      </w:pPr>
      <w:r w:rsidRPr="002C201B">
        <w:rPr>
          <w:color w:val="FFFFFF"/>
          <w:sz w:val="2"/>
          <w:lang w:val="sv-SE"/>
        </w:rPr>
        <w:lastRenderedPageBreak/>
        <w:t> </w:t>
      </w:r>
    </w:p>
    <w:p w14:paraId="116203F5" w14:textId="77777777" w:rsidR="00EE1CD0" w:rsidRPr="002C201B" w:rsidRDefault="00824E16">
      <w:pPr>
        <w:pStyle w:val="Rubrik1"/>
        <w:rPr>
          <w:lang w:val="sv-SE"/>
        </w:rPr>
      </w:pPr>
      <w:r w:rsidRPr="002C201B">
        <w:rPr>
          <w:lang w:val="sv-SE"/>
        </w:rPr>
        <w:t>5. Ledaravtal</w:t>
      </w:r>
    </w:p>
    <w:p w14:paraId="783E940F" w14:textId="77777777" w:rsidR="00EE1CD0" w:rsidRPr="002C201B" w:rsidRDefault="00824E16">
      <w:pPr>
        <w:rPr>
          <w:lang w:val="sv-SE"/>
        </w:rPr>
      </w:pPr>
      <w:r w:rsidRPr="002C201B">
        <w:rPr>
          <w:b/>
          <w:color w:val="2E74B5"/>
          <w:sz w:val="21"/>
          <w:lang w:val="sv-SE"/>
        </w:rPr>
        <w:t xml:space="preserve">PÅGÅR: </w:t>
      </w:r>
      <w:proofErr w:type="spellStart"/>
      <w:r w:rsidRPr="002C201B">
        <w:rPr>
          <w:lang w:val="sv-SE"/>
        </w:rPr>
        <w:t>Atilla</w:t>
      </w:r>
      <w:proofErr w:type="spellEnd"/>
      <w:r w:rsidRPr="002C201B">
        <w:rPr>
          <w:lang w:val="sv-SE"/>
        </w:rPr>
        <w:t xml:space="preserve"> går igenom ledaravtalet.</w:t>
      </w:r>
    </w:p>
    <w:p w14:paraId="13C2FD49" w14:textId="77777777" w:rsidR="00EE1CD0" w:rsidRPr="002C201B" w:rsidRDefault="00824E16">
      <w:pPr>
        <w:rPr>
          <w:lang w:val="sv-SE"/>
        </w:rPr>
      </w:pPr>
      <w:r w:rsidRPr="002C201B">
        <w:rPr>
          <w:b/>
          <w:color w:val="667085"/>
          <w:sz w:val="21"/>
          <w:lang w:val="sv-SE"/>
        </w:rPr>
        <w:t xml:space="preserve">INFORMATION: </w:t>
      </w:r>
      <w:r w:rsidRPr="002C201B">
        <w:rPr>
          <w:lang w:val="sv-SE"/>
        </w:rPr>
        <w:t>De närvarande ledarna upplever ledaravtalet som ett bra initiativ.</w:t>
      </w:r>
    </w:p>
    <w:p w14:paraId="3A7B9A7C" w14:textId="77777777" w:rsidR="00EE1CD0" w:rsidRPr="002C201B" w:rsidRDefault="00824E16">
      <w:pPr>
        <w:rPr>
          <w:lang w:val="sv-SE"/>
        </w:rPr>
      </w:pPr>
      <w:r w:rsidRPr="002C201B">
        <w:rPr>
          <w:b/>
          <w:color w:val="9B1C1C"/>
          <w:sz w:val="21"/>
          <w:lang w:val="sv-SE"/>
        </w:rPr>
        <w:t xml:space="preserve">ÖPPET: </w:t>
      </w:r>
      <w:r w:rsidRPr="002C201B">
        <w:rPr>
          <w:lang w:val="sv-SE"/>
        </w:rPr>
        <w:t>Samla eventuella synpunkter och bestäm hur avtalet ska införas efter genomgången.</w:t>
      </w:r>
    </w:p>
    <w:p w14:paraId="32E24D08" w14:textId="77777777" w:rsidR="00EE1CD0" w:rsidRPr="002C201B" w:rsidRDefault="00824E16">
      <w:pPr>
        <w:pStyle w:val="Rubrik1"/>
        <w:rPr>
          <w:lang w:val="sv-SE"/>
        </w:rPr>
      </w:pPr>
      <w:r w:rsidRPr="002C201B">
        <w:rPr>
          <w:lang w:val="sv-SE"/>
        </w:rPr>
        <w:t>6. Futsal under vintern</w:t>
      </w:r>
    </w:p>
    <w:p w14:paraId="2EB1F869" w14:textId="77777777" w:rsidR="00EE1CD0" w:rsidRPr="002C201B" w:rsidRDefault="00824E16">
      <w:pPr>
        <w:rPr>
          <w:lang w:val="sv-SE"/>
        </w:rPr>
      </w:pPr>
      <w:r w:rsidRPr="002C201B">
        <w:rPr>
          <w:b/>
          <w:color w:val="9B1C1C"/>
          <w:sz w:val="21"/>
          <w:lang w:val="sv-SE"/>
        </w:rPr>
        <w:t xml:space="preserve">ÖPPET: </w:t>
      </w:r>
      <w:r w:rsidRPr="002C201B">
        <w:rPr>
          <w:lang w:val="sv-SE"/>
        </w:rPr>
        <w:t>Ta reda på vilka lag och hur många spelare som planerar att spela futsal i vinter.</w:t>
      </w:r>
    </w:p>
    <w:p w14:paraId="7C939913" w14:textId="77777777" w:rsidR="00EE1CD0" w:rsidRPr="002C201B" w:rsidRDefault="00824E16">
      <w:pPr>
        <w:pStyle w:val="Punktlista"/>
        <w:rPr>
          <w:lang w:val="sv-SE"/>
        </w:rPr>
      </w:pPr>
      <w:r w:rsidRPr="002C201B">
        <w:rPr>
          <w:lang w:val="sv-SE"/>
        </w:rPr>
        <w:t>P2014 spelade futsal förra året men saknar för närvarande ledare.</w:t>
      </w:r>
    </w:p>
    <w:p w14:paraId="4564724D" w14:textId="77777777" w:rsidR="00EE1CD0" w:rsidRPr="002C201B" w:rsidRDefault="00824E16">
      <w:pPr>
        <w:pStyle w:val="Punktlista"/>
        <w:rPr>
          <w:lang w:val="sv-SE"/>
        </w:rPr>
      </w:pPr>
      <w:r w:rsidRPr="002C201B">
        <w:rPr>
          <w:lang w:val="sv-SE"/>
        </w:rPr>
        <w:t>Ett alternativ är att lag eller åldersgrupper samarbetar.</w:t>
      </w:r>
    </w:p>
    <w:p w14:paraId="3981CC50" w14:textId="7944B81E" w:rsidR="00EE1CD0" w:rsidRPr="002C201B" w:rsidRDefault="00824E16">
      <w:pPr>
        <w:pStyle w:val="Punktlista"/>
        <w:rPr>
          <w:lang w:val="sv-SE"/>
        </w:rPr>
      </w:pPr>
      <w:r w:rsidRPr="002C201B">
        <w:rPr>
          <w:lang w:val="sv-SE"/>
        </w:rPr>
        <w:t>Fler åldersgrupper bör inte anmälas om det inte finns fler</w:t>
      </w:r>
      <w:r w:rsidR="002C201B">
        <w:rPr>
          <w:lang w:val="sv-SE"/>
        </w:rPr>
        <w:t>talet (minst 4 på 30 barn)</w:t>
      </w:r>
      <w:r w:rsidRPr="002C201B">
        <w:rPr>
          <w:lang w:val="sv-SE"/>
        </w:rPr>
        <w:t xml:space="preserve"> ledare som kan dela på ansvaret.</w:t>
      </w:r>
    </w:p>
    <w:p w14:paraId="4387F8D2" w14:textId="77777777" w:rsidR="00EE1CD0" w:rsidRPr="002C201B" w:rsidRDefault="00824E16">
      <w:pPr>
        <w:pStyle w:val="Rubrik1"/>
        <w:rPr>
          <w:lang w:val="sv-SE"/>
        </w:rPr>
      </w:pPr>
      <w:r w:rsidRPr="002C201B">
        <w:rPr>
          <w:lang w:val="sv-SE"/>
        </w:rPr>
        <w:t xml:space="preserve">7. </w:t>
      </w:r>
      <w:proofErr w:type="spellStart"/>
      <w:r w:rsidRPr="002C201B">
        <w:rPr>
          <w:lang w:val="sv-SE"/>
        </w:rPr>
        <w:t>SportAdmin</w:t>
      </w:r>
      <w:proofErr w:type="spellEnd"/>
      <w:r w:rsidRPr="002C201B">
        <w:rPr>
          <w:lang w:val="sv-SE"/>
        </w:rPr>
        <w:t xml:space="preserve"> eller Svenska Lag</w:t>
      </w:r>
    </w:p>
    <w:p w14:paraId="52616F5F" w14:textId="77777777" w:rsidR="00EE1CD0" w:rsidRPr="002C201B" w:rsidRDefault="00824E16">
      <w:pPr>
        <w:rPr>
          <w:lang w:val="sv-SE"/>
        </w:rPr>
      </w:pPr>
      <w:r w:rsidRPr="002C201B">
        <w:rPr>
          <w:b/>
          <w:color w:val="2E74B5"/>
          <w:sz w:val="21"/>
          <w:lang w:val="sv-SE"/>
        </w:rPr>
        <w:t xml:space="preserve">PÅGÅR: </w:t>
      </w:r>
      <w:r w:rsidRPr="002C201B">
        <w:rPr>
          <w:lang w:val="sv-SE"/>
        </w:rPr>
        <w:t>Föreningen undersöker vilket administrationssystem som ska användas. Svenska Lag ska gås igenom på fredag.</w:t>
      </w:r>
    </w:p>
    <w:p w14:paraId="7EFA7C9B" w14:textId="77777777" w:rsidR="00EE1CD0" w:rsidRPr="002C201B" w:rsidRDefault="00824E16">
      <w:pPr>
        <w:rPr>
          <w:lang w:val="sv-SE"/>
        </w:rPr>
      </w:pPr>
      <w:r w:rsidRPr="002C201B">
        <w:rPr>
          <w:b/>
          <w:color w:val="9B1C1C"/>
          <w:sz w:val="21"/>
          <w:lang w:val="sv-SE"/>
        </w:rPr>
        <w:t xml:space="preserve">ÖPPET: </w:t>
      </w:r>
      <w:r w:rsidRPr="002C201B">
        <w:rPr>
          <w:lang w:val="sv-SE"/>
        </w:rPr>
        <w:t xml:space="preserve">Jämför </w:t>
      </w:r>
      <w:proofErr w:type="spellStart"/>
      <w:r w:rsidRPr="002C201B">
        <w:rPr>
          <w:lang w:val="sv-SE"/>
        </w:rPr>
        <w:t>SportAdmin</w:t>
      </w:r>
      <w:proofErr w:type="spellEnd"/>
      <w:r w:rsidRPr="002C201B">
        <w:rPr>
          <w:lang w:val="sv-SE"/>
        </w:rPr>
        <w:t xml:space="preserve"> och Svenska Lag och bestäm därefter vilket system som bäst motsvarar föreningens behov.</w:t>
      </w:r>
    </w:p>
    <w:p w14:paraId="6A8B3221" w14:textId="77777777" w:rsidR="00EE1CD0" w:rsidRPr="002C201B" w:rsidRDefault="00824E16">
      <w:pPr>
        <w:pStyle w:val="Rubrik1"/>
        <w:rPr>
          <w:lang w:val="sv-SE"/>
        </w:rPr>
      </w:pPr>
      <w:r w:rsidRPr="002C201B">
        <w:rPr>
          <w:lang w:val="sv-SE"/>
        </w:rPr>
        <w:t>8. Eventuellt juniorlag</w:t>
      </w:r>
    </w:p>
    <w:p w14:paraId="790F0483" w14:textId="77777777" w:rsidR="00EE1CD0" w:rsidRPr="002C201B" w:rsidRDefault="00824E16">
      <w:pPr>
        <w:rPr>
          <w:lang w:val="sv-SE"/>
        </w:rPr>
      </w:pPr>
      <w:r w:rsidRPr="002C201B">
        <w:rPr>
          <w:b/>
          <w:color w:val="9B1C1C"/>
          <w:sz w:val="21"/>
          <w:lang w:val="sv-SE"/>
        </w:rPr>
        <w:t xml:space="preserve">ÖPPET: </w:t>
      </w:r>
      <w:r w:rsidRPr="002C201B">
        <w:rPr>
          <w:lang w:val="sv-SE"/>
        </w:rPr>
        <w:t>Frågan om att skapa ett juniorlag ska tas upp med styrelsen så snart som möjligt.</w:t>
      </w:r>
    </w:p>
    <w:p w14:paraId="502CFE57" w14:textId="77777777" w:rsidR="00EE1CD0" w:rsidRPr="002C201B" w:rsidRDefault="00824E16">
      <w:pPr>
        <w:rPr>
          <w:lang w:val="sv-SE"/>
        </w:rPr>
      </w:pPr>
      <w:r w:rsidRPr="002C201B">
        <w:rPr>
          <w:b/>
          <w:color w:val="9A6700"/>
          <w:sz w:val="21"/>
          <w:lang w:val="sv-SE"/>
        </w:rPr>
        <w:t xml:space="preserve">ANSVAR: </w:t>
      </w:r>
      <w:r w:rsidRPr="002C201B">
        <w:rPr>
          <w:lang w:val="sv-SE"/>
        </w:rPr>
        <w:t>Alexi föreslås ta frågan vidare, men ansvaret behöver bekräftas.</w:t>
      </w:r>
    </w:p>
    <w:p w14:paraId="6926270B" w14:textId="77777777" w:rsidR="00EE1CD0" w:rsidRPr="002C201B" w:rsidRDefault="00824E16">
      <w:pPr>
        <w:pStyle w:val="Rubrik1"/>
        <w:rPr>
          <w:lang w:val="sv-SE"/>
        </w:rPr>
      </w:pPr>
      <w:r w:rsidRPr="002C201B">
        <w:rPr>
          <w:lang w:val="sv-SE"/>
        </w:rPr>
        <w:t>9. Tillsättning av domare</w:t>
      </w:r>
    </w:p>
    <w:p w14:paraId="77B4D039" w14:textId="21C24309" w:rsidR="00EE1CD0" w:rsidRPr="002C201B" w:rsidRDefault="00824E16">
      <w:pPr>
        <w:rPr>
          <w:lang w:val="sv-SE"/>
        </w:rPr>
      </w:pPr>
      <w:r w:rsidRPr="002C201B">
        <w:rPr>
          <w:b/>
          <w:color w:val="667085"/>
          <w:sz w:val="21"/>
          <w:lang w:val="sv-SE"/>
        </w:rPr>
        <w:t xml:space="preserve">INFORMATION: </w:t>
      </w:r>
      <w:r w:rsidRPr="002C201B">
        <w:rPr>
          <w:lang w:val="sv-SE"/>
        </w:rPr>
        <w:t xml:space="preserve">Vid match </w:t>
      </w:r>
      <w:r w:rsidR="006E31BE">
        <w:rPr>
          <w:lang w:val="sv-SE"/>
        </w:rPr>
        <w:t>för</w:t>
      </w:r>
      <w:r w:rsidRPr="002C201B">
        <w:rPr>
          <w:lang w:val="sv-SE"/>
        </w:rPr>
        <w:t xml:space="preserve"> P2016 tillsattes en domare som inte var utbildad för 7-mannafotboll</w:t>
      </w:r>
      <w:r w:rsidR="006E31BE">
        <w:rPr>
          <w:lang w:val="sv-SE"/>
        </w:rPr>
        <w:t xml:space="preserve"> utan enbart för 5-manna. </w:t>
      </w:r>
      <w:r w:rsidRPr="002C201B">
        <w:rPr>
          <w:lang w:val="sv-SE"/>
        </w:rPr>
        <w:t>Ledarna anser att tillsättningen var felaktig och att domaren inte skulle ha dömt matchen.</w:t>
      </w:r>
    </w:p>
    <w:p w14:paraId="6EA504E1" w14:textId="77777777" w:rsidR="00EE1CD0" w:rsidRPr="002C201B" w:rsidRDefault="00824E16">
      <w:pPr>
        <w:rPr>
          <w:lang w:val="sv-SE"/>
        </w:rPr>
      </w:pPr>
      <w:r w:rsidRPr="002C201B">
        <w:rPr>
          <w:b/>
          <w:color w:val="9B1C1C"/>
          <w:sz w:val="21"/>
          <w:lang w:val="sv-SE"/>
        </w:rPr>
        <w:t xml:space="preserve">ÖPPET: </w:t>
      </w:r>
      <w:r w:rsidRPr="002C201B">
        <w:rPr>
          <w:lang w:val="sv-SE"/>
        </w:rPr>
        <w:t>Se över rutinerna och säkerställ att domare har rätt utbildning för aktuell spelform innan de tillsätts.</w:t>
      </w:r>
    </w:p>
    <w:p w14:paraId="4BB9146A" w14:textId="77777777" w:rsidR="00EE1CD0" w:rsidRPr="002C201B" w:rsidRDefault="00EE1CD0">
      <w:pPr>
        <w:rPr>
          <w:lang w:val="sv-SE"/>
        </w:rPr>
        <w:sectPr w:rsidR="00EE1CD0" w:rsidRPr="002C201B">
          <w:pgSz w:w="12240" w:h="15840"/>
          <w:pgMar w:top="1440" w:right="1440" w:bottom="1440" w:left="1440" w:header="708" w:footer="708" w:gutter="0"/>
          <w:cols w:space="720"/>
          <w:docGrid w:linePitch="360"/>
        </w:sectPr>
      </w:pPr>
    </w:p>
    <w:p w14:paraId="1650F6E9" w14:textId="77777777" w:rsidR="00EE1CD0" w:rsidRPr="002C201B" w:rsidRDefault="00824E16">
      <w:pPr>
        <w:spacing w:after="960" w:line="240" w:lineRule="auto"/>
        <w:rPr>
          <w:lang w:val="sv-SE"/>
        </w:rPr>
      </w:pPr>
      <w:r w:rsidRPr="002C201B">
        <w:rPr>
          <w:color w:val="FFFFFF"/>
          <w:sz w:val="2"/>
          <w:lang w:val="sv-SE"/>
        </w:rPr>
        <w:lastRenderedPageBreak/>
        <w:t> </w:t>
      </w:r>
    </w:p>
    <w:p w14:paraId="3B1CF84D" w14:textId="77777777" w:rsidR="00EE1CD0" w:rsidRPr="002C201B" w:rsidRDefault="00824E16">
      <w:pPr>
        <w:pStyle w:val="Rubrik1"/>
        <w:rPr>
          <w:lang w:val="sv-SE"/>
        </w:rPr>
      </w:pPr>
      <w:r w:rsidRPr="002C201B">
        <w:rPr>
          <w:lang w:val="sv-SE"/>
        </w:rPr>
        <w:t>Samlad besluts- och åtgärdslista</w:t>
      </w:r>
    </w:p>
    <w:p w14:paraId="616E6987" w14:textId="77777777" w:rsidR="00EE1CD0" w:rsidRPr="002C201B" w:rsidRDefault="00824E16">
      <w:pPr>
        <w:spacing w:after="200"/>
        <w:rPr>
          <w:lang w:val="sv-SE"/>
        </w:rPr>
      </w:pPr>
      <w:r w:rsidRPr="002C201B">
        <w:rPr>
          <w:lang w:val="sv-SE"/>
        </w:rPr>
        <w:t>Listan används för att fördela ansvar och följa upp punkterna vid nästa möte.</w:t>
      </w:r>
    </w:p>
    <w:tbl>
      <w:tblPr>
        <w:tblW w:w="9360" w:type="dxa"/>
        <w:tblInd w:w="120" w:type="dxa"/>
        <w:tblBorders>
          <w:top w:val="single" w:sz="6" w:space="0" w:color="CCD5DF"/>
          <w:left w:val="single" w:sz="6" w:space="0" w:color="CCD5DF"/>
          <w:bottom w:val="single" w:sz="6" w:space="0" w:color="CCD5DF"/>
          <w:right w:val="single" w:sz="6" w:space="0" w:color="CCD5DF"/>
          <w:insideH w:val="single" w:sz="6" w:space="0" w:color="CCD5DF"/>
          <w:insideV w:val="single" w:sz="6" w:space="0" w:color="CCD5DF"/>
        </w:tblBorders>
        <w:tblLayout w:type="fixed"/>
        <w:tblLook w:val="04A0" w:firstRow="1" w:lastRow="0" w:firstColumn="1" w:lastColumn="0" w:noHBand="0" w:noVBand="1"/>
      </w:tblPr>
      <w:tblGrid>
        <w:gridCol w:w="5150"/>
        <w:gridCol w:w="1500"/>
        <w:gridCol w:w="1450"/>
        <w:gridCol w:w="1260"/>
      </w:tblGrid>
      <w:tr w:rsidR="00EE1CD0" w14:paraId="29798F66" w14:textId="77777777">
        <w:trPr>
          <w:tblHeader/>
        </w:trPr>
        <w:tc>
          <w:tcPr>
            <w:tcW w:w="515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D34BCA" w14:textId="77777777" w:rsidR="00EE1CD0" w:rsidRDefault="00824E16">
            <w:pPr>
              <w:spacing w:after="0" w:line="252" w:lineRule="auto"/>
            </w:pPr>
            <w:proofErr w:type="spellStart"/>
            <w:r>
              <w:rPr>
                <w:b/>
                <w:sz w:val="19"/>
              </w:rPr>
              <w:t>Åtgärd</w:t>
            </w:r>
            <w:proofErr w:type="spellEnd"/>
            <w:r>
              <w:rPr>
                <w:b/>
                <w:sz w:val="19"/>
              </w:rPr>
              <w:t xml:space="preserve"> / </w:t>
            </w:r>
            <w:proofErr w:type="spellStart"/>
            <w:r>
              <w:rPr>
                <w:b/>
                <w:sz w:val="19"/>
              </w:rPr>
              <w:t>beslut</w:t>
            </w:r>
            <w:proofErr w:type="spellEnd"/>
          </w:p>
        </w:tc>
        <w:tc>
          <w:tcPr>
            <w:tcW w:w="15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0F65DD" w14:textId="77777777" w:rsidR="00EE1CD0" w:rsidRDefault="00824E16">
            <w:pPr>
              <w:spacing w:after="0" w:line="252" w:lineRule="auto"/>
            </w:pPr>
            <w:proofErr w:type="spellStart"/>
            <w:r>
              <w:rPr>
                <w:b/>
                <w:sz w:val="19"/>
              </w:rPr>
              <w:t>Ansvarig</w:t>
            </w:r>
            <w:proofErr w:type="spellEnd"/>
          </w:p>
        </w:tc>
        <w:tc>
          <w:tcPr>
            <w:tcW w:w="145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C3B530" w14:textId="77777777" w:rsidR="00EE1CD0" w:rsidRDefault="00824E16">
            <w:pPr>
              <w:spacing w:after="0" w:line="252" w:lineRule="auto"/>
            </w:pPr>
            <w:proofErr w:type="spellStart"/>
            <w:r>
              <w:rPr>
                <w:b/>
                <w:sz w:val="19"/>
              </w:rPr>
              <w:t>Tid</w:t>
            </w:r>
            <w:proofErr w:type="spellEnd"/>
          </w:p>
        </w:tc>
        <w:tc>
          <w:tcPr>
            <w:tcW w:w="126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0ACD7A" w14:textId="77777777" w:rsidR="00EE1CD0" w:rsidRDefault="00824E16">
            <w:pPr>
              <w:spacing w:after="0" w:line="252" w:lineRule="auto"/>
            </w:pPr>
            <w:r>
              <w:rPr>
                <w:b/>
                <w:sz w:val="19"/>
              </w:rPr>
              <w:t>Status</w:t>
            </w:r>
          </w:p>
        </w:tc>
      </w:tr>
      <w:tr w:rsidR="00EE1CD0" w14:paraId="0909ADCE" w14:textId="77777777">
        <w:tc>
          <w:tcPr>
            <w:tcW w:w="51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7EF9DF" w14:textId="723401C2" w:rsidR="00EE1CD0" w:rsidRPr="002C201B" w:rsidRDefault="002C201B">
            <w:pPr>
              <w:spacing w:after="0" w:line="252" w:lineRule="auto"/>
              <w:rPr>
                <w:lang w:val="sv-SE"/>
              </w:rPr>
            </w:pPr>
            <w:r>
              <w:rPr>
                <w:sz w:val="18"/>
                <w:lang w:val="sv-SE"/>
              </w:rPr>
              <w:t xml:space="preserve">Ta fram </w:t>
            </w:r>
            <w:r w:rsidR="00824E16" w:rsidRPr="002C201B">
              <w:rPr>
                <w:sz w:val="18"/>
                <w:lang w:val="sv-SE"/>
              </w:rPr>
              <w:t>Linda Bathsons inventeringsmall och delar ett gemensamt dokument.</w:t>
            </w:r>
          </w:p>
        </w:tc>
        <w:tc>
          <w:tcPr>
            <w:tcW w:w="1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44B43C" w14:textId="222EB692" w:rsidR="00EE1CD0" w:rsidRDefault="002C201B">
            <w:pPr>
              <w:spacing w:after="0" w:line="252" w:lineRule="auto"/>
            </w:pPr>
            <w:r>
              <w:rPr>
                <w:sz w:val="18"/>
              </w:rPr>
              <w:t>-</w:t>
            </w:r>
          </w:p>
        </w:tc>
        <w:tc>
          <w:tcPr>
            <w:tcW w:w="14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C31B90" w14:textId="77777777" w:rsidR="00EE1CD0" w:rsidRDefault="00824E16">
            <w:pPr>
              <w:spacing w:after="0" w:line="252" w:lineRule="auto"/>
            </w:pPr>
            <w:proofErr w:type="spellStart"/>
            <w:r>
              <w:rPr>
                <w:sz w:val="18"/>
              </w:rPr>
              <w:t>Snarast</w:t>
            </w:r>
            <w:proofErr w:type="spellEnd"/>
          </w:p>
        </w:tc>
        <w:tc>
          <w:tcPr>
            <w:tcW w:w="12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05653D" w14:textId="77777777" w:rsidR="00EE1CD0" w:rsidRDefault="00824E16">
            <w:pPr>
              <w:spacing w:after="0" w:line="252" w:lineRule="auto"/>
            </w:pPr>
            <w:proofErr w:type="spellStart"/>
            <w:r>
              <w:rPr>
                <w:sz w:val="18"/>
              </w:rPr>
              <w:t>Pågår</w:t>
            </w:r>
            <w:proofErr w:type="spellEnd"/>
          </w:p>
        </w:tc>
      </w:tr>
      <w:tr w:rsidR="00EE1CD0" w14:paraId="4372C980" w14:textId="77777777">
        <w:tc>
          <w:tcPr>
            <w:tcW w:w="515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5D66BD" w14:textId="77777777" w:rsidR="00EE1CD0" w:rsidRPr="002C201B" w:rsidRDefault="00824E16">
            <w:pPr>
              <w:spacing w:after="0" w:line="252" w:lineRule="auto"/>
              <w:rPr>
                <w:lang w:val="sv-SE"/>
              </w:rPr>
            </w:pPr>
            <w:r w:rsidRPr="002C201B">
              <w:rPr>
                <w:sz w:val="18"/>
                <w:lang w:val="sv-SE"/>
              </w:rPr>
              <w:t>Bekräfta söndag 4 oktober som gemensam inventerings- och rensningsdag.</w:t>
            </w:r>
          </w:p>
        </w:tc>
        <w:tc>
          <w:tcPr>
            <w:tcW w:w="150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3B55A0" w14:textId="77777777" w:rsidR="00EE1CD0" w:rsidRDefault="00824E16">
            <w:pPr>
              <w:spacing w:after="0" w:line="252" w:lineRule="auto"/>
            </w:pPr>
            <w:proofErr w:type="spellStart"/>
            <w:r>
              <w:rPr>
                <w:sz w:val="18"/>
              </w:rPr>
              <w:t>Ej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utsedd</w:t>
            </w:r>
            <w:proofErr w:type="spellEnd"/>
          </w:p>
        </w:tc>
        <w:tc>
          <w:tcPr>
            <w:tcW w:w="145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50A35C" w14:textId="77777777" w:rsidR="00EE1CD0" w:rsidRDefault="00824E16">
            <w:pPr>
              <w:spacing w:after="0" w:line="252" w:lineRule="auto"/>
            </w:pPr>
            <w:proofErr w:type="spellStart"/>
            <w:r>
              <w:rPr>
                <w:sz w:val="18"/>
              </w:rPr>
              <w:t>Snarast</w:t>
            </w:r>
            <w:proofErr w:type="spellEnd"/>
          </w:p>
        </w:tc>
        <w:tc>
          <w:tcPr>
            <w:tcW w:w="126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97B7CB" w14:textId="77777777" w:rsidR="00EE1CD0" w:rsidRDefault="00824E16">
            <w:pPr>
              <w:spacing w:after="0" w:line="252" w:lineRule="auto"/>
            </w:pPr>
            <w:proofErr w:type="spellStart"/>
            <w:r>
              <w:rPr>
                <w:sz w:val="18"/>
              </w:rPr>
              <w:t>Öppet</w:t>
            </w:r>
            <w:proofErr w:type="spellEnd"/>
          </w:p>
        </w:tc>
      </w:tr>
      <w:tr w:rsidR="00EE1CD0" w14:paraId="378381BD" w14:textId="77777777">
        <w:tc>
          <w:tcPr>
            <w:tcW w:w="51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A91CC7" w14:textId="77777777" w:rsidR="00EE1CD0" w:rsidRPr="002C201B" w:rsidRDefault="00824E16">
            <w:pPr>
              <w:spacing w:after="0" w:line="252" w:lineRule="auto"/>
              <w:rPr>
                <w:lang w:val="sv-SE"/>
              </w:rPr>
            </w:pPr>
            <w:r w:rsidRPr="002C201B">
              <w:rPr>
                <w:sz w:val="18"/>
                <w:lang w:val="sv-SE"/>
              </w:rPr>
              <w:t>Varje lag inventerar matchtröjor, väskor och utrustning före den gemensamma dagen.</w:t>
            </w:r>
          </w:p>
        </w:tc>
        <w:tc>
          <w:tcPr>
            <w:tcW w:w="1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C1B9A2" w14:textId="77777777" w:rsidR="00EE1CD0" w:rsidRDefault="00824E16">
            <w:pPr>
              <w:spacing w:after="0" w:line="252" w:lineRule="auto"/>
            </w:pPr>
            <w:proofErr w:type="spellStart"/>
            <w:r>
              <w:rPr>
                <w:sz w:val="18"/>
              </w:rPr>
              <w:t>Respektive</w:t>
            </w:r>
            <w:proofErr w:type="spellEnd"/>
            <w:r>
              <w:rPr>
                <w:sz w:val="18"/>
              </w:rPr>
              <w:t xml:space="preserve"> lag</w:t>
            </w:r>
          </w:p>
        </w:tc>
        <w:tc>
          <w:tcPr>
            <w:tcW w:w="14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FB76A9" w14:textId="77777777" w:rsidR="00EE1CD0" w:rsidRDefault="00824E16">
            <w:pPr>
              <w:spacing w:after="0" w:line="252" w:lineRule="auto"/>
            </w:pPr>
            <w:proofErr w:type="spellStart"/>
            <w:r>
              <w:rPr>
                <w:sz w:val="18"/>
              </w:rPr>
              <w:t>Före</w:t>
            </w:r>
            <w:proofErr w:type="spellEnd"/>
            <w:r>
              <w:rPr>
                <w:sz w:val="18"/>
              </w:rPr>
              <w:t xml:space="preserve"> 4 </w:t>
            </w:r>
            <w:proofErr w:type="spellStart"/>
            <w:r>
              <w:rPr>
                <w:sz w:val="18"/>
              </w:rPr>
              <w:t>oktober</w:t>
            </w:r>
            <w:proofErr w:type="spellEnd"/>
          </w:p>
        </w:tc>
        <w:tc>
          <w:tcPr>
            <w:tcW w:w="12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040011" w14:textId="77777777" w:rsidR="00EE1CD0" w:rsidRDefault="00824E16">
            <w:pPr>
              <w:spacing w:after="0" w:line="252" w:lineRule="auto"/>
            </w:pPr>
            <w:proofErr w:type="spellStart"/>
            <w:r>
              <w:rPr>
                <w:sz w:val="18"/>
              </w:rPr>
              <w:t>Föreslaget</w:t>
            </w:r>
            <w:proofErr w:type="spellEnd"/>
          </w:p>
        </w:tc>
      </w:tr>
      <w:tr w:rsidR="00EE1CD0" w14:paraId="3F711598" w14:textId="77777777">
        <w:tc>
          <w:tcPr>
            <w:tcW w:w="515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150946" w14:textId="77777777" w:rsidR="00EE1CD0" w:rsidRPr="002C201B" w:rsidRDefault="00824E16">
            <w:pPr>
              <w:spacing w:after="0" w:line="252" w:lineRule="auto"/>
              <w:rPr>
                <w:lang w:val="sv-SE"/>
              </w:rPr>
            </w:pPr>
            <w:r w:rsidRPr="002C201B">
              <w:rPr>
                <w:sz w:val="18"/>
                <w:lang w:val="sv-SE"/>
              </w:rPr>
              <w:t>Kontrollera om P2012:s matchkläder fungerar även nästa år.</w:t>
            </w:r>
          </w:p>
        </w:tc>
        <w:tc>
          <w:tcPr>
            <w:tcW w:w="150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11A590" w14:textId="77777777" w:rsidR="00EE1CD0" w:rsidRDefault="00824E16">
            <w:pPr>
              <w:spacing w:after="0" w:line="252" w:lineRule="auto"/>
            </w:pPr>
            <w:proofErr w:type="spellStart"/>
            <w:r>
              <w:rPr>
                <w:sz w:val="18"/>
              </w:rPr>
              <w:t>Ej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utsedd</w:t>
            </w:r>
            <w:proofErr w:type="spellEnd"/>
          </w:p>
        </w:tc>
        <w:tc>
          <w:tcPr>
            <w:tcW w:w="145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0944B4" w14:textId="77777777" w:rsidR="00EE1CD0" w:rsidRDefault="00824E16">
            <w:pPr>
              <w:spacing w:after="0" w:line="252" w:lineRule="auto"/>
            </w:pPr>
            <w:proofErr w:type="spellStart"/>
            <w:r>
              <w:rPr>
                <w:sz w:val="18"/>
              </w:rPr>
              <w:t>Före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beställning</w:t>
            </w:r>
            <w:proofErr w:type="spellEnd"/>
          </w:p>
        </w:tc>
        <w:tc>
          <w:tcPr>
            <w:tcW w:w="126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9D7A7F" w14:textId="77777777" w:rsidR="00EE1CD0" w:rsidRDefault="00824E16">
            <w:pPr>
              <w:spacing w:after="0" w:line="252" w:lineRule="auto"/>
            </w:pPr>
            <w:proofErr w:type="spellStart"/>
            <w:r>
              <w:rPr>
                <w:sz w:val="18"/>
              </w:rPr>
              <w:t>Öppet</w:t>
            </w:r>
            <w:proofErr w:type="spellEnd"/>
          </w:p>
        </w:tc>
      </w:tr>
      <w:tr w:rsidR="00EE1CD0" w14:paraId="1CEBD8FE" w14:textId="77777777">
        <w:tc>
          <w:tcPr>
            <w:tcW w:w="51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5633EE" w14:textId="77777777" w:rsidR="00EE1CD0" w:rsidRPr="002C201B" w:rsidRDefault="00824E16">
            <w:pPr>
              <w:spacing w:after="0" w:line="252" w:lineRule="auto"/>
              <w:rPr>
                <w:lang w:val="sv-SE"/>
              </w:rPr>
            </w:pPr>
            <w:r w:rsidRPr="002C201B">
              <w:rPr>
                <w:sz w:val="18"/>
                <w:lang w:val="sv-SE"/>
              </w:rPr>
              <w:t>Bekräfta fotografering den 1–2 september och bestäm tider före eller efter träning.</w:t>
            </w:r>
          </w:p>
        </w:tc>
        <w:tc>
          <w:tcPr>
            <w:tcW w:w="1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13338A" w14:textId="77777777" w:rsidR="00EE1CD0" w:rsidRDefault="00824E16">
            <w:pPr>
              <w:spacing w:after="0" w:line="252" w:lineRule="auto"/>
            </w:pPr>
            <w:proofErr w:type="spellStart"/>
            <w:r>
              <w:rPr>
                <w:sz w:val="18"/>
              </w:rPr>
              <w:t>Ej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utsedd</w:t>
            </w:r>
            <w:proofErr w:type="spellEnd"/>
          </w:p>
        </w:tc>
        <w:tc>
          <w:tcPr>
            <w:tcW w:w="14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ACF533" w14:textId="77777777" w:rsidR="00EE1CD0" w:rsidRDefault="00824E16">
            <w:pPr>
              <w:spacing w:after="0" w:line="252" w:lineRule="auto"/>
            </w:pPr>
            <w:proofErr w:type="spellStart"/>
            <w:r>
              <w:rPr>
                <w:sz w:val="18"/>
              </w:rPr>
              <w:t>Före</w:t>
            </w:r>
            <w:proofErr w:type="spellEnd"/>
            <w:r>
              <w:rPr>
                <w:sz w:val="18"/>
              </w:rPr>
              <w:t xml:space="preserve"> 1 </w:t>
            </w:r>
            <w:proofErr w:type="spellStart"/>
            <w:r>
              <w:rPr>
                <w:sz w:val="18"/>
              </w:rPr>
              <w:t>september</w:t>
            </w:r>
            <w:proofErr w:type="spellEnd"/>
          </w:p>
        </w:tc>
        <w:tc>
          <w:tcPr>
            <w:tcW w:w="12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47649F" w14:textId="77777777" w:rsidR="00EE1CD0" w:rsidRDefault="00824E16">
            <w:pPr>
              <w:spacing w:after="0" w:line="252" w:lineRule="auto"/>
            </w:pPr>
            <w:proofErr w:type="spellStart"/>
            <w:r>
              <w:rPr>
                <w:sz w:val="18"/>
              </w:rPr>
              <w:t>Öppet</w:t>
            </w:r>
            <w:proofErr w:type="spellEnd"/>
          </w:p>
        </w:tc>
      </w:tr>
      <w:tr w:rsidR="00EE1CD0" w14:paraId="5D30F849" w14:textId="77777777">
        <w:tc>
          <w:tcPr>
            <w:tcW w:w="515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F048B7" w14:textId="77777777" w:rsidR="00EE1CD0" w:rsidRPr="002C201B" w:rsidRDefault="00824E16">
            <w:pPr>
              <w:spacing w:after="0" w:line="252" w:lineRule="auto"/>
              <w:rPr>
                <w:lang w:val="sv-SE"/>
              </w:rPr>
            </w:pPr>
            <w:r w:rsidRPr="002C201B">
              <w:rPr>
                <w:sz w:val="18"/>
                <w:lang w:val="sv-SE"/>
              </w:rPr>
              <w:t xml:space="preserve">Klargör vilka tre ytterligare lag som vill ha </w:t>
            </w:r>
            <w:proofErr w:type="spellStart"/>
            <w:r w:rsidRPr="002C201B">
              <w:rPr>
                <w:sz w:val="18"/>
                <w:lang w:val="sv-SE"/>
              </w:rPr>
              <w:t>lagfoto</w:t>
            </w:r>
            <w:proofErr w:type="spellEnd"/>
            <w:r w:rsidRPr="002C201B">
              <w:rPr>
                <w:sz w:val="18"/>
                <w:lang w:val="sv-SE"/>
              </w:rPr>
              <w:t>.</w:t>
            </w:r>
          </w:p>
        </w:tc>
        <w:tc>
          <w:tcPr>
            <w:tcW w:w="150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22500D" w14:textId="77777777" w:rsidR="00EE1CD0" w:rsidRDefault="00824E16">
            <w:pPr>
              <w:spacing w:after="0" w:line="252" w:lineRule="auto"/>
            </w:pPr>
            <w:proofErr w:type="spellStart"/>
            <w:r>
              <w:rPr>
                <w:sz w:val="18"/>
              </w:rPr>
              <w:t>Ej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utsedd</w:t>
            </w:r>
            <w:proofErr w:type="spellEnd"/>
          </w:p>
        </w:tc>
        <w:tc>
          <w:tcPr>
            <w:tcW w:w="145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65C5B5" w14:textId="77777777" w:rsidR="00EE1CD0" w:rsidRDefault="00824E16">
            <w:pPr>
              <w:spacing w:after="0" w:line="252" w:lineRule="auto"/>
            </w:pPr>
            <w:proofErr w:type="spellStart"/>
            <w:r>
              <w:rPr>
                <w:sz w:val="18"/>
              </w:rPr>
              <w:t>Före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fotografering</w:t>
            </w:r>
            <w:proofErr w:type="spellEnd"/>
          </w:p>
        </w:tc>
        <w:tc>
          <w:tcPr>
            <w:tcW w:w="126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5E996F" w14:textId="77777777" w:rsidR="00EE1CD0" w:rsidRDefault="00824E16">
            <w:pPr>
              <w:spacing w:after="0" w:line="252" w:lineRule="auto"/>
            </w:pPr>
            <w:proofErr w:type="spellStart"/>
            <w:r>
              <w:rPr>
                <w:sz w:val="18"/>
              </w:rPr>
              <w:t>Öppet</w:t>
            </w:r>
            <w:proofErr w:type="spellEnd"/>
          </w:p>
        </w:tc>
      </w:tr>
      <w:tr w:rsidR="00EE1CD0" w14:paraId="1C50EBF4" w14:textId="77777777">
        <w:tc>
          <w:tcPr>
            <w:tcW w:w="51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B1F4DE" w14:textId="77777777" w:rsidR="00EE1CD0" w:rsidRPr="002C201B" w:rsidRDefault="00824E16">
            <w:pPr>
              <w:spacing w:after="0" w:line="252" w:lineRule="auto"/>
              <w:rPr>
                <w:lang w:val="sv-SE"/>
              </w:rPr>
            </w:pPr>
            <w:r w:rsidRPr="002C201B">
              <w:rPr>
                <w:sz w:val="18"/>
                <w:lang w:val="sv-SE"/>
              </w:rPr>
              <w:t>Ta fram förslag om kioskpass, avgifter, friköp, körning och föräldraansvar.</w:t>
            </w:r>
          </w:p>
        </w:tc>
        <w:tc>
          <w:tcPr>
            <w:tcW w:w="1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0BB526" w14:textId="77777777" w:rsidR="00EE1CD0" w:rsidRDefault="00824E16">
            <w:pPr>
              <w:spacing w:after="0" w:line="252" w:lineRule="auto"/>
            </w:pPr>
            <w:proofErr w:type="spellStart"/>
            <w:r>
              <w:rPr>
                <w:sz w:val="18"/>
              </w:rPr>
              <w:t>Ej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utsedd</w:t>
            </w:r>
            <w:proofErr w:type="spellEnd"/>
          </w:p>
        </w:tc>
        <w:tc>
          <w:tcPr>
            <w:tcW w:w="14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315E1A" w14:textId="77777777" w:rsidR="00EE1CD0" w:rsidRDefault="00824E16">
            <w:pPr>
              <w:spacing w:after="0" w:line="252" w:lineRule="auto"/>
            </w:pPr>
            <w:r>
              <w:rPr>
                <w:sz w:val="18"/>
              </w:rPr>
              <w:t xml:space="preserve">Till </w:t>
            </w:r>
            <w:proofErr w:type="spellStart"/>
            <w:r>
              <w:rPr>
                <w:sz w:val="18"/>
              </w:rPr>
              <w:t>nästa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möte</w:t>
            </w:r>
            <w:proofErr w:type="spellEnd"/>
          </w:p>
        </w:tc>
        <w:tc>
          <w:tcPr>
            <w:tcW w:w="12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F3E97C" w14:textId="77777777" w:rsidR="00EE1CD0" w:rsidRDefault="00824E16">
            <w:pPr>
              <w:spacing w:after="0" w:line="252" w:lineRule="auto"/>
            </w:pPr>
            <w:proofErr w:type="spellStart"/>
            <w:r>
              <w:rPr>
                <w:sz w:val="18"/>
              </w:rPr>
              <w:t>Öppet</w:t>
            </w:r>
            <w:proofErr w:type="spellEnd"/>
          </w:p>
        </w:tc>
      </w:tr>
      <w:tr w:rsidR="00EE1CD0" w14:paraId="0966C507" w14:textId="77777777">
        <w:tc>
          <w:tcPr>
            <w:tcW w:w="515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78A211" w14:textId="46BDEB59" w:rsidR="00EE1CD0" w:rsidRPr="002C201B" w:rsidRDefault="00824E16">
            <w:pPr>
              <w:spacing w:after="0" w:line="252" w:lineRule="auto"/>
              <w:rPr>
                <w:lang w:val="sv-SE"/>
              </w:rPr>
            </w:pPr>
            <w:r w:rsidRPr="002C201B">
              <w:rPr>
                <w:sz w:val="18"/>
                <w:lang w:val="sv-SE"/>
              </w:rPr>
              <w:t xml:space="preserve">Besluta om </w:t>
            </w:r>
            <w:r w:rsidR="006E31BE">
              <w:rPr>
                <w:sz w:val="18"/>
                <w:lang w:val="sv-SE"/>
              </w:rPr>
              <w:t>1</w:t>
            </w:r>
            <w:r w:rsidRPr="002C201B">
              <w:rPr>
                <w:sz w:val="18"/>
                <w:lang w:val="sv-SE"/>
              </w:rPr>
              <w:t xml:space="preserve"> extra bord, Angeliques telefonnummer och en kioskmanual.</w:t>
            </w:r>
          </w:p>
        </w:tc>
        <w:tc>
          <w:tcPr>
            <w:tcW w:w="150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EE4962" w14:textId="77777777" w:rsidR="00EE1CD0" w:rsidRDefault="00824E16">
            <w:pPr>
              <w:spacing w:after="0" w:line="252" w:lineRule="auto"/>
            </w:pPr>
            <w:proofErr w:type="spellStart"/>
            <w:r>
              <w:rPr>
                <w:sz w:val="18"/>
              </w:rPr>
              <w:t>Ej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utsedd</w:t>
            </w:r>
            <w:proofErr w:type="spellEnd"/>
          </w:p>
        </w:tc>
        <w:tc>
          <w:tcPr>
            <w:tcW w:w="145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81FAF5" w14:textId="77777777" w:rsidR="00EE1CD0" w:rsidRDefault="00824E16">
            <w:pPr>
              <w:spacing w:after="0" w:line="252" w:lineRule="auto"/>
            </w:pPr>
            <w:r>
              <w:rPr>
                <w:sz w:val="18"/>
              </w:rPr>
              <w:t xml:space="preserve">Till </w:t>
            </w:r>
            <w:proofErr w:type="spellStart"/>
            <w:r>
              <w:rPr>
                <w:sz w:val="18"/>
              </w:rPr>
              <w:t>nästa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möte</w:t>
            </w:r>
            <w:proofErr w:type="spellEnd"/>
          </w:p>
        </w:tc>
        <w:tc>
          <w:tcPr>
            <w:tcW w:w="126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857859" w14:textId="77777777" w:rsidR="00EE1CD0" w:rsidRDefault="00824E16">
            <w:pPr>
              <w:spacing w:after="0" w:line="252" w:lineRule="auto"/>
            </w:pPr>
            <w:proofErr w:type="spellStart"/>
            <w:r>
              <w:rPr>
                <w:sz w:val="18"/>
              </w:rPr>
              <w:t>Öppet</w:t>
            </w:r>
            <w:proofErr w:type="spellEnd"/>
          </w:p>
        </w:tc>
      </w:tr>
      <w:tr w:rsidR="00EE1CD0" w14:paraId="65A49BAB" w14:textId="77777777">
        <w:tc>
          <w:tcPr>
            <w:tcW w:w="51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A15716" w14:textId="77777777" w:rsidR="00EE1CD0" w:rsidRPr="002C201B" w:rsidRDefault="00824E16">
            <w:pPr>
              <w:spacing w:after="0" w:line="252" w:lineRule="auto"/>
              <w:rPr>
                <w:lang w:val="sv-SE"/>
              </w:rPr>
            </w:pPr>
            <w:r w:rsidRPr="002C201B">
              <w:rPr>
                <w:sz w:val="18"/>
                <w:lang w:val="sv-SE"/>
              </w:rPr>
              <w:t xml:space="preserve">Följ upp reklamationen hos </w:t>
            </w:r>
            <w:proofErr w:type="spellStart"/>
            <w:r w:rsidRPr="002C201B">
              <w:rPr>
                <w:sz w:val="18"/>
                <w:lang w:val="sv-SE"/>
              </w:rPr>
              <w:t>Enenda</w:t>
            </w:r>
            <w:proofErr w:type="spellEnd"/>
            <w:r w:rsidRPr="002C201B">
              <w:rPr>
                <w:sz w:val="18"/>
                <w:lang w:val="sv-SE"/>
              </w:rPr>
              <w:t xml:space="preserve"> och samla erfarenheter från övriga lag.</w:t>
            </w:r>
          </w:p>
        </w:tc>
        <w:tc>
          <w:tcPr>
            <w:tcW w:w="1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96D404" w14:textId="77777777" w:rsidR="00EE1CD0" w:rsidRDefault="00824E16">
            <w:pPr>
              <w:spacing w:after="0" w:line="252" w:lineRule="auto"/>
            </w:pPr>
            <w:proofErr w:type="spellStart"/>
            <w:r>
              <w:rPr>
                <w:sz w:val="18"/>
              </w:rPr>
              <w:t>Ej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utsedd</w:t>
            </w:r>
            <w:proofErr w:type="spellEnd"/>
          </w:p>
        </w:tc>
        <w:tc>
          <w:tcPr>
            <w:tcW w:w="14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505BF1" w14:textId="77777777" w:rsidR="00EE1CD0" w:rsidRDefault="00824E16">
            <w:pPr>
              <w:spacing w:after="0" w:line="252" w:lineRule="auto"/>
            </w:pPr>
            <w:proofErr w:type="spellStart"/>
            <w:r>
              <w:rPr>
                <w:sz w:val="18"/>
              </w:rPr>
              <w:t>Löpande</w:t>
            </w:r>
            <w:proofErr w:type="spellEnd"/>
          </w:p>
        </w:tc>
        <w:tc>
          <w:tcPr>
            <w:tcW w:w="12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E4191F" w14:textId="77777777" w:rsidR="00EE1CD0" w:rsidRDefault="00824E16">
            <w:pPr>
              <w:spacing w:after="0" w:line="252" w:lineRule="auto"/>
            </w:pPr>
            <w:proofErr w:type="spellStart"/>
            <w:r>
              <w:rPr>
                <w:sz w:val="18"/>
              </w:rPr>
              <w:t>Pågår</w:t>
            </w:r>
            <w:proofErr w:type="spellEnd"/>
          </w:p>
        </w:tc>
      </w:tr>
      <w:tr w:rsidR="00EE1CD0" w14:paraId="040D6290" w14:textId="77777777">
        <w:tc>
          <w:tcPr>
            <w:tcW w:w="515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F4CE0D" w14:textId="77777777" w:rsidR="00EE1CD0" w:rsidRPr="002C201B" w:rsidRDefault="00824E16">
            <w:pPr>
              <w:spacing w:after="0" w:line="252" w:lineRule="auto"/>
              <w:rPr>
                <w:lang w:val="sv-SE"/>
              </w:rPr>
            </w:pPr>
            <w:r w:rsidRPr="002C201B">
              <w:rPr>
                <w:sz w:val="18"/>
                <w:lang w:val="sv-SE"/>
              </w:rPr>
              <w:t>Gå igenom ledaravtalet och samla ledarnas synpunkter.</w:t>
            </w:r>
          </w:p>
        </w:tc>
        <w:tc>
          <w:tcPr>
            <w:tcW w:w="150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91CE3F" w14:textId="77777777" w:rsidR="00EE1CD0" w:rsidRDefault="00824E16">
            <w:pPr>
              <w:spacing w:after="0" w:line="252" w:lineRule="auto"/>
            </w:pPr>
            <w:r>
              <w:rPr>
                <w:sz w:val="18"/>
              </w:rPr>
              <w:t>Atilla</w:t>
            </w:r>
          </w:p>
        </w:tc>
        <w:tc>
          <w:tcPr>
            <w:tcW w:w="145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A214BC" w14:textId="77777777" w:rsidR="00EE1CD0" w:rsidRDefault="00824E16">
            <w:pPr>
              <w:spacing w:after="0" w:line="252" w:lineRule="auto"/>
            </w:pPr>
            <w:proofErr w:type="spellStart"/>
            <w:r>
              <w:rPr>
                <w:sz w:val="18"/>
              </w:rPr>
              <w:t>Efter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genomgång</w:t>
            </w:r>
            <w:proofErr w:type="spellEnd"/>
          </w:p>
        </w:tc>
        <w:tc>
          <w:tcPr>
            <w:tcW w:w="126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0265EE" w14:textId="77777777" w:rsidR="00EE1CD0" w:rsidRDefault="00824E16">
            <w:pPr>
              <w:spacing w:after="0" w:line="252" w:lineRule="auto"/>
            </w:pPr>
            <w:proofErr w:type="spellStart"/>
            <w:r>
              <w:rPr>
                <w:sz w:val="18"/>
              </w:rPr>
              <w:t>Pågår</w:t>
            </w:r>
            <w:proofErr w:type="spellEnd"/>
          </w:p>
        </w:tc>
      </w:tr>
      <w:tr w:rsidR="00EE1CD0" w14:paraId="6FF78C25" w14:textId="77777777">
        <w:tc>
          <w:tcPr>
            <w:tcW w:w="51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8ACE9C" w14:textId="77777777" w:rsidR="00EE1CD0" w:rsidRPr="002C201B" w:rsidRDefault="00824E16">
            <w:pPr>
              <w:spacing w:after="0" w:line="252" w:lineRule="auto"/>
              <w:rPr>
                <w:lang w:val="sv-SE"/>
              </w:rPr>
            </w:pPr>
            <w:r w:rsidRPr="002C201B">
              <w:rPr>
                <w:sz w:val="18"/>
                <w:lang w:val="sv-SE"/>
              </w:rPr>
              <w:t>Kartlägg intresse och ledarkapacitet för futsal.</w:t>
            </w:r>
          </w:p>
        </w:tc>
        <w:tc>
          <w:tcPr>
            <w:tcW w:w="1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24F52A" w14:textId="77777777" w:rsidR="00EE1CD0" w:rsidRDefault="00824E16">
            <w:pPr>
              <w:spacing w:after="0" w:line="252" w:lineRule="auto"/>
            </w:pPr>
            <w:proofErr w:type="spellStart"/>
            <w:r>
              <w:rPr>
                <w:sz w:val="18"/>
              </w:rPr>
              <w:t>Respektive</w:t>
            </w:r>
            <w:proofErr w:type="spellEnd"/>
            <w:r>
              <w:rPr>
                <w:sz w:val="18"/>
              </w:rPr>
              <w:t xml:space="preserve"> lag</w:t>
            </w:r>
          </w:p>
        </w:tc>
        <w:tc>
          <w:tcPr>
            <w:tcW w:w="14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DE1276" w14:textId="77777777" w:rsidR="00EE1CD0" w:rsidRDefault="00824E16">
            <w:pPr>
              <w:spacing w:after="0" w:line="252" w:lineRule="auto"/>
            </w:pPr>
            <w:proofErr w:type="spellStart"/>
            <w:r>
              <w:rPr>
                <w:sz w:val="18"/>
              </w:rPr>
              <w:t>Inför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vintern</w:t>
            </w:r>
            <w:proofErr w:type="spellEnd"/>
          </w:p>
        </w:tc>
        <w:tc>
          <w:tcPr>
            <w:tcW w:w="12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7740A2" w14:textId="77777777" w:rsidR="00EE1CD0" w:rsidRDefault="00824E16">
            <w:pPr>
              <w:spacing w:after="0" w:line="252" w:lineRule="auto"/>
            </w:pPr>
            <w:proofErr w:type="spellStart"/>
            <w:r>
              <w:rPr>
                <w:sz w:val="18"/>
              </w:rPr>
              <w:t>Öppet</w:t>
            </w:r>
            <w:proofErr w:type="spellEnd"/>
          </w:p>
        </w:tc>
      </w:tr>
      <w:tr w:rsidR="00EE1CD0" w14:paraId="6B4D322C" w14:textId="77777777">
        <w:tc>
          <w:tcPr>
            <w:tcW w:w="515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C86D0B" w14:textId="77777777" w:rsidR="00EE1CD0" w:rsidRPr="002C201B" w:rsidRDefault="00824E16">
            <w:pPr>
              <w:spacing w:after="0" w:line="252" w:lineRule="auto"/>
              <w:rPr>
                <w:lang w:val="sv-SE"/>
              </w:rPr>
            </w:pPr>
            <w:r w:rsidRPr="002C201B">
              <w:rPr>
                <w:sz w:val="18"/>
                <w:lang w:val="sv-SE"/>
              </w:rPr>
              <w:t xml:space="preserve">Gå igenom Svenska Lag och jämför med </w:t>
            </w:r>
            <w:proofErr w:type="spellStart"/>
            <w:r w:rsidRPr="002C201B">
              <w:rPr>
                <w:sz w:val="18"/>
                <w:lang w:val="sv-SE"/>
              </w:rPr>
              <w:t>SportAdmin</w:t>
            </w:r>
            <w:proofErr w:type="spellEnd"/>
            <w:r w:rsidRPr="002C201B">
              <w:rPr>
                <w:sz w:val="18"/>
                <w:lang w:val="sv-SE"/>
              </w:rPr>
              <w:t>.</w:t>
            </w:r>
          </w:p>
        </w:tc>
        <w:tc>
          <w:tcPr>
            <w:tcW w:w="150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0BED60" w14:textId="77777777" w:rsidR="00EE1CD0" w:rsidRDefault="00824E16">
            <w:pPr>
              <w:spacing w:after="0" w:line="252" w:lineRule="auto"/>
            </w:pPr>
            <w:proofErr w:type="spellStart"/>
            <w:r>
              <w:rPr>
                <w:sz w:val="18"/>
              </w:rPr>
              <w:t>Ej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utsedd</w:t>
            </w:r>
            <w:proofErr w:type="spellEnd"/>
          </w:p>
        </w:tc>
        <w:tc>
          <w:tcPr>
            <w:tcW w:w="145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9E666D" w14:textId="77777777" w:rsidR="00EE1CD0" w:rsidRDefault="00824E16">
            <w:pPr>
              <w:spacing w:after="0" w:line="252" w:lineRule="auto"/>
            </w:pPr>
            <w:proofErr w:type="spellStart"/>
            <w:r>
              <w:rPr>
                <w:sz w:val="18"/>
              </w:rPr>
              <w:t>Fredag</w:t>
            </w:r>
            <w:proofErr w:type="spellEnd"/>
          </w:p>
        </w:tc>
        <w:tc>
          <w:tcPr>
            <w:tcW w:w="126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CC2251" w14:textId="77777777" w:rsidR="00EE1CD0" w:rsidRDefault="00824E16">
            <w:pPr>
              <w:spacing w:after="0" w:line="252" w:lineRule="auto"/>
            </w:pPr>
            <w:proofErr w:type="spellStart"/>
            <w:r>
              <w:rPr>
                <w:sz w:val="18"/>
              </w:rPr>
              <w:t>Planerat</w:t>
            </w:r>
            <w:proofErr w:type="spellEnd"/>
          </w:p>
        </w:tc>
      </w:tr>
      <w:tr w:rsidR="00EE1CD0" w14:paraId="19D4A07A" w14:textId="77777777">
        <w:tc>
          <w:tcPr>
            <w:tcW w:w="51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8ABD65" w14:textId="77777777" w:rsidR="00EE1CD0" w:rsidRPr="002C201B" w:rsidRDefault="00824E16">
            <w:pPr>
              <w:spacing w:after="0" w:line="252" w:lineRule="auto"/>
              <w:rPr>
                <w:lang w:val="sv-SE"/>
              </w:rPr>
            </w:pPr>
            <w:r w:rsidRPr="002C201B">
              <w:rPr>
                <w:sz w:val="18"/>
                <w:lang w:val="sv-SE"/>
              </w:rPr>
              <w:t>Lyft frågan om juniorlag till styrelsen och bekräfta ansvarig.</w:t>
            </w:r>
          </w:p>
        </w:tc>
        <w:tc>
          <w:tcPr>
            <w:tcW w:w="1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908576" w14:textId="77777777" w:rsidR="00EE1CD0" w:rsidRDefault="00824E16">
            <w:pPr>
              <w:spacing w:after="0" w:line="252" w:lineRule="auto"/>
            </w:pPr>
            <w:r>
              <w:rPr>
                <w:sz w:val="18"/>
              </w:rPr>
              <w:t>Alexi?</w:t>
            </w:r>
          </w:p>
        </w:tc>
        <w:tc>
          <w:tcPr>
            <w:tcW w:w="14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5CDB6F" w14:textId="77777777" w:rsidR="00EE1CD0" w:rsidRDefault="00824E16">
            <w:pPr>
              <w:spacing w:after="0" w:line="252" w:lineRule="auto"/>
            </w:pPr>
            <w:proofErr w:type="spellStart"/>
            <w:r>
              <w:rPr>
                <w:sz w:val="18"/>
              </w:rPr>
              <w:t>Snarast</w:t>
            </w:r>
            <w:proofErr w:type="spellEnd"/>
          </w:p>
        </w:tc>
        <w:tc>
          <w:tcPr>
            <w:tcW w:w="12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5AE373" w14:textId="77777777" w:rsidR="00EE1CD0" w:rsidRDefault="00824E16">
            <w:pPr>
              <w:spacing w:after="0" w:line="252" w:lineRule="auto"/>
            </w:pPr>
            <w:proofErr w:type="spellStart"/>
            <w:r>
              <w:rPr>
                <w:sz w:val="18"/>
              </w:rPr>
              <w:t>Öppet</w:t>
            </w:r>
            <w:proofErr w:type="spellEnd"/>
          </w:p>
        </w:tc>
      </w:tr>
      <w:tr w:rsidR="00EE1CD0" w14:paraId="01A56D7D" w14:textId="77777777">
        <w:tc>
          <w:tcPr>
            <w:tcW w:w="515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1D18CD" w14:textId="77777777" w:rsidR="00EE1CD0" w:rsidRPr="002C201B" w:rsidRDefault="00824E16">
            <w:pPr>
              <w:spacing w:after="0" w:line="252" w:lineRule="auto"/>
              <w:rPr>
                <w:lang w:val="sv-SE"/>
              </w:rPr>
            </w:pPr>
            <w:r w:rsidRPr="002C201B">
              <w:rPr>
                <w:sz w:val="18"/>
                <w:lang w:val="sv-SE"/>
              </w:rPr>
              <w:t>Säkerställ att domare har rätt utbildning för aktuell spelform.</w:t>
            </w:r>
          </w:p>
        </w:tc>
        <w:tc>
          <w:tcPr>
            <w:tcW w:w="150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4D37F5" w14:textId="77777777" w:rsidR="00EE1CD0" w:rsidRDefault="00824E16">
            <w:pPr>
              <w:spacing w:after="0" w:line="252" w:lineRule="auto"/>
            </w:pPr>
            <w:proofErr w:type="spellStart"/>
            <w:r>
              <w:rPr>
                <w:sz w:val="18"/>
              </w:rPr>
              <w:t>Ej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utsedd</w:t>
            </w:r>
            <w:proofErr w:type="spellEnd"/>
          </w:p>
        </w:tc>
        <w:tc>
          <w:tcPr>
            <w:tcW w:w="145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68706C" w14:textId="77777777" w:rsidR="00EE1CD0" w:rsidRDefault="00824E16">
            <w:pPr>
              <w:spacing w:after="0" w:line="252" w:lineRule="auto"/>
            </w:pPr>
            <w:proofErr w:type="spellStart"/>
            <w:r>
              <w:rPr>
                <w:sz w:val="18"/>
              </w:rPr>
              <w:t>Omgående</w:t>
            </w:r>
            <w:proofErr w:type="spellEnd"/>
          </w:p>
        </w:tc>
        <w:tc>
          <w:tcPr>
            <w:tcW w:w="1260" w:type="dxa"/>
            <w:shd w:val="clear" w:color="auto" w:fill="F8FA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AD9E79" w14:textId="77777777" w:rsidR="00EE1CD0" w:rsidRDefault="00824E16">
            <w:pPr>
              <w:spacing w:after="0" w:line="252" w:lineRule="auto"/>
            </w:pPr>
            <w:proofErr w:type="spellStart"/>
            <w:r>
              <w:rPr>
                <w:sz w:val="18"/>
              </w:rPr>
              <w:t>Öppet</w:t>
            </w:r>
            <w:proofErr w:type="spellEnd"/>
          </w:p>
        </w:tc>
      </w:tr>
    </w:tbl>
    <w:p w14:paraId="42660C9B" w14:textId="77777777" w:rsidR="00EE1CD0" w:rsidRDefault="00EE1CD0">
      <w:pPr>
        <w:sectPr w:rsidR="00EE1CD0">
          <w:pgSz w:w="12240" w:h="15840"/>
          <w:pgMar w:top="1440" w:right="1440" w:bottom="1440" w:left="1440" w:header="708" w:footer="708" w:gutter="0"/>
          <w:cols w:space="720"/>
          <w:docGrid w:linePitch="360"/>
        </w:sectPr>
      </w:pPr>
    </w:p>
    <w:p w14:paraId="5FFE78FD" w14:textId="77777777" w:rsidR="00EE1CD0" w:rsidRDefault="00824E16">
      <w:pPr>
        <w:spacing w:after="960" w:line="240" w:lineRule="auto"/>
      </w:pPr>
      <w:r>
        <w:rPr>
          <w:color w:val="FFFFFF"/>
          <w:sz w:val="2"/>
        </w:rPr>
        <w:lastRenderedPageBreak/>
        <w:t> </w:t>
      </w:r>
    </w:p>
    <w:p w14:paraId="40746FAE" w14:textId="77777777" w:rsidR="00EE1CD0" w:rsidRDefault="00824E16">
      <w:pPr>
        <w:pStyle w:val="Rubrik1"/>
      </w:pPr>
      <w:proofErr w:type="spellStart"/>
      <w:r>
        <w:t>Prioritering</w:t>
      </w:r>
      <w:proofErr w:type="spellEnd"/>
      <w:r>
        <w:t xml:space="preserve"> </w:t>
      </w:r>
      <w:proofErr w:type="spellStart"/>
      <w:r>
        <w:t>inför</w:t>
      </w:r>
      <w:proofErr w:type="spellEnd"/>
      <w:r>
        <w:t xml:space="preserve"> </w:t>
      </w:r>
      <w:proofErr w:type="spellStart"/>
      <w:r>
        <w:t>nästa</w:t>
      </w:r>
      <w:proofErr w:type="spellEnd"/>
      <w:r>
        <w:t xml:space="preserve"> </w:t>
      </w:r>
      <w:proofErr w:type="spellStart"/>
      <w:r>
        <w:t>avstämning</w:t>
      </w:r>
      <w:proofErr w:type="spellEnd"/>
    </w:p>
    <w:p w14:paraId="4DED4405" w14:textId="77777777" w:rsidR="00EE1CD0" w:rsidRPr="002C201B" w:rsidRDefault="00824E16">
      <w:pPr>
        <w:pStyle w:val="Punktlista"/>
        <w:rPr>
          <w:lang w:val="sv-SE"/>
        </w:rPr>
      </w:pPr>
      <w:r w:rsidRPr="002C201B">
        <w:rPr>
          <w:lang w:val="sv-SE"/>
        </w:rPr>
        <w:t>Brådskande: lagfotografering, juniorlagsfrågan och domarrutiner.</w:t>
      </w:r>
    </w:p>
    <w:p w14:paraId="22575D8B" w14:textId="77777777" w:rsidR="00EE1CD0" w:rsidRPr="002C201B" w:rsidRDefault="00824E16">
      <w:pPr>
        <w:pStyle w:val="Punktlista"/>
        <w:rPr>
          <w:lang w:val="sv-SE"/>
        </w:rPr>
      </w:pPr>
      <w:r w:rsidRPr="002C201B">
        <w:rPr>
          <w:lang w:val="sv-SE"/>
        </w:rPr>
        <w:t>Före oktober: gemensamt inventeringsdokument, förinventering och bekräftat datum.</w:t>
      </w:r>
    </w:p>
    <w:p w14:paraId="0CAC5C4A" w14:textId="77777777" w:rsidR="00EE1CD0" w:rsidRPr="002C201B" w:rsidRDefault="00824E16">
      <w:pPr>
        <w:pStyle w:val="Punktlista"/>
        <w:rPr>
          <w:lang w:val="sv-SE"/>
        </w:rPr>
      </w:pPr>
      <w:r w:rsidRPr="002C201B">
        <w:rPr>
          <w:lang w:val="sv-SE"/>
        </w:rPr>
        <w:t xml:space="preserve">Principfrågor: kioskansvar, </w:t>
      </w:r>
      <w:proofErr w:type="spellStart"/>
      <w:r w:rsidRPr="002C201B">
        <w:rPr>
          <w:lang w:val="sv-SE"/>
        </w:rPr>
        <w:t>föräldrakontrakt</w:t>
      </w:r>
      <w:proofErr w:type="spellEnd"/>
      <w:r w:rsidRPr="002C201B">
        <w:rPr>
          <w:lang w:val="sv-SE"/>
        </w:rPr>
        <w:t>, bensinpeng och möjlighet att köpa sig fri.</w:t>
      </w:r>
    </w:p>
    <w:p w14:paraId="4B5D3E9A" w14:textId="77777777" w:rsidR="00EE1CD0" w:rsidRPr="002C201B" w:rsidRDefault="00824E16">
      <w:pPr>
        <w:pStyle w:val="Punktlista"/>
        <w:rPr>
          <w:lang w:val="sv-SE"/>
        </w:rPr>
      </w:pPr>
      <w:r w:rsidRPr="002C201B">
        <w:rPr>
          <w:lang w:val="sv-SE"/>
        </w:rPr>
        <w:t xml:space="preserve">Löpande uppföljning: </w:t>
      </w:r>
      <w:proofErr w:type="spellStart"/>
      <w:r w:rsidRPr="002C201B">
        <w:rPr>
          <w:lang w:val="sv-SE"/>
        </w:rPr>
        <w:t>Enenda</w:t>
      </w:r>
      <w:proofErr w:type="spellEnd"/>
      <w:r w:rsidRPr="002C201B">
        <w:rPr>
          <w:lang w:val="sv-SE"/>
        </w:rPr>
        <w:t>-reklamationen, ledaravtalet, futsal och val av administrationssystem.</w:t>
      </w:r>
    </w:p>
    <w:sectPr w:rsidR="00EE1CD0" w:rsidRPr="002C201B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61A95" w14:textId="77777777" w:rsidR="00EB75AA" w:rsidRDefault="00EB75AA">
      <w:pPr>
        <w:spacing w:after="0" w:line="240" w:lineRule="auto"/>
      </w:pPr>
      <w:r>
        <w:separator/>
      </w:r>
    </w:p>
  </w:endnote>
  <w:endnote w:type="continuationSeparator" w:id="0">
    <w:p w14:paraId="1B696E08" w14:textId="77777777" w:rsidR="00EB75AA" w:rsidRDefault="00EB75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4F758" w14:textId="77777777" w:rsidR="00EE1CD0" w:rsidRDefault="00824E16">
    <w:pPr>
      <w:pStyle w:val="Sidfot"/>
      <w:jc w:val="right"/>
    </w:pPr>
    <w:r>
      <w:rPr>
        <w:color w:val="667085"/>
        <w:sz w:val="18"/>
      </w:rPr>
      <w:t xml:space="preserve">Sida </w:t>
    </w:r>
    <w:r>
      <w:fldChar w:fldCharType="begin"/>
    </w:r>
    <w:r>
      <w:instrText>PAGE</w:instrText>
    </w:r>
    <w:r>
      <w:fldChar w:fldCharType="separate"/>
    </w:r>
    <w:r>
      <w:rPr>
        <w:color w:val="667085"/>
        <w:sz w:val="18"/>
      </w:rPr>
      <w:t>1</w:t>
    </w:r>
    <w:r>
      <w:rPr>
        <w:color w:val="667085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012B5" w14:textId="77777777" w:rsidR="00EB75AA" w:rsidRDefault="00EB75AA">
      <w:pPr>
        <w:spacing w:after="0" w:line="240" w:lineRule="auto"/>
      </w:pPr>
      <w:r>
        <w:separator/>
      </w:r>
    </w:p>
  </w:footnote>
  <w:footnote w:type="continuationSeparator" w:id="0">
    <w:p w14:paraId="5B95532E" w14:textId="77777777" w:rsidR="00EB75AA" w:rsidRDefault="00EB75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rerad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rerad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ktlist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ktlist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12996540">
    <w:abstractNumId w:val="8"/>
  </w:num>
  <w:num w:numId="2" w16cid:durableId="1011568547">
    <w:abstractNumId w:val="6"/>
  </w:num>
  <w:num w:numId="3" w16cid:durableId="563831345">
    <w:abstractNumId w:val="5"/>
  </w:num>
  <w:num w:numId="4" w16cid:durableId="352344064">
    <w:abstractNumId w:val="4"/>
  </w:num>
  <w:num w:numId="5" w16cid:durableId="516501453">
    <w:abstractNumId w:val="7"/>
  </w:num>
  <w:num w:numId="6" w16cid:durableId="312376764">
    <w:abstractNumId w:val="3"/>
  </w:num>
  <w:num w:numId="7" w16cid:durableId="359548765">
    <w:abstractNumId w:val="2"/>
  </w:num>
  <w:num w:numId="8" w16cid:durableId="792940275">
    <w:abstractNumId w:val="1"/>
  </w:num>
  <w:num w:numId="9" w16cid:durableId="21222570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448E0"/>
    <w:rsid w:val="0015074B"/>
    <w:rsid w:val="0029639D"/>
    <w:rsid w:val="002C201B"/>
    <w:rsid w:val="00326F90"/>
    <w:rsid w:val="0044500B"/>
    <w:rsid w:val="00494947"/>
    <w:rsid w:val="006E31BE"/>
    <w:rsid w:val="00824E16"/>
    <w:rsid w:val="00AA1D8D"/>
    <w:rsid w:val="00B47730"/>
    <w:rsid w:val="00C423DC"/>
    <w:rsid w:val="00CB0664"/>
    <w:rsid w:val="00EB75AA"/>
    <w:rsid w:val="00EE1CD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F3E802"/>
  <w14:defaultImageDpi w14:val="300"/>
  <w15:docId w15:val="{F292EDF3-0E92-4612-B75E-C07D1060D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 w:line="264" w:lineRule="auto"/>
    </w:pPr>
    <w:rPr>
      <w:rFonts w:ascii="Calibri" w:hAnsi="Calibri"/>
      <w:color w:val="263238"/>
    </w:rPr>
  </w:style>
  <w:style w:type="paragraph" w:styleId="Rubrik1">
    <w:name w:val="heading 1"/>
    <w:basedOn w:val="Normal"/>
    <w:next w:val="Normal"/>
    <w:link w:val="Rubrik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/>
      <w:b/>
      <w:bCs/>
      <w:color w:val="2E74B5"/>
      <w:sz w:val="32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C693F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bCs/>
      <w:color w:val="2E74B5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b/>
      <w:bCs/>
      <w:color w:val="1F4D78"/>
      <w:sz w:val="24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618BF"/>
  </w:style>
  <w:style w:type="paragraph" w:styleId="Sidfot">
    <w:name w:val="footer"/>
    <w:basedOn w:val="Normal"/>
    <w:link w:val="Sidfo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618BF"/>
  </w:style>
  <w:style w:type="paragraph" w:styleId="Ingetavstnd">
    <w:name w:val="No Spacing"/>
    <w:uiPriority w:val="1"/>
    <w:qFormat/>
    <w:rsid w:val="00FC693F"/>
    <w:pPr>
      <w:spacing w:after="0" w:line="240" w:lineRule="auto"/>
    </w:pPr>
  </w:style>
  <w:style w:type="character" w:customStyle="1" w:styleId="Rubrik1Char">
    <w:name w:val="Rubrik 1 Char"/>
    <w:basedOn w:val="Standardstycketeckensnitt"/>
    <w:link w:val="Rubri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">
    <w:name w:val="Title"/>
    <w:basedOn w:val="Normal"/>
    <w:next w:val="Normal"/>
    <w:link w:val="Rubrik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styck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xt">
    <w:name w:val="Body Text"/>
    <w:basedOn w:val="Normal"/>
    <w:link w:val="BrdtextChar"/>
    <w:uiPriority w:val="99"/>
    <w:unhideWhenUsed/>
    <w:rsid w:val="00AA1D8D"/>
  </w:style>
  <w:style w:type="character" w:customStyle="1" w:styleId="BrdtextChar">
    <w:name w:val="Brödtext Char"/>
    <w:basedOn w:val="Standardstycketeckensnitt"/>
    <w:link w:val="Brdtext"/>
    <w:uiPriority w:val="99"/>
    <w:rsid w:val="00AA1D8D"/>
  </w:style>
  <w:style w:type="paragraph" w:styleId="Brdtext2">
    <w:name w:val="Body Text 2"/>
    <w:basedOn w:val="Normal"/>
    <w:link w:val="Brdtext2Char"/>
    <w:uiPriority w:val="99"/>
    <w:unhideWhenUsed/>
    <w:rsid w:val="00AA1D8D"/>
    <w:pPr>
      <w:spacing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rsid w:val="00AA1D8D"/>
  </w:style>
  <w:style w:type="paragraph" w:styleId="Brdtext3">
    <w:name w:val="Body Text 3"/>
    <w:basedOn w:val="Normal"/>
    <w:link w:val="Brdtext3Char"/>
    <w:uiPriority w:val="99"/>
    <w:unhideWhenUsed/>
    <w:rsid w:val="00AA1D8D"/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Punktlista">
    <w:name w:val="List Bullet"/>
    <w:basedOn w:val="Normal"/>
    <w:uiPriority w:val="99"/>
    <w:unhideWhenUsed/>
    <w:rsid w:val="00326F90"/>
    <w:pPr>
      <w:numPr>
        <w:numId w:val="1"/>
      </w:numPr>
      <w:spacing w:after="160" w:line="280" w:lineRule="auto"/>
      <w:ind w:left="720"/>
      <w:contextualSpacing/>
    </w:pPr>
  </w:style>
  <w:style w:type="paragraph" w:styleId="Punktlista2">
    <w:name w:val="List Bullet 2"/>
    <w:basedOn w:val="Normal"/>
    <w:uiPriority w:val="99"/>
    <w:unhideWhenUsed/>
    <w:rsid w:val="00326F90"/>
    <w:pPr>
      <w:numPr>
        <w:numId w:val="2"/>
      </w:numPr>
      <w:spacing w:after="80" w:line="280" w:lineRule="auto"/>
      <w:ind w:left="1080"/>
      <w:contextualSpacing/>
    </w:pPr>
  </w:style>
  <w:style w:type="paragraph" w:styleId="Punktlista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reradlist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reradlist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reradlist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fortstt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afortstt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afortstt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krotext">
    <w:name w:val="macro"/>
    <w:link w:val="Mak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FC693F"/>
    <w:rPr>
      <w:i/>
      <w:iCs/>
      <w:color w:val="000000" w:themeColor="text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ark">
    <w:name w:val="Strong"/>
    <w:basedOn w:val="Standardstycketeckensnitt"/>
    <w:uiPriority w:val="22"/>
    <w:qFormat/>
    <w:rsid w:val="00FC693F"/>
    <w:rPr>
      <w:b/>
      <w:bCs/>
    </w:rPr>
  </w:style>
  <w:style w:type="character" w:styleId="Betoning">
    <w:name w:val="Emphasis"/>
    <w:basedOn w:val="Standardstycketeckensnitt"/>
    <w:uiPriority w:val="20"/>
    <w:qFormat/>
    <w:rsid w:val="00FC693F"/>
    <w:rPr>
      <w:i/>
      <w:iCs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C693F"/>
    <w:rPr>
      <w:b/>
      <w:bCs/>
      <w:i/>
      <w:iCs/>
      <w:color w:val="4F81BD" w:themeColor="accent1"/>
    </w:rPr>
  </w:style>
  <w:style w:type="character" w:styleId="Diskretbetoning">
    <w:name w:val="Subtle Emphasis"/>
    <w:basedOn w:val="Standardstycketeckensnitt"/>
    <w:uiPriority w:val="19"/>
    <w:qFormat/>
    <w:rsid w:val="00FC693F"/>
    <w:rPr>
      <w:i/>
      <w:iCs/>
      <w:color w:val="808080" w:themeColor="text1" w:themeTint="7F"/>
    </w:rPr>
  </w:style>
  <w:style w:type="character" w:styleId="Starkbetoning">
    <w:name w:val="Intense Emphasis"/>
    <w:basedOn w:val="Standardstycketeckensnitt"/>
    <w:uiPriority w:val="21"/>
    <w:qFormat/>
    <w:rsid w:val="00FC693F"/>
    <w:rPr>
      <w:b/>
      <w:bCs/>
      <w:i/>
      <w:iCs/>
      <w:color w:val="4F81BD" w:themeColor="accent1"/>
    </w:rPr>
  </w:style>
  <w:style w:type="character" w:styleId="Diskretreferens">
    <w:name w:val="Subtle Reference"/>
    <w:basedOn w:val="Standardstycketeckensnitt"/>
    <w:uiPriority w:val="31"/>
    <w:qFormat/>
    <w:rsid w:val="00FC693F"/>
    <w:rPr>
      <w:smallCaps/>
      <w:color w:val="C0504D" w:themeColor="accent2"/>
      <w:u w:val="single"/>
    </w:rPr>
  </w:style>
  <w:style w:type="character" w:styleId="Starkreferens">
    <w:name w:val="Intense Reference"/>
    <w:basedOn w:val="Standardstycketeckensnit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kenstitel">
    <w:name w:val="Book Title"/>
    <w:basedOn w:val="Standardstycketeckensnitt"/>
    <w:uiPriority w:val="33"/>
    <w:qFormat/>
    <w:rsid w:val="00FC693F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FC693F"/>
    <w:pPr>
      <w:outlineLvl w:val="9"/>
    </w:pPr>
  </w:style>
  <w:style w:type="table" w:styleId="Tabellrutnt">
    <w:name w:val="Table Grid"/>
    <w:basedOn w:val="Normaltabel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">
    <w:name w:val="Light Shading"/>
    <w:basedOn w:val="Normaltabel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juslista">
    <w:name w:val="Light List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juslista-dekorfrg2">
    <w:name w:val="Light List Accent 2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juslista-dekorfrg3">
    <w:name w:val="Light List Accent 3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juslista-dekorfrg4">
    <w:name w:val="Light List Accent 4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juslista-dekorfrg5">
    <w:name w:val="Light List Accent 5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juslista-dekorfrg6">
    <w:name w:val="Light List Accent 6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justrutnt">
    <w:name w:val="Light Grid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justrutnt-dekorfrg2">
    <w:name w:val="Light Grid Accent 2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justrutnt-dekorfrg3">
    <w:name w:val="Light Grid Accent 3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justrutnt-dekorfrg4">
    <w:name w:val="Light Grid Accent 4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justrutnt-dekorfrg5">
    <w:name w:val="Light Grid Accent 5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justrutnt-dekorfrg6">
    <w:name w:val="Light Grid Accent 6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llanmrkskuggning1">
    <w:name w:val="Medium Shading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lista1">
    <w:name w:val="Medium Lis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llanmrklista2">
    <w:name w:val="Medium Lis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trutnt1">
    <w:name w:val="Medium Grid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llanmrktrutnt2">
    <w:name w:val="Medium Grid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a">
    <w:name w:val="Dark List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a-dekorfrg2">
    <w:name w:val="Dark List Accent 2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a-dekorfrg3">
    <w:name w:val="Dark List Accent 3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a-dekorfrg4">
    <w:name w:val="Dark List Accent 4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a-dekorfrg5">
    <w:name w:val="Dark List Accent 5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a-dekorfrg6">
    <w:name w:val="Dark List Accent 6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rgadskuggning">
    <w:name w:val="Colorful Shading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lista">
    <w:name w:val="Colorful List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rgadlista-dekorfrg2">
    <w:name w:val="Colorful List Accent 2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rgadlista-dekorfrg3">
    <w:name w:val="Colorful List Accent 3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rgadlista-dekorfrg4">
    <w:name w:val="Colorful List Accent 4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rgadlista-dekorfrg5">
    <w:name w:val="Colorful List Accent 5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rgadlista-dekorfrg6">
    <w:name w:val="Colorful List Accent 6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rgatrutnt">
    <w:name w:val="Colorful Grid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rgatrutnt-dekorfrg2">
    <w:name w:val="Colorful Grid Accent 2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rgatrutnt-dekorfrg3">
    <w:name w:val="Colorful Grid Accent 3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trutnt-dekorfrg4">
    <w:name w:val="Colorful Grid Accent 4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rgatrutnt-dekorfrg5">
    <w:name w:val="Colorful Grid Accent 5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rgatrutnt-dekorfrg6">
    <w:name w:val="Colorful Grid Accent 6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1125</Words>
  <Characters>5963</Characters>
  <Application>Microsoft Office Word</Application>
  <DocSecurity>0</DocSecurity>
  <Lines>49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TAIK – arbetsprotokoll ledarmöte augusti 2026</vt:lpstr>
      <vt:lpstr/>
    </vt:vector>
  </TitlesOfParts>
  <Manager/>
  <Company/>
  <LinksUpToDate>false</LinksUpToDate>
  <CharactersWithSpaces>7074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TAIK – arbetsprotokoll ledarmöte augusti 2026</dc:title>
  <dc:subject>Samlad arbetsversion med beslut, förslag, ansvar och öppna frågor</dc:subject>
  <dc:creator>TAIK</dc:creator>
  <cp:keywords>TAIK, ledarmöte, protokoll, augusti 2026</cp:keywords>
  <dc:description>generated by python-docx</dc:description>
  <cp:lastModifiedBy>Athanasios Stikas</cp:lastModifiedBy>
  <cp:revision>2</cp:revision>
  <dcterms:created xsi:type="dcterms:W3CDTF">2026-08-31T06:04:00Z</dcterms:created>
  <dcterms:modified xsi:type="dcterms:W3CDTF">2026-08-31T06:04:00Z</dcterms:modified>
  <cp:category/>
</cp:coreProperties>
</file>