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F7" w:rsidRDefault="002F42B4">
      <w:pPr>
        <w:pStyle w:val="Rubrik"/>
      </w:pPr>
      <w:r>
        <w:t>Ansökningsformulär – SISU-bidrag till lag (WIK Fotboll)</w:t>
      </w:r>
    </w:p>
    <w:p w:rsidR="007552F7" w:rsidRDefault="002F42B4">
      <w:pPr>
        <w:pStyle w:val="Rubrik1"/>
      </w:pPr>
      <w:r>
        <w:t>1. Grunduppgifter</w:t>
      </w:r>
    </w:p>
    <w:p w:rsidR="007552F7" w:rsidRDefault="002F42B4">
      <w:r>
        <w:rPr>
          <w:b/>
        </w:rPr>
        <w:t>Lag:</w:t>
      </w:r>
    </w:p>
    <w:p w:rsidR="007552F7" w:rsidRDefault="002F42B4">
      <w:r>
        <w:t>________________________________________</w:t>
      </w:r>
    </w:p>
    <w:p w:rsidR="007552F7" w:rsidRDefault="002F42B4">
      <w:r>
        <w:rPr>
          <w:b/>
        </w:rPr>
        <w:t>Kontaktperson (namn och roll):</w:t>
      </w:r>
    </w:p>
    <w:p w:rsidR="007552F7" w:rsidRDefault="002F42B4">
      <w:r>
        <w:t>________________________________________</w:t>
      </w:r>
    </w:p>
    <w:p w:rsidR="007552F7" w:rsidRDefault="002F42B4">
      <w:r>
        <w:rPr>
          <w:b/>
        </w:rPr>
        <w:t>E-post:</w:t>
      </w:r>
    </w:p>
    <w:p w:rsidR="007552F7" w:rsidRDefault="002F42B4">
      <w:r>
        <w:t>________________________________________</w:t>
      </w:r>
    </w:p>
    <w:p w:rsidR="007552F7" w:rsidRDefault="002F42B4">
      <w:r>
        <w:rPr>
          <w:b/>
        </w:rPr>
        <w:t>Telefonnummer:</w:t>
      </w:r>
    </w:p>
    <w:p w:rsidR="007552F7" w:rsidRDefault="002F42B4">
      <w:r>
        <w:t>________________________________________</w:t>
      </w:r>
    </w:p>
    <w:p w:rsidR="007552F7" w:rsidRDefault="002F42B4">
      <w:pPr>
        <w:pStyle w:val="Rubrik1"/>
      </w:pPr>
      <w:r>
        <w:t>2. Aktivitet</w:t>
      </w:r>
    </w:p>
    <w:p w:rsidR="007552F7" w:rsidRDefault="002F42B4">
      <w:r>
        <w:rPr>
          <w:b/>
        </w:rPr>
        <w:t xml:space="preserve">Typ av aktivitet (t.ex. föreläsning, värdegrundsarbete, </w:t>
      </w:r>
      <w:proofErr w:type="spellStart"/>
      <w:r>
        <w:rPr>
          <w:b/>
        </w:rPr>
        <w:t>lärgrupp</w:t>
      </w:r>
      <w:proofErr w:type="spellEnd"/>
      <w:r>
        <w:rPr>
          <w:b/>
        </w:rPr>
        <w:t>):</w:t>
      </w:r>
    </w:p>
    <w:p w:rsidR="007552F7" w:rsidRDefault="002F42B4">
      <w:r>
        <w:t>________________________________________</w:t>
      </w:r>
    </w:p>
    <w:p w:rsidR="007552F7" w:rsidRDefault="002F42B4">
      <w:r>
        <w:t>Beskrivning av aktiviteten:</w:t>
      </w:r>
    </w:p>
    <w:p w:rsidR="007552F7" w:rsidRDefault="002F42B4">
      <w:r>
        <w:t>________________________________________</w:t>
      </w:r>
      <w:r>
        <w:br/>
        <w:t>________________________________________</w:t>
      </w:r>
      <w:r>
        <w:br/>
        <w:t>________________________________________</w:t>
      </w:r>
    </w:p>
    <w:p w:rsidR="007552F7" w:rsidRDefault="002F42B4">
      <w:r>
        <w:t>Syfte (hur bidrar aktiviteten till utbildning/utveckling?):</w:t>
      </w:r>
    </w:p>
    <w:p w:rsidR="007552F7" w:rsidRDefault="002F42B4">
      <w:r>
        <w:t>________________________________________</w:t>
      </w:r>
      <w:r>
        <w:br/>
        <w:t>________________________________________</w:t>
      </w:r>
    </w:p>
    <w:p w:rsidR="002F42B4" w:rsidRDefault="002F42B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7552F7" w:rsidRDefault="002F42B4">
      <w:pPr>
        <w:pStyle w:val="Rubrik1"/>
      </w:pPr>
      <w:r>
        <w:lastRenderedPageBreak/>
        <w:t>3. Datum och genomförande</w:t>
      </w:r>
    </w:p>
    <w:p w:rsidR="007552F7" w:rsidRDefault="002F42B4">
      <w:r>
        <w:rPr>
          <w:b/>
        </w:rPr>
        <w:t>Planerat datum:</w:t>
      </w:r>
    </w:p>
    <w:p w:rsidR="007552F7" w:rsidRDefault="002F42B4">
      <w:r>
        <w:t>________________________________________</w:t>
      </w:r>
    </w:p>
    <w:p w:rsidR="007552F7" w:rsidRDefault="002F42B4">
      <w:r>
        <w:rPr>
          <w:b/>
        </w:rPr>
        <w:t>Plats:</w:t>
      </w:r>
    </w:p>
    <w:p w:rsidR="007552F7" w:rsidRDefault="002F42B4">
      <w:r>
        <w:t>________________________________________</w:t>
      </w:r>
    </w:p>
    <w:p w:rsidR="007552F7" w:rsidRDefault="002F42B4">
      <w:r>
        <w:rPr>
          <w:b/>
        </w:rPr>
        <w:t>Antal deltagare:</w:t>
      </w:r>
    </w:p>
    <w:p w:rsidR="007552F7" w:rsidRDefault="002F42B4">
      <w:r>
        <w:t>________________________________________</w:t>
      </w:r>
    </w:p>
    <w:p w:rsidR="007552F7" w:rsidRDefault="002F42B4">
      <w:pPr>
        <w:pStyle w:val="Rubrik1"/>
      </w:pPr>
      <w:r>
        <w:t>4. Kostnader och bidrag</w:t>
      </w:r>
    </w:p>
    <w:p w:rsidR="007552F7" w:rsidRDefault="002F42B4">
      <w:r>
        <w:t>Vad ska bidraget användas till?</w:t>
      </w:r>
    </w:p>
    <w:p w:rsidR="007552F7" w:rsidRDefault="002F42B4">
      <w:r>
        <w:t>________________________________________</w:t>
      </w:r>
      <w:r>
        <w:br/>
        <w:t>________________________________________</w:t>
      </w:r>
    </w:p>
    <w:p w:rsidR="007552F7" w:rsidRDefault="002F42B4">
      <w:r>
        <w:rPr>
          <w:b/>
        </w:rPr>
        <w:t>Sökt belopp (max 750 kr):</w:t>
      </w:r>
    </w:p>
    <w:p w:rsidR="007552F7" w:rsidRDefault="002F42B4">
      <w:r>
        <w:t>________________________________________</w:t>
      </w:r>
    </w:p>
    <w:p w:rsidR="007552F7" w:rsidRDefault="002F42B4">
      <w:pPr>
        <w:pStyle w:val="Rubrik1"/>
      </w:pPr>
      <w:r>
        <w:t xml:space="preserve">5. Koppling till SISU / </w:t>
      </w:r>
      <w:proofErr w:type="spellStart"/>
      <w:r>
        <w:t>lärgrupper</w:t>
      </w:r>
      <w:proofErr w:type="spellEnd"/>
    </w:p>
    <w:p w:rsidR="007552F7" w:rsidRDefault="002F42B4">
      <w:r>
        <w:t>Har laget rapporterat lärgruppstimmar under året?</w:t>
      </w:r>
    </w:p>
    <w:p w:rsidR="007552F7" w:rsidRDefault="002F42B4">
      <w:r>
        <w:t>☐ Ja    ☐ Nej</w:t>
      </w:r>
    </w:p>
    <w:p w:rsidR="007552F7" w:rsidRDefault="002F42B4">
      <w:r>
        <w:t>Om ja, kort beskrivning:</w:t>
      </w:r>
    </w:p>
    <w:p w:rsidR="007552F7" w:rsidRDefault="002F42B4">
      <w:r>
        <w:t>________________________________________</w:t>
      </w:r>
      <w:r>
        <w:br/>
        <w:t>________________________________________</w:t>
      </w:r>
    </w:p>
    <w:p w:rsidR="007552F7" w:rsidRDefault="002F42B4">
      <w:pPr>
        <w:pStyle w:val="Rubrik1"/>
      </w:pPr>
      <w:r>
        <w:t>6. Bekräftelse</w:t>
      </w:r>
    </w:p>
    <w:p w:rsidR="007552F7" w:rsidRDefault="002F42B4">
      <w:r>
        <w:t>Jag intygar att aktiviteten följer riktlinjerna för SISU-bidrag och kommer användas för utbildning/värdegrundsarbete.</w:t>
      </w:r>
    </w:p>
    <w:p w:rsidR="007552F7" w:rsidRDefault="002F42B4">
      <w:r>
        <w:rPr>
          <w:b/>
        </w:rPr>
        <w:t>Datum:</w:t>
      </w:r>
    </w:p>
    <w:p w:rsidR="007552F7" w:rsidRDefault="002F42B4">
      <w:r>
        <w:t>________________________________________</w:t>
      </w:r>
    </w:p>
    <w:p w:rsidR="007552F7" w:rsidRDefault="002F42B4">
      <w:r>
        <w:rPr>
          <w:b/>
        </w:rPr>
        <w:t>Underskrift (namn):</w:t>
      </w:r>
    </w:p>
    <w:p w:rsidR="007552F7" w:rsidRDefault="002F42B4">
      <w:r>
        <w:t>________________________________________</w:t>
      </w:r>
    </w:p>
    <w:p w:rsidR="007552F7" w:rsidRDefault="002F42B4">
      <w:pPr>
        <w:pStyle w:val="Rubrik1"/>
      </w:pPr>
      <w:r>
        <w:lastRenderedPageBreak/>
        <w:t>Viktig information</w:t>
      </w:r>
    </w:p>
    <w:p w:rsidR="002F42B4" w:rsidRDefault="002F42B4">
      <w:r>
        <w:t>- Ansökan ska skickas in minst 3 veckor innan aktiviteten till SISU-ansvarig</w:t>
      </w:r>
    </w:p>
    <w:p w:rsidR="007552F7" w:rsidRDefault="002F42B4">
      <w:r>
        <w:t>- Mat och fikainköp görs via ICA Vaggeryd och faktureras SISU</w:t>
      </w:r>
      <w:r w:rsidR="008662C4">
        <w:t xml:space="preserve">. </w:t>
      </w:r>
      <w:r w:rsidR="008662C4" w:rsidRPr="008662C4">
        <w:rPr>
          <w:b/>
        </w:rPr>
        <w:t>OBS! Giltig legitimation samt kundkortet behöver tas med. Kundkortet hämtas och återlämnas hos Lina Larsson</w:t>
      </w:r>
      <w:r w:rsidR="008662C4">
        <w:t>.</w:t>
      </w:r>
    </w:p>
    <w:p w:rsidR="007552F7" w:rsidRDefault="002F42B4">
      <w:r>
        <w:t xml:space="preserve">- Kvitto på kostnaden ska fotograferas och skickas till SISU-ansvarig </w:t>
      </w:r>
      <w:r w:rsidR="008662C4">
        <w:t>(Lina Larsson)</w:t>
      </w:r>
      <w:bookmarkStart w:id="0" w:name="_GoBack"/>
      <w:bookmarkEnd w:id="0"/>
    </w:p>
    <w:p w:rsidR="002F42B4" w:rsidRDefault="002F42B4" w:rsidP="002F42B4">
      <w:pPr>
        <w:pStyle w:val="Rubrik1"/>
      </w:pPr>
      <w:r>
        <w:t>Kontaktuppgifter</w:t>
      </w:r>
    </w:p>
    <w:p w:rsidR="002F42B4" w:rsidRDefault="002F42B4">
      <w:r>
        <w:t xml:space="preserve">Lina Larsson: </w:t>
      </w:r>
      <w:hyperlink r:id="rId6" w:history="1">
        <w:r w:rsidRPr="00AF64D8">
          <w:rPr>
            <w:rStyle w:val="Hyperlnk"/>
          </w:rPr>
          <w:t>lina.m.larsson@outlook.com</w:t>
        </w:r>
      </w:hyperlink>
    </w:p>
    <w:sectPr w:rsidR="002F42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F42B4"/>
    <w:rsid w:val="00326F90"/>
    <w:rsid w:val="007552F7"/>
    <w:rsid w:val="008662C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942D4"/>
  <w14:defaultImageDpi w14:val="300"/>
  <w15:docId w15:val="{785DC7DA-780A-40C5-9588-AECDD6E3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unhideWhenUsed/>
    <w:rsid w:val="002F42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a.m.larsson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ACE21B-BA3A-4050-8DD1-AD88544A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1696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Larsson</dc:creator>
  <cp:keywords/>
  <dc:description>generated by python-docx</dc:description>
  <cp:lastModifiedBy>Lina Larsson</cp:lastModifiedBy>
  <cp:revision>3</cp:revision>
  <dcterms:created xsi:type="dcterms:W3CDTF">2026-06-10T11:49:00Z</dcterms:created>
  <dcterms:modified xsi:type="dcterms:W3CDTF">2026-06-30T13:21:00Z</dcterms:modified>
  <cp:category/>
</cp:coreProperties>
</file>