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C342" w14:textId="77777777" w:rsidR="00D13442" w:rsidRPr="002A4786" w:rsidRDefault="00000000">
      <w:pPr>
        <w:spacing w:before="900"/>
        <w:jc w:val="center"/>
        <w:rPr>
          <w:lang w:val="sv-SE"/>
        </w:rPr>
      </w:pPr>
      <w:r w:rsidRPr="002A4786">
        <w:rPr>
          <w:rFonts w:ascii="Aptos Display" w:hAnsi="Aptos Display"/>
          <w:b/>
          <w:color w:val="C62026"/>
          <w:sz w:val="68"/>
          <w:lang w:val="sv-SE"/>
        </w:rPr>
        <w:t>VHK DAM</w:t>
      </w:r>
    </w:p>
    <w:p w14:paraId="1F2CA0F5" w14:textId="77777777" w:rsidR="00D13442" w:rsidRPr="002A4786" w:rsidRDefault="00000000">
      <w:pPr>
        <w:jc w:val="center"/>
        <w:rPr>
          <w:lang w:val="sv-SE"/>
        </w:rPr>
      </w:pPr>
      <w:r w:rsidRPr="002A4786">
        <w:rPr>
          <w:b/>
          <w:sz w:val="38"/>
          <w:lang w:val="sv-SE"/>
        </w:rPr>
        <w:t>LAGBOKEN 2026/2027</w:t>
      </w:r>
    </w:p>
    <w:p w14:paraId="0E2792A6" w14:textId="77777777" w:rsidR="00D13442" w:rsidRPr="002A4786" w:rsidRDefault="00000000">
      <w:pPr>
        <w:spacing w:before="240"/>
        <w:jc w:val="center"/>
        <w:rPr>
          <w:lang w:val="sv-SE"/>
        </w:rPr>
      </w:pPr>
      <w:r w:rsidRPr="002A4786">
        <w:rPr>
          <w:i/>
          <w:color w:val="666666"/>
          <w:sz w:val="22"/>
          <w:lang w:val="sv-SE"/>
        </w:rPr>
        <w:t>Så här vill vi ha det - på träning, på match och runt laget.</w:t>
      </w:r>
    </w:p>
    <w:p w14:paraId="1F31B443" w14:textId="77777777" w:rsidR="00D13442" w:rsidRPr="002A4786" w:rsidRDefault="00D13442">
      <w:pPr>
        <w:spacing w:after="280"/>
        <w:rPr>
          <w:lang w:val="sv-SE"/>
        </w:rPr>
      </w:pPr>
    </w:p>
    <w:tbl>
      <w:tblPr>
        <w:tblW w:w="0" w:type="auto"/>
        <w:jc w:val="center"/>
        <w:tblLayout w:type="fixed"/>
        <w:tblLook w:val="04A0" w:firstRow="1" w:lastRow="0" w:firstColumn="1" w:lastColumn="0" w:noHBand="0" w:noVBand="1"/>
      </w:tblPr>
      <w:tblGrid>
        <w:gridCol w:w="10200"/>
      </w:tblGrid>
      <w:tr w:rsidR="00D13442" w:rsidRPr="000463B0" w14:paraId="7EAF8D55" w14:textId="77777777">
        <w:trPr>
          <w:jc w:val="center"/>
        </w:trPr>
        <w:tc>
          <w:tcPr>
            <w:tcW w:w="10200" w:type="dxa"/>
            <w:shd w:val="clear" w:color="auto" w:fill="F6EDEE"/>
            <w:tcMar>
              <w:top w:w="150" w:type="dxa"/>
              <w:left w:w="180" w:type="dxa"/>
              <w:bottom w:w="150" w:type="dxa"/>
              <w:right w:w="180" w:type="dxa"/>
            </w:tcMar>
          </w:tcPr>
          <w:p w14:paraId="50DD2C88" w14:textId="77777777" w:rsidR="00D13442" w:rsidRPr="002A4786" w:rsidRDefault="00000000">
            <w:pPr>
              <w:spacing w:after="60"/>
              <w:rPr>
                <w:lang w:val="sv-SE"/>
              </w:rPr>
            </w:pPr>
            <w:r w:rsidRPr="002A4786">
              <w:rPr>
                <w:b/>
                <w:color w:val="C62026"/>
                <w:sz w:val="22"/>
                <w:lang w:val="sv-SE"/>
              </w:rPr>
              <w:t>ETT LEVANDE DOKUMENT</w:t>
            </w:r>
          </w:p>
          <w:p w14:paraId="50022E1A" w14:textId="77777777" w:rsidR="00D13442" w:rsidRPr="002A4786" w:rsidRDefault="00000000">
            <w:pPr>
              <w:spacing w:after="0" w:line="252" w:lineRule="auto"/>
              <w:rPr>
                <w:lang w:val="sv-SE"/>
              </w:rPr>
            </w:pPr>
            <w:r w:rsidRPr="002A4786">
              <w:rPr>
                <w:lang w:val="sv-SE"/>
              </w:rPr>
              <w:t>Lagboken bygger på våra gemensamma samtal, lagmötet, post-it-övningen och spelarenkäten. Den uppdateras under säsongen när vi kommer överens om nya arbetssätt eller vill justera något.</w:t>
            </w:r>
          </w:p>
        </w:tc>
      </w:tr>
    </w:tbl>
    <w:p w14:paraId="2FCDF9AE" w14:textId="77777777" w:rsidR="00D13442" w:rsidRPr="002A4786" w:rsidRDefault="00D13442">
      <w:pPr>
        <w:spacing w:after="0"/>
        <w:rPr>
          <w:lang w:val="sv-SE"/>
        </w:rPr>
      </w:pPr>
    </w:p>
    <w:p w14:paraId="0BF04F2C" w14:textId="77777777" w:rsidR="00D13442" w:rsidRPr="002A4786" w:rsidRDefault="00000000">
      <w:pPr>
        <w:pStyle w:val="Rubrik1"/>
        <w:rPr>
          <w:lang w:val="sv-SE"/>
        </w:rPr>
      </w:pPr>
      <w:r w:rsidRPr="002A4786">
        <w:rPr>
          <w:lang w:val="sv-SE"/>
        </w:rPr>
        <w:t>Vår riktning</w:t>
      </w:r>
    </w:p>
    <w:p w14:paraId="1D19FEFD" w14:textId="77777777" w:rsidR="00D13442" w:rsidRPr="002A4786" w:rsidRDefault="00000000">
      <w:pPr>
        <w:rPr>
          <w:lang w:val="sv-SE"/>
        </w:rPr>
      </w:pPr>
      <w:r w:rsidRPr="002A4786">
        <w:rPr>
          <w:lang w:val="sv-SE"/>
        </w:rPr>
        <w:t>Vi är ett lag med olika erfarenhet, ålder, ambition och vardag. När vi kommer till hallen ska alla känna att de hör till. Vi vill kombinera handboll, utveckling och prestation med en miljö där vi har roligt och gör varandra bättre.</w:t>
      </w:r>
    </w:p>
    <w:p w14:paraId="0957E5A3" w14:textId="77777777" w:rsidR="00D13442" w:rsidRPr="002A4786" w:rsidRDefault="00D13442">
      <w:pPr>
        <w:spacing w:before="160"/>
        <w:jc w:val="center"/>
        <w:rPr>
          <w:lang w:val="sv-SE"/>
        </w:rPr>
      </w:pPr>
    </w:p>
    <w:tbl>
      <w:tblPr>
        <w:tblW w:w="0" w:type="auto"/>
        <w:jc w:val="center"/>
        <w:tblLayout w:type="fixed"/>
        <w:tblLook w:val="04A0" w:firstRow="1" w:lastRow="0" w:firstColumn="1" w:lastColumn="0" w:noHBand="0" w:noVBand="1"/>
      </w:tblPr>
      <w:tblGrid>
        <w:gridCol w:w="10200"/>
      </w:tblGrid>
      <w:tr w:rsidR="00D13442" w:rsidRPr="000463B0" w14:paraId="20146A9E" w14:textId="77777777">
        <w:trPr>
          <w:jc w:val="center"/>
        </w:trPr>
        <w:tc>
          <w:tcPr>
            <w:tcW w:w="10200" w:type="dxa"/>
            <w:shd w:val="clear" w:color="auto" w:fill="C62026"/>
            <w:tcMar>
              <w:top w:w="120" w:type="dxa"/>
              <w:left w:w="180" w:type="dxa"/>
              <w:bottom w:w="120" w:type="dxa"/>
              <w:right w:w="180" w:type="dxa"/>
            </w:tcMar>
          </w:tcPr>
          <w:p w14:paraId="0C115AC3" w14:textId="77777777" w:rsidR="00D13442" w:rsidRPr="002A4786" w:rsidRDefault="00000000">
            <w:pPr>
              <w:jc w:val="center"/>
              <w:rPr>
                <w:lang w:val="sv-SE"/>
              </w:rPr>
            </w:pPr>
            <w:r w:rsidRPr="002A4786">
              <w:rPr>
                <w:b/>
                <w:color w:val="FFFFFF"/>
                <w:sz w:val="26"/>
                <w:lang w:val="sv-SE"/>
              </w:rPr>
              <w:t>GEMENSKAP</w:t>
            </w:r>
          </w:p>
          <w:p w14:paraId="10D39554" w14:textId="77777777" w:rsidR="00D13442" w:rsidRPr="002A4786" w:rsidRDefault="00000000">
            <w:pPr>
              <w:spacing w:after="0"/>
              <w:jc w:val="center"/>
              <w:rPr>
                <w:lang w:val="sv-SE"/>
              </w:rPr>
            </w:pPr>
            <w:r w:rsidRPr="002A4786">
              <w:rPr>
                <w:color w:val="FFFFFF"/>
                <w:lang w:val="sv-SE"/>
              </w:rPr>
              <w:t>Vi ser varandra, inkluderar och tar ansvar för laget.</w:t>
            </w:r>
          </w:p>
        </w:tc>
      </w:tr>
    </w:tbl>
    <w:p w14:paraId="4A4B0497" w14:textId="77777777" w:rsidR="00D13442" w:rsidRPr="002A4786" w:rsidRDefault="00D13442">
      <w:pPr>
        <w:spacing w:after="0"/>
        <w:rPr>
          <w:lang w:val="sv-SE"/>
        </w:rPr>
      </w:pPr>
    </w:p>
    <w:tbl>
      <w:tblPr>
        <w:tblW w:w="0" w:type="auto"/>
        <w:jc w:val="center"/>
        <w:shd w:val="clear" w:color="auto" w:fill="D99594" w:themeFill="accent2" w:themeFillTint="99"/>
        <w:tblLayout w:type="fixed"/>
        <w:tblLook w:val="04A0" w:firstRow="1" w:lastRow="0" w:firstColumn="1" w:lastColumn="0" w:noHBand="0" w:noVBand="1"/>
      </w:tblPr>
      <w:tblGrid>
        <w:gridCol w:w="10200"/>
      </w:tblGrid>
      <w:tr w:rsidR="00D13442" w:rsidRPr="000463B0" w14:paraId="15A7A539" w14:textId="77777777" w:rsidTr="002A4786">
        <w:trPr>
          <w:jc w:val="center"/>
        </w:trPr>
        <w:tc>
          <w:tcPr>
            <w:tcW w:w="10200" w:type="dxa"/>
            <w:shd w:val="clear" w:color="auto" w:fill="D99594" w:themeFill="accent2" w:themeFillTint="99"/>
            <w:tcMar>
              <w:top w:w="120" w:type="dxa"/>
              <w:left w:w="180" w:type="dxa"/>
              <w:bottom w:w="120" w:type="dxa"/>
              <w:right w:w="180" w:type="dxa"/>
            </w:tcMar>
          </w:tcPr>
          <w:p w14:paraId="3AFC02DA" w14:textId="77777777" w:rsidR="00D13442" w:rsidRPr="002A4786" w:rsidRDefault="00000000">
            <w:pPr>
              <w:jc w:val="center"/>
              <w:rPr>
                <w:lang w:val="sv-SE"/>
              </w:rPr>
            </w:pPr>
            <w:r w:rsidRPr="002A4786">
              <w:rPr>
                <w:b/>
                <w:color w:val="C62026"/>
                <w:sz w:val="26"/>
                <w:lang w:val="sv-SE"/>
              </w:rPr>
              <w:t>GLÄDJE</w:t>
            </w:r>
          </w:p>
          <w:p w14:paraId="7106318B" w14:textId="77777777" w:rsidR="00D13442" w:rsidRPr="002A4786" w:rsidRDefault="00000000">
            <w:pPr>
              <w:spacing w:after="0"/>
              <w:jc w:val="center"/>
              <w:rPr>
                <w:lang w:val="sv-SE"/>
              </w:rPr>
            </w:pPr>
            <w:r w:rsidRPr="002A4786">
              <w:rPr>
                <w:lang w:val="sv-SE"/>
              </w:rPr>
              <w:t>Vi bidrar med energi, pepp och firar varandras framgångar.</w:t>
            </w:r>
          </w:p>
        </w:tc>
      </w:tr>
    </w:tbl>
    <w:p w14:paraId="5B7A3BC5" w14:textId="77777777" w:rsidR="00D13442" w:rsidRPr="002A4786" w:rsidRDefault="00D13442">
      <w:pPr>
        <w:spacing w:after="0"/>
        <w:rPr>
          <w:lang w:val="sv-SE"/>
        </w:rPr>
      </w:pPr>
    </w:p>
    <w:tbl>
      <w:tblPr>
        <w:tblW w:w="0" w:type="auto"/>
        <w:jc w:val="center"/>
        <w:tblLayout w:type="fixed"/>
        <w:tblLook w:val="04A0" w:firstRow="1" w:lastRow="0" w:firstColumn="1" w:lastColumn="0" w:noHBand="0" w:noVBand="1"/>
      </w:tblPr>
      <w:tblGrid>
        <w:gridCol w:w="10200"/>
      </w:tblGrid>
      <w:tr w:rsidR="00D13442" w:rsidRPr="000463B0" w14:paraId="563E81A8" w14:textId="77777777">
        <w:trPr>
          <w:jc w:val="center"/>
        </w:trPr>
        <w:tc>
          <w:tcPr>
            <w:tcW w:w="10200" w:type="dxa"/>
            <w:shd w:val="clear" w:color="auto" w:fill="F6EDEE"/>
            <w:tcMar>
              <w:top w:w="120" w:type="dxa"/>
              <w:left w:w="180" w:type="dxa"/>
              <w:bottom w:w="120" w:type="dxa"/>
              <w:right w:w="180" w:type="dxa"/>
            </w:tcMar>
          </w:tcPr>
          <w:p w14:paraId="7B53DA04" w14:textId="77777777" w:rsidR="00D13442" w:rsidRPr="002A4786" w:rsidRDefault="00000000">
            <w:pPr>
              <w:jc w:val="center"/>
              <w:rPr>
                <w:lang w:val="sv-SE"/>
              </w:rPr>
            </w:pPr>
            <w:r w:rsidRPr="002A4786">
              <w:rPr>
                <w:b/>
                <w:color w:val="C62026"/>
                <w:sz w:val="26"/>
                <w:lang w:val="sv-SE"/>
              </w:rPr>
              <w:t>ENGAGEMANG</w:t>
            </w:r>
          </w:p>
          <w:p w14:paraId="5ADFC968" w14:textId="77777777" w:rsidR="00D13442" w:rsidRPr="002A4786" w:rsidRDefault="00000000">
            <w:pPr>
              <w:spacing w:after="0"/>
              <w:jc w:val="center"/>
              <w:rPr>
                <w:lang w:val="sv-SE"/>
              </w:rPr>
            </w:pPr>
            <w:r w:rsidRPr="002A4786">
              <w:rPr>
                <w:lang w:val="sv-SE"/>
              </w:rPr>
              <w:t>Vi kommer förberedda, vågar prova och gör vårt bästa för laget.</w:t>
            </w:r>
          </w:p>
        </w:tc>
      </w:tr>
    </w:tbl>
    <w:p w14:paraId="3700F2EF" w14:textId="77777777" w:rsidR="00D13442" w:rsidRPr="002A4786" w:rsidRDefault="00D13442">
      <w:pPr>
        <w:spacing w:after="0"/>
        <w:rPr>
          <w:lang w:val="sv-SE"/>
        </w:rPr>
      </w:pPr>
    </w:p>
    <w:p w14:paraId="3A7479B1" w14:textId="77777777" w:rsidR="00D13442" w:rsidRPr="002A4786" w:rsidRDefault="00000000">
      <w:pPr>
        <w:jc w:val="center"/>
        <w:rPr>
          <w:lang w:val="sv-SE"/>
        </w:rPr>
      </w:pPr>
      <w:r w:rsidRPr="002A4786">
        <w:rPr>
          <w:b/>
          <w:color w:val="C62026"/>
          <w:sz w:val="24"/>
          <w:lang w:val="sv-SE"/>
        </w:rPr>
        <w:t>VHK - vi gör varandra bättre.</w:t>
      </w:r>
    </w:p>
    <w:p w14:paraId="216D3DFD" w14:textId="77777777" w:rsidR="00D13442" w:rsidRPr="002A4786" w:rsidRDefault="00000000">
      <w:pPr>
        <w:jc w:val="center"/>
        <w:rPr>
          <w:lang w:val="sv-SE"/>
        </w:rPr>
      </w:pPr>
      <w:r w:rsidRPr="002A4786">
        <w:rPr>
          <w:i/>
          <w:color w:val="666666"/>
          <w:sz w:val="17"/>
          <w:lang w:val="sv-SE"/>
        </w:rPr>
        <w:t>Värdeorden är föreslagna utifrån gruppens arbete och färdigställs tillsammans med laget.</w:t>
      </w:r>
    </w:p>
    <w:p w14:paraId="76EFDFB5" w14:textId="77777777" w:rsidR="00D13442" w:rsidRPr="002A4786" w:rsidRDefault="00000000">
      <w:pPr>
        <w:pStyle w:val="Rubrik1"/>
        <w:rPr>
          <w:lang w:val="sv-SE"/>
        </w:rPr>
      </w:pPr>
      <w:r w:rsidRPr="002A4786">
        <w:rPr>
          <w:lang w:val="sv-SE"/>
        </w:rPr>
        <w:t>Så gör vi i VHK Dam</w:t>
      </w:r>
    </w:p>
    <w:p w14:paraId="6B6629EC" w14:textId="77777777" w:rsidR="00D13442" w:rsidRPr="002A4786" w:rsidRDefault="00000000">
      <w:pPr>
        <w:pStyle w:val="Rubrik2"/>
        <w:rPr>
          <w:lang w:val="sv-SE"/>
        </w:rPr>
      </w:pPr>
      <w:r w:rsidRPr="002A4786">
        <w:rPr>
          <w:lang w:val="sv-SE"/>
        </w:rPr>
        <w:t>Vi ser varandra</w:t>
      </w:r>
    </w:p>
    <w:p w14:paraId="496336A6" w14:textId="77777777" w:rsidR="00D13442" w:rsidRPr="002A4786" w:rsidRDefault="00000000">
      <w:pPr>
        <w:rPr>
          <w:lang w:val="sv-SE"/>
        </w:rPr>
      </w:pPr>
      <w:r w:rsidRPr="002A4786">
        <w:rPr>
          <w:lang w:val="sv-SE"/>
        </w:rPr>
        <w:t>Vi hälsar på alla, inkluderar nya och gamla och bidrar till att alla känner sig välkomna. Vi kommer i tid och så redo vi kan vara när träningen börjar.</w:t>
      </w:r>
    </w:p>
    <w:p w14:paraId="7E345824" w14:textId="77777777" w:rsidR="00D13442" w:rsidRPr="002A4786" w:rsidRDefault="00000000">
      <w:pPr>
        <w:pStyle w:val="Rubrik2"/>
        <w:rPr>
          <w:lang w:val="sv-SE"/>
        </w:rPr>
      </w:pPr>
      <w:r w:rsidRPr="002A4786">
        <w:rPr>
          <w:lang w:val="sv-SE"/>
        </w:rPr>
        <w:t>In- och utcheckning</w:t>
      </w:r>
    </w:p>
    <w:p w14:paraId="3926551D" w14:textId="77777777" w:rsidR="00D13442" w:rsidRPr="002A4786" w:rsidRDefault="00000000">
      <w:pPr>
        <w:rPr>
          <w:lang w:val="sv-SE"/>
        </w:rPr>
      </w:pPr>
      <w:r w:rsidRPr="002A4786">
        <w:rPr>
          <w:lang w:val="sv-SE"/>
        </w:rPr>
        <w:t>Vid träning checkar vi in med grön, gul eller röd utifrån dagsform. Man behöver inte förklara sin färg inför gruppen. Efter passet checkar vi ut på samma sätt. Det hjälper oss att se varandra och fånga hur träningen landade.</w:t>
      </w:r>
    </w:p>
    <w:p w14:paraId="0E9C1314" w14:textId="77777777" w:rsidR="00D13442" w:rsidRPr="002A4786" w:rsidRDefault="00000000">
      <w:pPr>
        <w:pStyle w:val="Rubrik2"/>
        <w:rPr>
          <w:lang w:val="sv-SE"/>
        </w:rPr>
      </w:pPr>
      <w:r w:rsidRPr="002A4786">
        <w:rPr>
          <w:lang w:val="sv-SE"/>
        </w:rPr>
        <w:lastRenderedPageBreak/>
        <w:t>Vi peppar och ger feedback</w:t>
      </w:r>
    </w:p>
    <w:p w14:paraId="14949C11" w14:textId="77777777" w:rsidR="00D13442" w:rsidRPr="002A4786" w:rsidRDefault="00000000">
      <w:pPr>
        <w:rPr>
          <w:lang w:val="sv-SE"/>
        </w:rPr>
      </w:pPr>
      <w:r w:rsidRPr="002A4786">
        <w:rPr>
          <w:lang w:val="sv-SE"/>
        </w:rPr>
        <w:t>Vi uppmärksammar det som fungerar, hjälper varandra vidare efter misstag och bidrar med positiv energi från både plan och bänk. Vi tränar på att ge konkret positiv och utvecklande feedback. Om något skaver pratar vi med personen det berör - inte runt omkring.</w:t>
      </w:r>
    </w:p>
    <w:p w14:paraId="2433FBB0" w14:textId="77777777" w:rsidR="00D13442" w:rsidRDefault="00000000">
      <w:pPr>
        <w:pStyle w:val="Rubrik2"/>
      </w:pPr>
      <w:proofErr w:type="spellStart"/>
      <w:r>
        <w:t>På</w:t>
      </w:r>
      <w:proofErr w:type="spellEnd"/>
      <w:r>
        <w:t xml:space="preserve"> </w:t>
      </w:r>
      <w:proofErr w:type="spellStart"/>
      <w:r>
        <w:t>träning</w:t>
      </w:r>
      <w:proofErr w:type="spellEnd"/>
    </w:p>
    <w:p w14:paraId="794B5BA9" w14:textId="77777777" w:rsidR="00D13442" w:rsidRPr="002A4786" w:rsidRDefault="00000000">
      <w:pPr>
        <w:pStyle w:val="Punktlista"/>
        <w:spacing w:after="40"/>
        <w:ind w:left="255" w:hanging="113"/>
        <w:rPr>
          <w:lang w:val="sv-SE"/>
        </w:rPr>
      </w:pPr>
      <w:r w:rsidRPr="002A4786">
        <w:rPr>
          <w:lang w:val="sv-SE"/>
        </w:rPr>
        <w:t>Vi lyssnar på instruktioner och respekterar tränare och lagkamrater.</w:t>
      </w:r>
    </w:p>
    <w:p w14:paraId="5B086298" w14:textId="77777777" w:rsidR="00D13442" w:rsidRPr="002A4786" w:rsidRDefault="00000000">
      <w:pPr>
        <w:pStyle w:val="Punktlista"/>
        <w:spacing w:after="40"/>
        <w:ind w:left="255" w:hanging="113"/>
        <w:rPr>
          <w:lang w:val="sv-SE"/>
        </w:rPr>
      </w:pPr>
      <w:r w:rsidRPr="002A4786">
        <w:rPr>
          <w:lang w:val="sv-SE"/>
        </w:rPr>
        <w:t>Vi vågar prova, håller tempo och tar ansvar för vår egen insats.</w:t>
      </w:r>
    </w:p>
    <w:p w14:paraId="6BBB5954" w14:textId="77777777" w:rsidR="00D13442" w:rsidRPr="002A4786" w:rsidRDefault="00000000">
      <w:pPr>
        <w:pStyle w:val="Punktlista"/>
        <w:spacing w:after="40"/>
        <w:ind w:left="255" w:hanging="113"/>
        <w:rPr>
          <w:lang w:val="sv-SE"/>
        </w:rPr>
      </w:pPr>
      <w:r w:rsidRPr="002A4786">
        <w:rPr>
          <w:lang w:val="sv-SE"/>
        </w:rPr>
        <w:t xml:space="preserve">Vi vill förstå syftet med övningar och gemensamma </w:t>
      </w:r>
      <w:proofErr w:type="spellStart"/>
      <w:r w:rsidRPr="002A4786">
        <w:rPr>
          <w:lang w:val="sv-SE"/>
        </w:rPr>
        <w:t>spelprinciper</w:t>
      </w:r>
      <w:proofErr w:type="spellEnd"/>
      <w:r w:rsidRPr="002A4786">
        <w:rPr>
          <w:lang w:val="sv-SE"/>
        </w:rPr>
        <w:t>.</w:t>
      </w:r>
    </w:p>
    <w:p w14:paraId="0D5ECBE0" w14:textId="77777777" w:rsidR="00D13442" w:rsidRPr="002A4786" w:rsidRDefault="00000000">
      <w:pPr>
        <w:pStyle w:val="Punktlista"/>
        <w:spacing w:after="40"/>
        <w:ind w:left="255" w:hanging="113"/>
        <w:rPr>
          <w:lang w:val="sv-SE"/>
        </w:rPr>
      </w:pPr>
      <w:r w:rsidRPr="002A4786">
        <w:rPr>
          <w:lang w:val="sv-SE"/>
        </w:rPr>
        <w:t>Vi värmer upp med kvalitet och hjälper målvakterna med rytm och placerade uppvärmningsskott.</w:t>
      </w:r>
    </w:p>
    <w:p w14:paraId="08C01AA2" w14:textId="77777777" w:rsidR="00D13442" w:rsidRDefault="00000000">
      <w:pPr>
        <w:pStyle w:val="Punktlista"/>
        <w:spacing w:after="40"/>
        <w:ind w:left="255" w:hanging="113"/>
      </w:pPr>
      <w:r w:rsidRPr="002A4786">
        <w:rPr>
          <w:lang w:val="sv-SE"/>
        </w:rPr>
        <w:t xml:space="preserve">Vi har en gemensam musiklista. </w:t>
      </w:r>
      <w:r>
        <w:t xml:space="preserve">Alva </w:t>
      </w:r>
      <w:proofErr w:type="spellStart"/>
      <w:r>
        <w:t>ansvarar</w:t>
      </w:r>
      <w:proofErr w:type="spellEnd"/>
      <w:r>
        <w:t xml:space="preserve"> för </w:t>
      </w:r>
      <w:proofErr w:type="spellStart"/>
      <w:r>
        <w:t>listan</w:t>
      </w:r>
      <w:proofErr w:type="spellEnd"/>
      <w:r>
        <w:t>.</w:t>
      </w:r>
    </w:p>
    <w:p w14:paraId="4CCA6C8D" w14:textId="77777777" w:rsidR="00D13442" w:rsidRDefault="00000000">
      <w:pPr>
        <w:pStyle w:val="Rubrik2"/>
      </w:pPr>
      <w:r>
        <w:t>På match</w:t>
      </w:r>
    </w:p>
    <w:p w14:paraId="0CB343CE" w14:textId="77777777" w:rsidR="00D13442" w:rsidRPr="002A4786" w:rsidRDefault="00000000">
      <w:pPr>
        <w:pStyle w:val="Punktlista"/>
        <w:spacing w:after="40"/>
        <w:ind w:left="255" w:hanging="113"/>
        <w:rPr>
          <w:lang w:val="sv-SE"/>
        </w:rPr>
      </w:pPr>
      <w:r w:rsidRPr="002A4786">
        <w:rPr>
          <w:lang w:val="sv-SE"/>
        </w:rPr>
        <w:t>Vi kommunicerar, peppar och vågar ta ansvar.</w:t>
      </w:r>
    </w:p>
    <w:p w14:paraId="543CDC7F" w14:textId="77777777" w:rsidR="00D13442" w:rsidRPr="002A4786" w:rsidRDefault="00000000">
      <w:pPr>
        <w:pStyle w:val="Punktlista"/>
        <w:spacing w:after="40"/>
        <w:ind w:left="255" w:hanging="113"/>
        <w:rPr>
          <w:lang w:val="sv-SE"/>
        </w:rPr>
      </w:pPr>
      <w:r w:rsidRPr="002A4786">
        <w:rPr>
          <w:lang w:val="sv-SE"/>
        </w:rPr>
        <w:t>Nolltolerans mot snack till eller om domaren under match och gemensamt eftersnack.</w:t>
      </w:r>
    </w:p>
    <w:p w14:paraId="3DE3E9D9" w14:textId="77777777" w:rsidR="00D13442" w:rsidRPr="002A4786" w:rsidRDefault="00000000">
      <w:pPr>
        <w:pStyle w:val="Punktlista"/>
        <w:spacing w:after="40"/>
        <w:ind w:left="255" w:hanging="113"/>
        <w:rPr>
          <w:lang w:val="sv-SE"/>
        </w:rPr>
      </w:pPr>
      <w:r w:rsidRPr="002A4786">
        <w:rPr>
          <w:lang w:val="sv-SE"/>
        </w:rPr>
        <w:t>Vi hjälper varandra att släppa misstag och fokusera på nästa situation.</w:t>
      </w:r>
    </w:p>
    <w:p w14:paraId="6B8F1161" w14:textId="77777777" w:rsidR="00D13442" w:rsidRPr="002A4786" w:rsidRDefault="00000000">
      <w:pPr>
        <w:pStyle w:val="Punktlista"/>
        <w:spacing w:after="40"/>
        <w:ind w:left="255" w:hanging="113"/>
        <w:rPr>
          <w:lang w:val="sv-SE"/>
        </w:rPr>
      </w:pPr>
      <w:r w:rsidRPr="002A4786">
        <w:rPr>
          <w:lang w:val="sv-SE"/>
        </w:rPr>
        <w:t>När det passar följer vi upp med 3 saker vi gjorde bra + 1 sak vi vill utveckla.</w:t>
      </w:r>
    </w:p>
    <w:p w14:paraId="6A9AB77D" w14:textId="77777777" w:rsidR="00D13442" w:rsidRPr="002A4786" w:rsidRDefault="00000000">
      <w:pPr>
        <w:pStyle w:val="Rubrik1"/>
        <w:rPr>
          <w:lang w:val="sv-SE"/>
        </w:rPr>
      </w:pPr>
      <w:r w:rsidRPr="002A4786">
        <w:rPr>
          <w:lang w:val="sv-SE"/>
        </w:rPr>
        <w:t>Våra förutsättningar 2026/2027</w:t>
      </w:r>
    </w:p>
    <w:p w14:paraId="4C7E1CFD" w14:textId="77777777" w:rsidR="00D13442" w:rsidRDefault="00000000">
      <w:r w:rsidRPr="002A4786">
        <w:rPr>
          <w:lang w:val="sv-SE"/>
        </w:rPr>
        <w:t xml:space="preserve">Spelarenkäten hade 13 svar och används som underlag för träning och rollfördelning. </w:t>
      </w:r>
      <w:proofErr w:type="spellStart"/>
      <w:r>
        <w:t>Positionerna</w:t>
      </w:r>
      <w:proofErr w:type="spellEnd"/>
      <w:r>
        <w:t xml:space="preserve"> </w:t>
      </w:r>
      <w:proofErr w:type="spellStart"/>
      <w:r>
        <w:t>är</w:t>
      </w:r>
      <w:proofErr w:type="spellEnd"/>
      <w:r>
        <w:t xml:space="preserve"> </w:t>
      </w:r>
      <w:proofErr w:type="spellStart"/>
      <w:r>
        <w:t>självskattade</w:t>
      </w:r>
      <w:proofErr w:type="spellEnd"/>
      <w:r>
        <w:t xml:space="preserve"> och är inte fasta matchroller.</w:t>
      </w:r>
    </w:p>
    <w:tbl>
      <w:tblPr>
        <w:tblW w:w="0" w:type="auto"/>
        <w:jc w:val="center"/>
        <w:tblLayout w:type="fixed"/>
        <w:tblLook w:val="04A0" w:firstRow="1" w:lastRow="0" w:firstColumn="1" w:lastColumn="0" w:noHBand="0" w:noVBand="1"/>
      </w:tblPr>
      <w:tblGrid>
        <w:gridCol w:w="2550"/>
        <w:gridCol w:w="2550"/>
        <w:gridCol w:w="2550"/>
        <w:gridCol w:w="3402"/>
      </w:tblGrid>
      <w:tr w:rsidR="00D13442" w14:paraId="21686E5A" w14:textId="77777777">
        <w:trPr>
          <w:jc w:val="center"/>
        </w:trPr>
        <w:tc>
          <w:tcPr>
            <w:tcW w:w="2550" w:type="dxa"/>
            <w:shd w:val="clear" w:color="auto" w:fill="C62026"/>
            <w:tcMar>
              <w:top w:w="100" w:type="dxa"/>
              <w:left w:w="120" w:type="dxa"/>
              <w:bottom w:w="100" w:type="dxa"/>
              <w:right w:w="120" w:type="dxa"/>
            </w:tcMar>
            <w:vAlign w:val="center"/>
          </w:tcPr>
          <w:p w14:paraId="1D2AE2F0" w14:textId="77777777" w:rsidR="00D13442" w:rsidRDefault="00000000">
            <w:pPr>
              <w:spacing w:after="0"/>
            </w:pPr>
            <w:r>
              <w:rPr>
                <w:b/>
                <w:color w:val="FFFFFF"/>
                <w:sz w:val="18"/>
              </w:rPr>
              <w:t>Position</w:t>
            </w:r>
          </w:p>
        </w:tc>
        <w:tc>
          <w:tcPr>
            <w:tcW w:w="2550" w:type="dxa"/>
            <w:shd w:val="clear" w:color="auto" w:fill="C62026"/>
            <w:tcMar>
              <w:top w:w="100" w:type="dxa"/>
              <w:left w:w="120" w:type="dxa"/>
              <w:bottom w:w="100" w:type="dxa"/>
              <w:right w:w="120" w:type="dxa"/>
            </w:tcMar>
            <w:vAlign w:val="center"/>
          </w:tcPr>
          <w:p w14:paraId="1150E08A" w14:textId="77777777" w:rsidR="00D13442" w:rsidRDefault="00000000">
            <w:pPr>
              <w:spacing w:after="0"/>
            </w:pPr>
            <w:r>
              <w:rPr>
                <w:b/>
                <w:color w:val="FFFFFF"/>
                <w:sz w:val="18"/>
              </w:rPr>
              <w:t>Van vid</w:t>
            </w:r>
          </w:p>
        </w:tc>
        <w:tc>
          <w:tcPr>
            <w:tcW w:w="2550" w:type="dxa"/>
            <w:shd w:val="clear" w:color="auto" w:fill="C62026"/>
            <w:tcMar>
              <w:top w:w="100" w:type="dxa"/>
              <w:left w:w="120" w:type="dxa"/>
              <w:bottom w:w="100" w:type="dxa"/>
              <w:right w:w="120" w:type="dxa"/>
            </w:tcMar>
            <w:vAlign w:val="center"/>
          </w:tcPr>
          <w:p w14:paraId="66C2CF52" w14:textId="77777777" w:rsidR="00D13442" w:rsidRDefault="00000000">
            <w:pPr>
              <w:spacing w:after="0"/>
            </w:pPr>
            <w:r>
              <w:rPr>
                <w:b/>
                <w:color w:val="FFFFFF"/>
                <w:sz w:val="18"/>
              </w:rPr>
              <w:t>Vill spela</w:t>
            </w:r>
          </w:p>
        </w:tc>
        <w:tc>
          <w:tcPr>
            <w:tcW w:w="2550" w:type="dxa"/>
            <w:shd w:val="clear" w:color="auto" w:fill="C62026"/>
            <w:tcMar>
              <w:top w:w="100" w:type="dxa"/>
              <w:left w:w="120" w:type="dxa"/>
              <w:bottom w:w="100" w:type="dxa"/>
              <w:right w:w="120" w:type="dxa"/>
            </w:tcMar>
            <w:vAlign w:val="center"/>
          </w:tcPr>
          <w:p w14:paraId="5A9857AD" w14:textId="77777777" w:rsidR="00D13442" w:rsidRDefault="00000000">
            <w:pPr>
              <w:spacing w:after="0"/>
            </w:pPr>
            <w:r>
              <w:rPr>
                <w:b/>
                <w:color w:val="FFFFFF"/>
                <w:sz w:val="18"/>
              </w:rPr>
              <w:t>Kommentar</w:t>
            </w:r>
          </w:p>
        </w:tc>
      </w:tr>
      <w:tr w:rsidR="00D13442" w14:paraId="53DDD021" w14:textId="77777777">
        <w:trPr>
          <w:jc w:val="center"/>
        </w:trPr>
        <w:tc>
          <w:tcPr>
            <w:tcW w:w="2268" w:type="dxa"/>
            <w:tcMar>
              <w:top w:w="100" w:type="dxa"/>
              <w:left w:w="120" w:type="dxa"/>
              <w:bottom w:w="100" w:type="dxa"/>
              <w:right w:w="120" w:type="dxa"/>
            </w:tcMar>
            <w:vAlign w:val="center"/>
          </w:tcPr>
          <w:p w14:paraId="3E5E38C1" w14:textId="77777777" w:rsidR="00D13442" w:rsidRDefault="00000000">
            <w:pPr>
              <w:spacing w:after="0"/>
            </w:pPr>
            <w:r>
              <w:rPr>
                <w:sz w:val="17"/>
              </w:rPr>
              <w:t>Målvakt</w:t>
            </w:r>
          </w:p>
        </w:tc>
        <w:tc>
          <w:tcPr>
            <w:tcW w:w="1701" w:type="dxa"/>
            <w:tcMar>
              <w:top w:w="100" w:type="dxa"/>
              <w:left w:w="120" w:type="dxa"/>
              <w:bottom w:w="100" w:type="dxa"/>
              <w:right w:w="120" w:type="dxa"/>
            </w:tcMar>
            <w:vAlign w:val="center"/>
          </w:tcPr>
          <w:p w14:paraId="3FB41795" w14:textId="77777777" w:rsidR="00D13442" w:rsidRDefault="00000000">
            <w:pPr>
              <w:spacing w:after="0"/>
            </w:pPr>
            <w:r>
              <w:rPr>
                <w:sz w:val="17"/>
              </w:rPr>
              <w:t>1</w:t>
            </w:r>
          </w:p>
        </w:tc>
        <w:tc>
          <w:tcPr>
            <w:tcW w:w="1701" w:type="dxa"/>
            <w:tcMar>
              <w:top w:w="100" w:type="dxa"/>
              <w:left w:w="120" w:type="dxa"/>
              <w:bottom w:w="100" w:type="dxa"/>
              <w:right w:w="120" w:type="dxa"/>
            </w:tcMar>
            <w:vAlign w:val="center"/>
          </w:tcPr>
          <w:p w14:paraId="7AF9964D" w14:textId="77777777" w:rsidR="00D13442" w:rsidRDefault="00000000">
            <w:pPr>
              <w:spacing w:after="0"/>
            </w:pPr>
            <w:r>
              <w:rPr>
                <w:sz w:val="17"/>
              </w:rPr>
              <w:t>1</w:t>
            </w:r>
          </w:p>
        </w:tc>
        <w:tc>
          <w:tcPr>
            <w:tcW w:w="3402" w:type="dxa"/>
            <w:tcMar>
              <w:top w:w="100" w:type="dxa"/>
              <w:left w:w="120" w:type="dxa"/>
              <w:bottom w:w="100" w:type="dxa"/>
              <w:right w:w="120" w:type="dxa"/>
            </w:tcMar>
            <w:vAlign w:val="center"/>
          </w:tcPr>
          <w:p w14:paraId="54080CBF" w14:textId="77777777" w:rsidR="00D13442" w:rsidRDefault="00000000">
            <w:pPr>
              <w:spacing w:after="0"/>
            </w:pPr>
            <w:r>
              <w:rPr>
                <w:sz w:val="17"/>
              </w:rPr>
              <w:t>Tydlig sårbarhet - reservlösning behövs.</w:t>
            </w:r>
          </w:p>
        </w:tc>
      </w:tr>
      <w:tr w:rsidR="00D13442" w14:paraId="44D997F4" w14:textId="77777777">
        <w:trPr>
          <w:jc w:val="center"/>
        </w:trPr>
        <w:tc>
          <w:tcPr>
            <w:tcW w:w="2268" w:type="dxa"/>
            <w:tcMar>
              <w:top w:w="100" w:type="dxa"/>
              <w:left w:w="120" w:type="dxa"/>
              <w:bottom w:w="100" w:type="dxa"/>
              <w:right w:w="120" w:type="dxa"/>
            </w:tcMar>
            <w:vAlign w:val="center"/>
          </w:tcPr>
          <w:p w14:paraId="7F866C88" w14:textId="77777777" w:rsidR="00D13442" w:rsidRDefault="00000000">
            <w:pPr>
              <w:spacing w:after="0"/>
            </w:pPr>
            <w:r>
              <w:rPr>
                <w:sz w:val="17"/>
              </w:rPr>
              <w:t>Mittnia</w:t>
            </w:r>
          </w:p>
        </w:tc>
        <w:tc>
          <w:tcPr>
            <w:tcW w:w="1701" w:type="dxa"/>
            <w:tcMar>
              <w:top w:w="100" w:type="dxa"/>
              <w:left w:w="120" w:type="dxa"/>
              <w:bottom w:w="100" w:type="dxa"/>
              <w:right w:w="120" w:type="dxa"/>
            </w:tcMar>
            <w:vAlign w:val="center"/>
          </w:tcPr>
          <w:p w14:paraId="62FEA8D9" w14:textId="77777777" w:rsidR="00D13442" w:rsidRDefault="00000000">
            <w:pPr>
              <w:spacing w:after="0"/>
            </w:pPr>
            <w:r>
              <w:rPr>
                <w:sz w:val="17"/>
              </w:rPr>
              <w:t>3</w:t>
            </w:r>
          </w:p>
        </w:tc>
        <w:tc>
          <w:tcPr>
            <w:tcW w:w="1701" w:type="dxa"/>
            <w:tcMar>
              <w:top w:w="100" w:type="dxa"/>
              <w:left w:w="120" w:type="dxa"/>
              <w:bottom w:w="100" w:type="dxa"/>
              <w:right w:w="120" w:type="dxa"/>
            </w:tcMar>
            <w:vAlign w:val="center"/>
          </w:tcPr>
          <w:p w14:paraId="5EA06805" w14:textId="77777777" w:rsidR="00D13442" w:rsidRDefault="00000000">
            <w:pPr>
              <w:spacing w:after="0"/>
            </w:pPr>
            <w:r>
              <w:rPr>
                <w:sz w:val="17"/>
              </w:rPr>
              <w:t>4</w:t>
            </w:r>
          </w:p>
        </w:tc>
        <w:tc>
          <w:tcPr>
            <w:tcW w:w="3402" w:type="dxa"/>
            <w:tcMar>
              <w:top w:w="100" w:type="dxa"/>
              <w:left w:w="120" w:type="dxa"/>
              <w:bottom w:w="100" w:type="dxa"/>
              <w:right w:w="120" w:type="dxa"/>
            </w:tcMar>
            <w:vAlign w:val="center"/>
          </w:tcPr>
          <w:p w14:paraId="4AC363D4" w14:textId="77777777" w:rsidR="00D13442" w:rsidRDefault="00000000">
            <w:pPr>
              <w:spacing w:after="0"/>
            </w:pPr>
            <w:r>
              <w:rPr>
                <w:sz w:val="17"/>
              </w:rPr>
              <w:t>Utvecklingsintresse; bygg fler spelfördelare.</w:t>
            </w:r>
          </w:p>
        </w:tc>
      </w:tr>
      <w:tr w:rsidR="00D13442" w14:paraId="45E1D622" w14:textId="77777777">
        <w:trPr>
          <w:jc w:val="center"/>
        </w:trPr>
        <w:tc>
          <w:tcPr>
            <w:tcW w:w="2268" w:type="dxa"/>
            <w:tcMar>
              <w:top w:w="100" w:type="dxa"/>
              <w:left w:w="120" w:type="dxa"/>
              <w:bottom w:w="100" w:type="dxa"/>
              <w:right w:w="120" w:type="dxa"/>
            </w:tcMar>
            <w:vAlign w:val="center"/>
          </w:tcPr>
          <w:p w14:paraId="6AA7409B" w14:textId="77777777" w:rsidR="00D13442" w:rsidRDefault="00000000">
            <w:pPr>
              <w:spacing w:after="0"/>
            </w:pPr>
            <w:r>
              <w:rPr>
                <w:sz w:val="17"/>
              </w:rPr>
              <w:t>Vänsternia</w:t>
            </w:r>
          </w:p>
        </w:tc>
        <w:tc>
          <w:tcPr>
            <w:tcW w:w="1701" w:type="dxa"/>
            <w:tcMar>
              <w:top w:w="100" w:type="dxa"/>
              <w:left w:w="120" w:type="dxa"/>
              <w:bottom w:w="100" w:type="dxa"/>
              <w:right w:w="120" w:type="dxa"/>
            </w:tcMar>
            <w:vAlign w:val="center"/>
          </w:tcPr>
          <w:p w14:paraId="2D6679C3" w14:textId="77777777" w:rsidR="00D13442" w:rsidRDefault="00000000">
            <w:pPr>
              <w:spacing w:after="0"/>
            </w:pPr>
            <w:r>
              <w:rPr>
                <w:sz w:val="17"/>
              </w:rPr>
              <w:t>5</w:t>
            </w:r>
          </w:p>
        </w:tc>
        <w:tc>
          <w:tcPr>
            <w:tcW w:w="1701" w:type="dxa"/>
            <w:tcMar>
              <w:top w:w="100" w:type="dxa"/>
              <w:left w:w="120" w:type="dxa"/>
              <w:bottom w:w="100" w:type="dxa"/>
              <w:right w:w="120" w:type="dxa"/>
            </w:tcMar>
            <w:vAlign w:val="center"/>
          </w:tcPr>
          <w:p w14:paraId="4F5A068E" w14:textId="77777777" w:rsidR="00D13442" w:rsidRDefault="00000000">
            <w:pPr>
              <w:spacing w:after="0"/>
            </w:pPr>
            <w:r>
              <w:rPr>
                <w:sz w:val="17"/>
              </w:rPr>
              <w:t>4</w:t>
            </w:r>
          </w:p>
        </w:tc>
        <w:tc>
          <w:tcPr>
            <w:tcW w:w="3402" w:type="dxa"/>
            <w:tcMar>
              <w:top w:w="100" w:type="dxa"/>
              <w:left w:w="120" w:type="dxa"/>
              <w:bottom w:w="100" w:type="dxa"/>
              <w:right w:w="120" w:type="dxa"/>
            </w:tcMar>
            <w:vAlign w:val="center"/>
          </w:tcPr>
          <w:p w14:paraId="4BBA51D3" w14:textId="77777777" w:rsidR="00D13442" w:rsidRDefault="00000000">
            <w:pPr>
              <w:spacing w:after="0"/>
            </w:pPr>
            <w:r>
              <w:rPr>
                <w:sz w:val="17"/>
              </w:rPr>
              <w:t>Bra erfarenhetsbas.</w:t>
            </w:r>
          </w:p>
        </w:tc>
      </w:tr>
      <w:tr w:rsidR="00D13442" w:rsidRPr="000463B0" w14:paraId="73C65ED4" w14:textId="77777777">
        <w:trPr>
          <w:jc w:val="center"/>
        </w:trPr>
        <w:tc>
          <w:tcPr>
            <w:tcW w:w="2268" w:type="dxa"/>
            <w:tcMar>
              <w:top w:w="100" w:type="dxa"/>
              <w:left w:w="120" w:type="dxa"/>
              <w:bottom w:w="100" w:type="dxa"/>
              <w:right w:w="120" w:type="dxa"/>
            </w:tcMar>
            <w:vAlign w:val="center"/>
          </w:tcPr>
          <w:p w14:paraId="03E09EF6" w14:textId="77777777" w:rsidR="00D13442" w:rsidRDefault="00000000">
            <w:pPr>
              <w:spacing w:after="0"/>
            </w:pPr>
            <w:r>
              <w:rPr>
                <w:sz w:val="17"/>
              </w:rPr>
              <w:t>Högernia</w:t>
            </w:r>
          </w:p>
        </w:tc>
        <w:tc>
          <w:tcPr>
            <w:tcW w:w="1701" w:type="dxa"/>
            <w:tcMar>
              <w:top w:w="100" w:type="dxa"/>
              <w:left w:w="120" w:type="dxa"/>
              <w:bottom w:w="100" w:type="dxa"/>
              <w:right w:w="120" w:type="dxa"/>
            </w:tcMar>
            <w:vAlign w:val="center"/>
          </w:tcPr>
          <w:p w14:paraId="5B3EF737" w14:textId="77777777" w:rsidR="00D13442" w:rsidRDefault="00000000">
            <w:pPr>
              <w:spacing w:after="0"/>
            </w:pPr>
            <w:r>
              <w:rPr>
                <w:sz w:val="17"/>
              </w:rPr>
              <w:t>6</w:t>
            </w:r>
          </w:p>
        </w:tc>
        <w:tc>
          <w:tcPr>
            <w:tcW w:w="1701" w:type="dxa"/>
            <w:tcMar>
              <w:top w:w="100" w:type="dxa"/>
              <w:left w:w="120" w:type="dxa"/>
              <w:bottom w:w="100" w:type="dxa"/>
              <w:right w:w="120" w:type="dxa"/>
            </w:tcMar>
            <w:vAlign w:val="center"/>
          </w:tcPr>
          <w:p w14:paraId="199EED7F" w14:textId="77777777" w:rsidR="00D13442" w:rsidRDefault="00000000">
            <w:pPr>
              <w:spacing w:after="0"/>
            </w:pPr>
            <w:r>
              <w:rPr>
                <w:sz w:val="17"/>
              </w:rPr>
              <w:t>5</w:t>
            </w:r>
          </w:p>
        </w:tc>
        <w:tc>
          <w:tcPr>
            <w:tcW w:w="3402" w:type="dxa"/>
            <w:tcMar>
              <w:top w:w="100" w:type="dxa"/>
              <w:left w:w="120" w:type="dxa"/>
              <w:bottom w:w="100" w:type="dxa"/>
              <w:right w:w="120" w:type="dxa"/>
            </w:tcMar>
            <w:vAlign w:val="center"/>
          </w:tcPr>
          <w:p w14:paraId="0109E5ED" w14:textId="77777777" w:rsidR="00D13442" w:rsidRPr="002A4786" w:rsidRDefault="00000000">
            <w:pPr>
              <w:spacing w:after="0"/>
              <w:rPr>
                <w:lang w:val="sv-SE"/>
              </w:rPr>
            </w:pPr>
            <w:r w:rsidRPr="002A4786">
              <w:rPr>
                <w:sz w:val="17"/>
                <w:lang w:val="sv-SE"/>
              </w:rPr>
              <w:t>Stor erfarenhet och hög efterfrågan.</w:t>
            </w:r>
          </w:p>
        </w:tc>
      </w:tr>
      <w:tr w:rsidR="00D13442" w14:paraId="5FBAFE7B" w14:textId="77777777">
        <w:trPr>
          <w:jc w:val="center"/>
        </w:trPr>
        <w:tc>
          <w:tcPr>
            <w:tcW w:w="2268" w:type="dxa"/>
            <w:tcMar>
              <w:top w:w="100" w:type="dxa"/>
              <w:left w:w="120" w:type="dxa"/>
              <w:bottom w:w="100" w:type="dxa"/>
              <w:right w:w="120" w:type="dxa"/>
            </w:tcMar>
            <w:vAlign w:val="center"/>
          </w:tcPr>
          <w:p w14:paraId="1C30F1E4" w14:textId="77777777" w:rsidR="00D13442" w:rsidRDefault="00000000">
            <w:pPr>
              <w:spacing w:after="0"/>
            </w:pPr>
            <w:proofErr w:type="spellStart"/>
            <w:r>
              <w:rPr>
                <w:sz w:val="17"/>
              </w:rPr>
              <w:t>Vänstersexa</w:t>
            </w:r>
            <w:proofErr w:type="spellEnd"/>
          </w:p>
        </w:tc>
        <w:tc>
          <w:tcPr>
            <w:tcW w:w="1701" w:type="dxa"/>
            <w:tcMar>
              <w:top w:w="100" w:type="dxa"/>
              <w:left w:w="120" w:type="dxa"/>
              <w:bottom w:w="100" w:type="dxa"/>
              <w:right w:w="120" w:type="dxa"/>
            </w:tcMar>
            <w:vAlign w:val="center"/>
          </w:tcPr>
          <w:p w14:paraId="1CBC750C" w14:textId="77777777" w:rsidR="00D13442" w:rsidRDefault="00000000">
            <w:pPr>
              <w:spacing w:after="0"/>
            </w:pPr>
            <w:r>
              <w:rPr>
                <w:sz w:val="17"/>
              </w:rPr>
              <w:t>5</w:t>
            </w:r>
          </w:p>
        </w:tc>
        <w:tc>
          <w:tcPr>
            <w:tcW w:w="1701" w:type="dxa"/>
            <w:tcMar>
              <w:top w:w="100" w:type="dxa"/>
              <w:left w:w="120" w:type="dxa"/>
              <w:bottom w:w="100" w:type="dxa"/>
              <w:right w:w="120" w:type="dxa"/>
            </w:tcMar>
            <w:vAlign w:val="center"/>
          </w:tcPr>
          <w:p w14:paraId="04E31033" w14:textId="77777777" w:rsidR="00D13442" w:rsidRDefault="00000000">
            <w:pPr>
              <w:spacing w:after="0"/>
            </w:pPr>
            <w:r>
              <w:rPr>
                <w:sz w:val="17"/>
              </w:rPr>
              <w:t>4</w:t>
            </w:r>
          </w:p>
        </w:tc>
        <w:tc>
          <w:tcPr>
            <w:tcW w:w="3402" w:type="dxa"/>
            <w:tcMar>
              <w:top w:w="100" w:type="dxa"/>
              <w:left w:w="120" w:type="dxa"/>
              <w:bottom w:w="100" w:type="dxa"/>
              <w:right w:w="120" w:type="dxa"/>
            </w:tcMar>
            <w:vAlign w:val="center"/>
          </w:tcPr>
          <w:p w14:paraId="15F128E8" w14:textId="77777777" w:rsidR="00D13442" w:rsidRDefault="00000000">
            <w:pPr>
              <w:spacing w:after="0"/>
            </w:pPr>
            <w:r>
              <w:rPr>
                <w:sz w:val="17"/>
              </w:rPr>
              <w:t>Relativt god täckning.</w:t>
            </w:r>
          </w:p>
        </w:tc>
      </w:tr>
      <w:tr w:rsidR="00D13442" w14:paraId="1A5EC259" w14:textId="77777777">
        <w:trPr>
          <w:jc w:val="center"/>
        </w:trPr>
        <w:tc>
          <w:tcPr>
            <w:tcW w:w="2268" w:type="dxa"/>
            <w:tcMar>
              <w:top w:w="100" w:type="dxa"/>
              <w:left w:w="120" w:type="dxa"/>
              <w:bottom w:w="100" w:type="dxa"/>
              <w:right w:w="120" w:type="dxa"/>
            </w:tcMar>
            <w:vAlign w:val="center"/>
          </w:tcPr>
          <w:p w14:paraId="23C1A959" w14:textId="77777777" w:rsidR="00D13442" w:rsidRDefault="00000000">
            <w:pPr>
              <w:spacing w:after="0"/>
            </w:pPr>
            <w:r>
              <w:rPr>
                <w:sz w:val="17"/>
              </w:rPr>
              <w:t>Högersexa</w:t>
            </w:r>
          </w:p>
        </w:tc>
        <w:tc>
          <w:tcPr>
            <w:tcW w:w="1701" w:type="dxa"/>
            <w:tcMar>
              <w:top w:w="100" w:type="dxa"/>
              <w:left w:w="120" w:type="dxa"/>
              <w:bottom w:w="100" w:type="dxa"/>
              <w:right w:w="120" w:type="dxa"/>
            </w:tcMar>
            <w:vAlign w:val="center"/>
          </w:tcPr>
          <w:p w14:paraId="578A8E0D" w14:textId="77777777" w:rsidR="00D13442" w:rsidRDefault="00000000">
            <w:pPr>
              <w:spacing w:after="0"/>
            </w:pPr>
            <w:r>
              <w:rPr>
                <w:sz w:val="17"/>
              </w:rPr>
              <w:t>6</w:t>
            </w:r>
          </w:p>
        </w:tc>
        <w:tc>
          <w:tcPr>
            <w:tcW w:w="1701" w:type="dxa"/>
            <w:tcMar>
              <w:top w:w="100" w:type="dxa"/>
              <w:left w:w="120" w:type="dxa"/>
              <w:bottom w:w="100" w:type="dxa"/>
              <w:right w:w="120" w:type="dxa"/>
            </w:tcMar>
            <w:vAlign w:val="center"/>
          </w:tcPr>
          <w:p w14:paraId="797876F0" w14:textId="77777777" w:rsidR="00D13442" w:rsidRDefault="00000000">
            <w:pPr>
              <w:spacing w:after="0"/>
            </w:pPr>
            <w:r>
              <w:rPr>
                <w:sz w:val="17"/>
              </w:rPr>
              <w:t>3</w:t>
            </w:r>
          </w:p>
        </w:tc>
        <w:tc>
          <w:tcPr>
            <w:tcW w:w="3402" w:type="dxa"/>
            <w:tcMar>
              <w:top w:w="100" w:type="dxa"/>
              <w:left w:w="120" w:type="dxa"/>
              <w:bottom w:w="100" w:type="dxa"/>
              <w:right w:w="120" w:type="dxa"/>
            </w:tcMar>
            <w:vAlign w:val="center"/>
          </w:tcPr>
          <w:p w14:paraId="1D77DCCF" w14:textId="77777777" w:rsidR="00D13442" w:rsidRDefault="00000000">
            <w:pPr>
              <w:spacing w:after="0"/>
            </w:pPr>
            <w:r>
              <w:rPr>
                <w:sz w:val="17"/>
              </w:rPr>
              <w:t>God erfarenhetsbredd.</w:t>
            </w:r>
          </w:p>
        </w:tc>
      </w:tr>
      <w:tr w:rsidR="00D13442" w14:paraId="20AEF41E" w14:textId="77777777">
        <w:trPr>
          <w:jc w:val="center"/>
        </w:trPr>
        <w:tc>
          <w:tcPr>
            <w:tcW w:w="2268" w:type="dxa"/>
            <w:tcMar>
              <w:top w:w="100" w:type="dxa"/>
              <w:left w:w="120" w:type="dxa"/>
              <w:bottom w:w="100" w:type="dxa"/>
              <w:right w:w="120" w:type="dxa"/>
            </w:tcMar>
            <w:vAlign w:val="center"/>
          </w:tcPr>
          <w:p w14:paraId="40529F4F" w14:textId="77777777" w:rsidR="00D13442" w:rsidRDefault="00000000">
            <w:pPr>
              <w:spacing w:after="0"/>
            </w:pPr>
            <w:r>
              <w:rPr>
                <w:sz w:val="17"/>
              </w:rPr>
              <w:t>Linje</w:t>
            </w:r>
          </w:p>
        </w:tc>
        <w:tc>
          <w:tcPr>
            <w:tcW w:w="1701" w:type="dxa"/>
            <w:tcMar>
              <w:top w:w="100" w:type="dxa"/>
              <w:left w:w="120" w:type="dxa"/>
              <w:bottom w:w="100" w:type="dxa"/>
              <w:right w:w="120" w:type="dxa"/>
            </w:tcMar>
            <w:vAlign w:val="center"/>
          </w:tcPr>
          <w:p w14:paraId="3CB65E69" w14:textId="77777777" w:rsidR="00D13442" w:rsidRDefault="00000000">
            <w:pPr>
              <w:spacing w:after="0"/>
            </w:pPr>
            <w:r>
              <w:rPr>
                <w:sz w:val="17"/>
              </w:rPr>
              <w:t>5</w:t>
            </w:r>
          </w:p>
        </w:tc>
        <w:tc>
          <w:tcPr>
            <w:tcW w:w="1701" w:type="dxa"/>
            <w:tcMar>
              <w:top w:w="100" w:type="dxa"/>
              <w:left w:w="120" w:type="dxa"/>
              <w:bottom w:w="100" w:type="dxa"/>
              <w:right w:w="120" w:type="dxa"/>
            </w:tcMar>
            <w:vAlign w:val="center"/>
          </w:tcPr>
          <w:p w14:paraId="3B50AB46" w14:textId="77777777" w:rsidR="00D13442" w:rsidRDefault="00000000">
            <w:pPr>
              <w:spacing w:after="0"/>
            </w:pPr>
            <w:r>
              <w:rPr>
                <w:sz w:val="17"/>
              </w:rPr>
              <w:t>4</w:t>
            </w:r>
          </w:p>
        </w:tc>
        <w:tc>
          <w:tcPr>
            <w:tcW w:w="3402" w:type="dxa"/>
            <w:tcMar>
              <w:top w:w="100" w:type="dxa"/>
              <w:left w:w="120" w:type="dxa"/>
              <w:bottom w:w="100" w:type="dxa"/>
              <w:right w:w="120" w:type="dxa"/>
            </w:tcMar>
            <w:vAlign w:val="center"/>
          </w:tcPr>
          <w:p w14:paraId="20C78110" w14:textId="77777777" w:rsidR="00D13442" w:rsidRDefault="00000000">
            <w:pPr>
              <w:spacing w:after="0"/>
            </w:pPr>
            <w:r>
              <w:rPr>
                <w:sz w:val="17"/>
              </w:rPr>
              <w:t>God numerär bredd.</w:t>
            </w:r>
          </w:p>
        </w:tc>
      </w:tr>
    </w:tbl>
    <w:p w14:paraId="72D7EA4D" w14:textId="77777777" w:rsidR="00D13442" w:rsidRDefault="00000000">
      <w:pPr>
        <w:pStyle w:val="Rubrik2"/>
      </w:pPr>
      <w:r>
        <w:t>Försvar &amp; utvecklingsfokus</w:t>
      </w:r>
    </w:p>
    <w:p w14:paraId="60449025" w14:textId="77777777" w:rsidR="00D13442" w:rsidRPr="002A4786" w:rsidRDefault="00000000">
      <w:pPr>
        <w:pStyle w:val="Punktlista"/>
        <w:spacing w:after="40"/>
        <w:ind w:left="255" w:hanging="113"/>
        <w:rPr>
          <w:lang w:val="sv-SE"/>
        </w:rPr>
      </w:pPr>
      <w:proofErr w:type="gramStart"/>
      <w:r w:rsidRPr="002A4786">
        <w:rPr>
          <w:lang w:val="sv-SE"/>
        </w:rPr>
        <w:t>6-0</w:t>
      </w:r>
      <w:proofErr w:type="gramEnd"/>
      <w:r w:rsidRPr="002A4786">
        <w:rPr>
          <w:lang w:val="sv-SE"/>
        </w:rPr>
        <w:t xml:space="preserve"> är den tydligaste gemensamma grundmodellen. </w:t>
      </w:r>
      <w:proofErr w:type="gramStart"/>
      <w:r w:rsidRPr="002A4786">
        <w:rPr>
          <w:lang w:val="sv-SE"/>
        </w:rPr>
        <w:t>5-1</w:t>
      </w:r>
      <w:proofErr w:type="gramEnd"/>
      <w:r w:rsidRPr="002A4786">
        <w:rPr>
          <w:lang w:val="sv-SE"/>
        </w:rPr>
        <w:t xml:space="preserve"> är ett naturligt alternativ och flera är bekväma som spets.</w:t>
      </w:r>
    </w:p>
    <w:p w14:paraId="415AC52A" w14:textId="77777777" w:rsidR="00D13442" w:rsidRPr="002A4786" w:rsidRDefault="00000000">
      <w:pPr>
        <w:pStyle w:val="Punktlista"/>
        <w:spacing w:after="40"/>
        <w:ind w:left="255" w:hanging="113"/>
        <w:rPr>
          <w:lang w:val="sv-SE"/>
        </w:rPr>
      </w:pPr>
      <w:r w:rsidRPr="002A4786">
        <w:rPr>
          <w:lang w:val="sv-SE"/>
        </w:rPr>
        <w:t xml:space="preserve">Fokusområden från enkäten: högre tempo, kontring och </w:t>
      </w:r>
      <w:proofErr w:type="spellStart"/>
      <w:r w:rsidRPr="002A4786">
        <w:rPr>
          <w:lang w:val="sv-SE"/>
        </w:rPr>
        <w:t>hemjobb</w:t>
      </w:r>
      <w:proofErr w:type="spellEnd"/>
      <w:r w:rsidRPr="002A4786">
        <w:rPr>
          <w:lang w:val="sv-SE"/>
        </w:rPr>
        <w:t>, beslutsamhet/genombrott, avslut och försvarsspel.</w:t>
      </w:r>
    </w:p>
    <w:p w14:paraId="524AC169" w14:textId="77777777" w:rsidR="00D13442" w:rsidRPr="002A4786" w:rsidRDefault="00000000">
      <w:pPr>
        <w:pStyle w:val="Punktlista"/>
        <w:spacing w:after="40"/>
        <w:ind w:left="255" w:hanging="113"/>
        <w:rPr>
          <w:lang w:val="sv-SE"/>
        </w:rPr>
      </w:pPr>
      <w:r w:rsidRPr="002A4786">
        <w:rPr>
          <w:lang w:val="sv-SE"/>
        </w:rPr>
        <w:t>Vi vill bygga gemensamma grunder som sitter hos alla och samtidigt skapa möjlighet att utvecklas på fler positioner.</w:t>
      </w:r>
    </w:p>
    <w:p w14:paraId="18EABB3A" w14:textId="77777777" w:rsidR="00D13442" w:rsidRPr="002A4786" w:rsidRDefault="00000000">
      <w:pPr>
        <w:pStyle w:val="Punktlista"/>
        <w:spacing w:after="40"/>
        <w:ind w:left="255" w:hanging="113"/>
        <w:rPr>
          <w:lang w:val="sv-SE"/>
        </w:rPr>
      </w:pPr>
      <w:r w:rsidRPr="002A4786">
        <w:rPr>
          <w:lang w:val="sv-SE"/>
        </w:rPr>
        <w:t>Ledarna kan använda en enkel positionsmatris: primär position, sekundär position, utvecklingsposition och positioner att undvika.</w:t>
      </w:r>
    </w:p>
    <w:p w14:paraId="001D70FF" w14:textId="77777777" w:rsidR="00D13442" w:rsidRPr="002A4786" w:rsidRDefault="00000000">
      <w:pPr>
        <w:pStyle w:val="Rubrik1"/>
        <w:rPr>
          <w:lang w:val="sv-SE"/>
        </w:rPr>
      </w:pPr>
      <w:r w:rsidRPr="002A4786">
        <w:rPr>
          <w:lang w:val="sv-SE"/>
        </w:rPr>
        <w:lastRenderedPageBreak/>
        <w:t>Roller &amp; praktiska rutiner</w:t>
      </w:r>
    </w:p>
    <w:p w14:paraId="0484A0B6" w14:textId="77777777" w:rsidR="00D13442" w:rsidRPr="002A4786" w:rsidRDefault="00000000">
      <w:pPr>
        <w:pStyle w:val="Rubrik2"/>
        <w:rPr>
          <w:lang w:val="sv-SE"/>
        </w:rPr>
      </w:pPr>
      <w:r w:rsidRPr="002A4786">
        <w:rPr>
          <w:lang w:val="sv-SE"/>
        </w:rPr>
        <w:t>Lagledare</w:t>
      </w:r>
    </w:p>
    <w:p w14:paraId="6F1610D3" w14:textId="77777777" w:rsidR="00D13442" w:rsidRPr="002A4786" w:rsidRDefault="00000000">
      <w:pPr>
        <w:rPr>
          <w:lang w:val="sv-SE"/>
        </w:rPr>
      </w:pPr>
      <w:r w:rsidRPr="002A4786">
        <w:rPr>
          <w:lang w:val="sv-SE"/>
        </w:rPr>
        <w:t>Lagledaren samordnar information och praktiska frågor runt laget. Inför hemmamatcher ansvarar lagledaren för att bemanningen planeras och följs upp. Det betyder inte att lagledaren ska bemanna allt själv - hela laget behöver hjälpas åt att hitta personer.</w:t>
      </w:r>
    </w:p>
    <w:tbl>
      <w:tblPr>
        <w:tblW w:w="0" w:type="auto"/>
        <w:jc w:val="center"/>
        <w:tblLayout w:type="fixed"/>
        <w:tblLook w:val="04A0" w:firstRow="1" w:lastRow="0" w:firstColumn="1" w:lastColumn="0" w:noHBand="0" w:noVBand="1"/>
      </w:tblPr>
      <w:tblGrid>
        <w:gridCol w:w="5100"/>
        <w:gridCol w:w="6236"/>
      </w:tblGrid>
      <w:tr w:rsidR="00D13442" w14:paraId="1C254CF2" w14:textId="77777777">
        <w:trPr>
          <w:jc w:val="center"/>
        </w:trPr>
        <w:tc>
          <w:tcPr>
            <w:tcW w:w="5100" w:type="dxa"/>
            <w:shd w:val="clear" w:color="auto" w:fill="C62026"/>
            <w:tcMar>
              <w:top w:w="100" w:type="dxa"/>
              <w:left w:w="120" w:type="dxa"/>
              <w:bottom w:w="100" w:type="dxa"/>
              <w:right w:w="120" w:type="dxa"/>
            </w:tcMar>
            <w:vAlign w:val="center"/>
          </w:tcPr>
          <w:p w14:paraId="3C906B65" w14:textId="77777777" w:rsidR="00D13442" w:rsidRDefault="00000000">
            <w:pPr>
              <w:spacing w:after="0"/>
            </w:pPr>
            <w:r>
              <w:rPr>
                <w:b/>
                <w:color w:val="FFFFFF"/>
                <w:sz w:val="18"/>
              </w:rPr>
              <w:t xml:space="preserve">Roll per </w:t>
            </w:r>
            <w:proofErr w:type="spellStart"/>
            <w:r>
              <w:rPr>
                <w:b/>
                <w:color w:val="FFFFFF"/>
                <w:sz w:val="18"/>
              </w:rPr>
              <w:t>hemmamatch</w:t>
            </w:r>
            <w:proofErr w:type="spellEnd"/>
          </w:p>
        </w:tc>
        <w:tc>
          <w:tcPr>
            <w:tcW w:w="5100" w:type="dxa"/>
            <w:shd w:val="clear" w:color="auto" w:fill="C62026"/>
            <w:tcMar>
              <w:top w:w="100" w:type="dxa"/>
              <w:left w:w="120" w:type="dxa"/>
              <w:bottom w:w="100" w:type="dxa"/>
              <w:right w:w="120" w:type="dxa"/>
            </w:tcMar>
            <w:vAlign w:val="center"/>
          </w:tcPr>
          <w:p w14:paraId="0B74D53D" w14:textId="77777777" w:rsidR="00D13442" w:rsidRDefault="00000000">
            <w:pPr>
              <w:spacing w:after="0"/>
            </w:pPr>
            <w:r>
              <w:rPr>
                <w:b/>
                <w:color w:val="FFFFFF"/>
                <w:sz w:val="18"/>
              </w:rPr>
              <w:t>Uppgift</w:t>
            </w:r>
          </w:p>
        </w:tc>
      </w:tr>
      <w:tr w:rsidR="00D13442" w:rsidRPr="000463B0" w14:paraId="474895BC" w14:textId="77777777">
        <w:trPr>
          <w:jc w:val="center"/>
        </w:trPr>
        <w:tc>
          <w:tcPr>
            <w:tcW w:w="2835" w:type="dxa"/>
            <w:tcMar>
              <w:top w:w="100" w:type="dxa"/>
              <w:left w:w="120" w:type="dxa"/>
              <w:bottom w:w="100" w:type="dxa"/>
              <w:right w:w="120" w:type="dxa"/>
            </w:tcMar>
            <w:vAlign w:val="center"/>
          </w:tcPr>
          <w:p w14:paraId="5E0593D6" w14:textId="77777777" w:rsidR="00D13442" w:rsidRDefault="00000000">
            <w:pPr>
              <w:spacing w:after="0"/>
            </w:pPr>
            <w:r>
              <w:rPr>
                <w:b/>
                <w:sz w:val="17"/>
              </w:rPr>
              <w:t>1 FU2-funktionär</w:t>
            </w:r>
          </w:p>
        </w:tc>
        <w:tc>
          <w:tcPr>
            <w:tcW w:w="6236" w:type="dxa"/>
            <w:tcMar>
              <w:top w:w="100" w:type="dxa"/>
              <w:left w:w="120" w:type="dxa"/>
              <w:bottom w:w="100" w:type="dxa"/>
              <w:right w:w="120" w:type="dxa"/>
            </w:tcMar>
            <w:vAlign w:val="center"/>
          </w:tcPr>
          <w:p w14:paraId="1705743A" w14:textId="77777777" w:rsidR="00D13442" w:rsidRPr="002A4786" w:rsidRDefault="00000000">
            <w:pPr>
              <w:spacing w:after="0"/>
              <w:rPr>
                <w:lang w:val="sv-SE"/>
              </w:rPr>
            </w:pPr>
            <w:r w:rsidRPr="002A4786">
              <w:rPr>
                <w:sz w:val="17"/>
                <w:lang w:val="sv-SE"/>
              </w:rPr>
              <w:t>Sköter funktionärsuppgiften och måste ha rätt FU2-utbildning.</w:t>
            </w:r>
          </w:p>
        </w:tc>
      </w:tr>
      <w:tr w:rsidR="00D13442" w14:paraId="45206A05" w14:textId="77777777">
        <w:trPr>
          <w:jc w:val="center"/>
        </w:trPr>
        <w:tc>
          <w:tcPr>
            <w:tcW w:w="2835" w:type="dxa"/>
            <w:tcMar>
              <w:top w:w="100" w:type="dxa"/>
              <w:left w:w="120" w:type="dxa"/>
              <w:bottom w:w="100" w:type="dxa"/>
              <w:right w:w="120" w:type="dxa"/>
            </w:tcMar>
            <w:vAlign w:val="center"/>
          </w:tcPr>
          <w:p w14:paraId="46A51DC5" w14:textId="77777777" w:rsidR="00D13442" w:rsidRDefault="00000000">
            <w:pPr>
              <w:spacing w:after="0"/>
            </w:pPr>
            <w:proofErr w:type="gramStart"/>
            <w:r>
              <w:rPr>
                <w:b/>
                <w:sz w:val="17"/>
              </w:rPr>
              <w:t>1 person</w:t>
            </w:r>
            <w:proofErr w:type="gramEnd"/>
            <w:r>
              <w:rPr>
                <w:b/>
                <w:sz w:val="17"/>
              </w:rPr>
              <w:t xml:space="preserve"> </w:t>
            </w:r>
            <w:proofErr w:type="spellStart"/>
            <w:r>
              <w:rPr>
                <w:b/>
                <w:sz w:val="17"/>
              </w:rPr>
              <w:t>på</w:t>
            </w:r>
            <w:proofErr w:type="spellEnd"/>
            <w:r>
              <w:rPr>
                <w:b/>
                <w:sz w:val="17"/>
              </w:rPr>
              <w:t xml:space="preserve"> </w:t>
            </w:r>
            <w:proofErr w:type="spellStart"/>
            <w:r>
              <w:rPr>
                <w:b/>
                <w:sz w:val="17"/>
              </w:rPr>
              <w:t>klockan</w:t>
            </w:r>
            <w:proofErr w:type="spellEnd"/>
          </w:p>
        </w:tc>
        <w:tc>
          <w:tcPr>
            <w:tcW w:w="6236" w:type="dxa"/>
            <w:tcMar>
              <w:top w:w="100" w:type="dxa"/>
              <w:left w:w="120" w:type="dxa"/>
              <w:bottom w:w="100" w:type="dxa"/>
              <w:right w:w="120" w:type="dxa"/>
            </w:tcMar>
            <w:vAlign w:val="center"/>
          </w:tcPr>
          <w:p w14:paraId="4773EB8D" w14:textId="77777777" w:rsidR="00D13442" w:rsidRDefault="00000000">
            <w:pPr>
              <w:spacing w:after="0"/>
            </w:pPr>
            <w:r>
              <w:rPr>
                <w:sz w:val="17"/>
              </w:rPr>
              <w:t>Sköter matchklockan.</w:t>
            </w:r>
          </w:p>
        </w:tc>
      </w:tr>
      <w:tr w:rsidR="00D13442" w14:paraId="2FDA391A" w14:textId="77777777">
        <w:trPr>
          <w:jc w:val="center"/>
        </w:trPr>
        <w:tc>
          <w:tcPr>
            <w:tcW w:w="2835" w:type="dxa"/>
            <w:tcMar>
              <w:top w:w="100" w:type="dxa"/>
              <w:left w:w="120" w:type="dxa"/>
              <w:bottom w:w="100" w:type="dxa"/>
              <w:right w:w="120" w:type="dxa"/>
            </w:tcMar>
            <w:vAlign w:val="center"/>
          </w:tcPr>
          <w:p w14:paraId="07902DF1" w14:textId="77777777" w:rsidR="00D13442" w:rsidRDefault="00000000">
            <w:pPr>
              <w:spacing w:after="0"/>
            </w:pPr>
            <w:r>
              <w:rPr>
                <w:b/>
                <w:sz w:val="17"/>
              </w:rPr>
              <w:t>1 person i caféet</w:t>
            </w:r>
          </w:p>
        </w:tc>
        <w:tc>
          <w:tcPr>
            <w:tcW w:w="6236" w:type="dxa"/>
            <w:tcMar>
              <w:top w:w="100" w:type="dxa"/>
              <w:left w:w="120" w:type="dxa"/>
              <w:bottom w:w="100" w:type="dxa"/>
              <w:right w:w="120" w:type="dxa"/>
            </w:tcMar>
            <w:vAlign w:val="center"/>
          </w:tcPr>
          <w:p w14:paraId="413F2E26" w14:textId="77777777" w:rsidR="00D13442" w:rsidRDefault="00000000">
            <w:pPr>
              <w:spacing w:after="0"/>
            </w:pPr>
            <w:r>
              <w:rPr>
                <w:sz w:val="17"/>
              </w:rPr>
              <w:t>Bemannar caféet under matchen.</w:t>
            </w:r>
          </w:p>
        </w:tc>
      </w:tr>
      <w:tr w:rsidR="00D13442" w:rsidRPr="000463B0" w14:paraId="27BCB4B6" w14:textId="77777777">
        <w:trPr>
          <w:jc w:val="center"/>
        </w:trPr>
        <w:tc>
          <w:tcPr>
            <w:tcW w:w="2835" w:type="dxa"/>
            <w:tcMar>
              <w:top w:w="100" w:type="dxa"/>
              <w:left w:w="120" w:type="dxa"/>
              <w:bottom w:w="100" w:type="dxa"/>
              <w:right w:w="120" w:type="dxa"/>
            </w:tcMar>
            <w:vAlign w:val="center"/>
          </w:tcPr>
          <w:p w14:paraId="61CD775B" w14:textId="77777777" w:rsidR="00D13442" w:rsidRDefault="00000000">
            <w:pPr>
              <w:spacing w:after="0"/>
            </w:pPr>
            <w:r>
              <w:rPr>
                <w:b/>
                <w:sz w:val="17"/>
              </w:rPr>
              <w:t>1 matchvärd</w:t>
            </w:r>
          </w:p>
        </w:tc>
        <w:tc>
          <w:tcPr>
            <w:tcW w:w="6236" w:type="dxa"/>
            <w:tcMar>
              <w:top w:w="100" w:type="dxa"/>
              <w:left w:w="120" w:type="dxa"/>
              <w:bottom w:w="100" w:type="dxa"/>
              <w:right w:w="120" w:type="dxa"/>
            </w:tcMar>
            <w:vAlign w:val="center"/>
          </w:tcPr>
          <w:p w14:paraId="2268C0E4" w14:textId="77777777" w:rsidR="00D13442" w:rsidRPr="002A4786" w:rsidRDefault="00000000">
            <w:pPr>
              <w:spacing w:after="0"/>
              <w:rPr>
                <w:lang w:val="sv-SE"/>
              </w:rPr>
            </w:pPr>
            <w:r w:rsidRPr="002A4786">
              <w:rPr>
                <w:sz w:val="17"/>
                <w:lang w:val="sv-SE"/>
              </w:rPr>
              <w:t>Välkomnar lag, domare och funktionärer och bidrar till en trygg och trevlig miljö runt matchen och på läktaren.</w:t>
            </w:r>
          </w:p>
        </w:tc>
      </w:tr>
    </w:tbl>
    <w:p w14:paraId="0D6D6158" w14:textId="77777777" w:rsidR="00D13442" w:rsidRPr="002A4786" w:rsidRDefault="00000000">
      <w:pPr>
        <w:pStyle w:val="Rubrik2"/>
        <w:rPr>
          <w:lang w:val="sv-SE"/>
        </w:rPr>
      </w:pPr>
      <w:r w:rsidRPr="002A4786">
        <w:rPr>
          <w:lang w:val="sv-SE"/>
        </w:rPr>
        <w:t>Bortamatcher</w:t>
      </w:r>
    </w:p>
    <w:p w14:paraId="383C1B6D" w14:textId="77777777" w:rsidR="00D13442" w:rsidRPr="002A4786" w:rsidRDefault="00000000">
      <w:pPr>
        <w:rPr>
          <w:lang w:val="sv-SE"/>
        </w:rPr>
      </w:pPr>
      <w:r w:rsidRPr="002A4786">
        <w:rPr>
          <w:lang w:val="sv-SE"/>
        </w:rPr>
        <w:t>Inför bortamatcher bestämmer vi i förväg vem som tar med bollar och övrigt material. Ansvar ska vara tydligt innan matchdagen.</w:t>
      </w:r>
    </w:p>
    <w:p w14:paraId="74F4EFBF" w14:textId="77777777" w:rsidR="00D13442" w:rsidRPr="002A4786" w:rsidRDefault="00000000">
      <w:pPr>
        <w:pStyle w:val="Rubrik2"/>
        <w:rPr>
          <w:lang w:val="sv-SE"/>
        </w:rPr>
      </w:pPr>
      <w:r w:rsidRPr="002A4786">
        <w:rPr>
          <w:lang w:val="sv-SE"/>
        </w:rPr>
        <w:t>Kallelser &amp; kommunikation</w:t>
      </w:r>
    </w:p>
    <w:p w14:paraId="739E79B4" w14:textId="77777777" w:rsidR="00D13442" w:rsidRPr="002A4786" w:rsidRDefault="00000000">
      <w:pPr>
        <w:rPr>
          <w:lang w:val="sv-SE"/>
        </w:rPr>
      </w:pPr>
      <w:r w:rsidRPr="002A4786">
        <w:rPr>
          <w:lang w:val="sv-SE"/>
        </w:rPr>
        <w:t>Vi svarar på kallelser så tidigt som möjligt. Är man osäker kommunicerar man det. Tydlig och tidig information gör det lättare att planera både träning och match.</w:t>
      </w:r>
    </w:p>
    <w:p w14:paraId="21AFF065" w14:textId="77777777" w:rsidR="00D13442" w:rsidRPr="002A4786" w:rsidRDefault="00000000">
      <w:pPr>
        <w:pStyle w:val="Rubrik2"/>
        <w:rPr>
          <w:lang w:val="sv-SE"/>
        </w:rPr>
      </w:pPr>
      <w:r w:rsidRPr="002A4786">
        <w:rPr>
          <w:lang w:val="sv-SE"/>
        </w:rPr>
        <w:t>När någon är ny</w:t>
      </w:r>
    </w:p>
    <w:p w14:paraId="75A60BDC" w14:textId="77777777" w:rsidR="00D13442" w:rsidRDefault="00000000">
      <w:r w:rsidRPr="002A4786">
        <w:rPr>
          <w:lang w:val="sv-SE"/>
        </w:rPr>
        <w:t xml:space="preserve">Vi hälsar, presenterar oss, inkluderar personen i övningar och snack och hjälper henne att förstå våra rutiner och vårt sätt att vara. </w:t>
      </w:r>
      <w:proofErr w:type="spellStart"/>
      <w:r>
        <w:t>Lagboken</w:t>
      </w:r>
      <w:proofErr w:type="spellEnd"/>
      <w:r>
        <w:t xml:space="preserve"> </w:t>
      </w:r>
      <w:proofErr w:type="spellStart"/>
      <w:r>
        <w:t>är</w:t>
      </w:r>
      <w:proofErr w:type="spellEnd"/>
      <w:r>
        <w:t xml:space="preserve"> </w:t>
      </w:r>
      <w:proofErr w:type="spellStart"/>
      <w:r>
        <w:t>en</w:t>
      </w:r>
      <w:proofErr w:type="spellEnd"/>
      <w:r>
        <w:t xml:space="preserve"> del av </w:t>
      </w:r>
      <w:proofErr w:type="spellStart"/>
      <w:r>
        <w:t>introduktionen</w:t>
      </w:r>
      <w:proofErr w:type="spellEnd"/>
      <w:r>
        <w:t>.</w:t>
      </w:r>
    </w:p>
    <w:p w14:paraId="572938FA" w14:textId="77777777" w:rsidR="000463B0" w:rsidRPr="000463B0" w:rsidRDefault="000463B0" w:rsidP="000463B0">
      <w:pPr>
        <w:rPr>
          <w:rFonts w:asciiTheme="majorHAnsi" w:eastAsiaTheme="majorEastAsia" w:hAnsiTheme="majorHAnsi" w:cstheme="majorBidi"/>
          <w:b/>
          <w:bCs/>
          <w:sz w:val="25"/>
          <w:szCs w:val="26"/>
          <w:lang w:val="sv-SE"/>
        </w:rPr>
      </w:pPr>
      <w:r w:rsidRPr="000463B0">
        <w:rPr>
          <w:rFonts w:asciiTheme="majorHAnsi" w:eastAsiaTheme="majorEastAsia" w:hAnsiTheme="majorHAnsi" w:cstheme="majorBidi"/>
          <w:b/>
          <w:bCs/>
          <w:sz w:val="25"/>
          <w:szCs w:val="26"/>
          <w:lang w:val="sv-SE"/>
        </w:rPr>
        <w:t>Roller och ansvar</w:t>
      </w:r>
    </w:p>
    <w:p w14:paraId="637BA6C9" w14:textId="77777777" w:rsidR="000463B0" w:rsidRPr="000463B0" w:rsidRDefault="000463B0" w:rsidP="000463B0">
      <w:pPr>
        <w:numPr>
          <w:ilvl w:val="0"/>
          <w:numId w:val="10"/>
        </w:numPr>
        <w:rPr>
          <w:lang w:val="sv-SE"/>
        </w:rPr>
      </w:pPr>
      <w:r w:rsidRPr="000463B0">
        <w:rPr>
          <w:b/>
          <w:bCs/>
          <w:lang w:val="sv-SE"/>
        </w:rPr>
        <w:t>Tränare:</w:t>
      </w:r>
      <w:r w:rsidRPr="000463B0">
        <w:rPr>
          <w:lang w:val="sv-SE"/>
        </w:rPr>
        <w:t xml:space="preserve"> Bea </w:t>
      </w:r>
    </w:p>
    <w:p w14:paraId="19BA504D" w14:textId="4E37D78B" w:rsidR="000463B0" w:rsidRPr="000463B0" w:rsidRDefault="000463B0" w:rsidP="000463B0">
      <w:pPr>
        <w:numPr>
          <w:ilvl w:val="0"/>
          <w:numId w:val="10"/>
        </w:numPr>
        <w:rPr>
          <w:lang w:val="sv-SE"/>
        </w:rPr>
      </w:pPr>
      <w:r w:rsidRPr="000463B0">
        <w:rPr>
          <w:b/>
          <w:bCs/>
          <w:lang w:val="sv-SE"/>
        </w:rPr>
        <w:t>Lagkaptener:</w:t>
      </w:r>
      <w:r w:rsidRPr="000463B0">
        <w:rPr>
          <w:lang w:val="sv-SE"/>
        </w:rPr>
        <w:t xml:space="preserve"> Kajan &amp; Elin – hjälper till att hålla ihop laget, fånga upp </w:t>
      </w:r>
      <w:r w:rsidRPr="000463B0">
        <w:rPr>
          <w:lang w:val="sv-SE"/>
        </w:rPr>
        <w:t>spelartruppen</w:t>
      </w:r>
      <w:r w:rsidRPr="000463B0">
        <w:rPr>
          <w:lang w:val="sv-SE"/>
        </w:rPr>
        <w:t xml:space="preserve"> och föra dialog med tränaren. </w:t>
      </w:r>
    </w:p>
    <w:p w14:paraId="1BA7674D" w14:textId="77777777" w:rsidR="000463B0" w:rsidRPr="000463B0" w:rsidRDefault="000463B0" w:rsidP="000463B0">
      <w:pPr>
        <w:numPr>
          <w:ilvl w:val="0"/>
          <w:numId w:val="10"/>
        </w:numPr>
        <w:rPr>
          <w:lang w:val="sv-SE"/>
        </w:rPr>
      </w:pPr>
      <w:r w:rsidRPr="000463B0">
        <w:rPr>
          <w:b/>
          <w:bCs/>
          <w:lang w:val="sv-SE"/>
        </w:rPr>
        <w:t>Lagledare:</w:t>
      </w:r>
      <w:r w:rsidRPr="000463B0">
        <w:rPr>
          <w:lang w:val="sv-SE"/>
        </w:rPr>
        <w:t xml:space="preserve"> Martina </w:t>
      </w:r>
    </w:p>
    <w:p w14:paraId="0032B9D6" w14:textId="77777777" w:rsidR="000463B0" w:rsidRPr="000463B0" w:rsidRDefault="000463B0" w:rsidP="000463B0">
      <w:pPr>
        <w:numPr>
          <w:ilvl w:val="0"/>
          <w:numId w:val="10"/>
        </w:numPr>
        <w:rPr>
          <w:lang w:val="sv-SE"/>
        </w:rPr>
      </w:pPr>
      <w:r w:rsidRPr="000463B0">
        <w:rPr>
          <w:b/>
          <w:bCs/>
          <w:lang w:val="sv-SE"/>
        </w:rPr>
        <w:t>Musikansvarig:</w:t>
      </w:r>
      <w:r w:rsidRPr="000463B0">
        <w:rPr>
          <w:lang w:val="sv-SE"/>
        </w:rPr>
        <w:t xml:space="preserve"> Alva </w:t>
      </w:r>
    </w:p>
    <w:p w14:paraId="350FF772" w14:textId="6A475F3B" w:rsidR="000463B0" w:rsidRPr="000463B0" w:rsidRDefault="000463B0" w:rsidP="000463B0">
      <w:pPr>
        <w:numPr>
          <w:ilvl w:val="0"/>
          <w:numId w:val="10"/>
        </w:numPr>
        <w:rPr>
          <w:lang w:val="sv-SE"/>
        </w:rPr>
      </w:pPr>
      <w:r w:rsidRPr="000463B0">
        <w:rPr>
          <w:b/>
          <w:bCs/>
          <w:lang w:val="sv-SE"/>
        </w:rPr>
        <w:t>Bortamatch/materialansvarig:</w:t>
      </w:r>
      <w:r w:rsidRPr="000463B0">
        <w:rPr>
          <w:lang w:val="sv-SE"/>
        </w:rPr>
        <w:t xml:space="preserve"> </w:t>
      </w:r>
      <w:r>
        <w:rPr>
          <w:lang w:val="sv-SE"/>
        </w:rPr>
        <w:t>Vakant – måste beslutas</w:t>
      </w:r>
    </w:p>
    <w:p w14:paraId="4094ACCD" w14:textId="345AA876" w:rsidR="000463B0" w:rsidRPr="000463B0" w:rsidRDefault="000463B0" w:rsidP="000463B0">
      <w:pPr>
        <w:numPr>
          <w:ilvl w:val="0"/>
          <w:numId w:val="10"/>
        </w:numPr>
        <w:rPr>
          <w:lang w:val="sv-SE"/>
        </w:rPr>
      </w:pPr>
      <w:r w:rsidRPr="000463B0">
        <w:rPr>
          <w:b/>
          <w:bCs/>
          <w:lang w:val="sv-SE"/>
        </w:rPr>
        <w:t>Aktivitetsansvarig:</w:t>
      </w:r>
      <w:r w:rsidRPr="000463B0">
        <w:rPr>
          <w:lang w:val="sv-SE"/>
        </w:rPr>
        <w:t xml:space="preserve"> </w:t>
      </w:r>
      <w:r>
        <w:rPr>
          <w:lang w:val="sv-SE"/>
        </w:rPr>
        <w:t>Vakant – måste beslutas</w:t>
      </w:r>
      <w:r>
        <w:rPr>
          <w:lang w:val="sv-SE"/>
        </w:rPr>
        <w:t>,</w:t>
      </w:r>
      <w:r w:rsidRPr="000463B0">
        <w:rPr>
          <w:lang w:val="sv-SE"/>
        </w:rPr>
        <w:t xml:space="preserve"> gärna 1–2 personer</w:t>
      </w:r>
    </w:p>
    <w:p w14:paraId="4F61A53A" w14:textId="77777777" w:rsidR="000463B0" w:rsidRPr="000463B0" w:rsidRDefault="000463B0">
      <w:pPr>
        <w:rPr>
          <w:lang w:val="sv-SE"/>
        </w:rPr>
      </w:pPr>
    </w:p>
    <w:tbl>
      <w:tblPr>
        <w:tblW w:w="0" w:type="auto"/>
        <w:jc w:val="center"/>
        <w:tblLayout w:type="fixed"/>
        <w:tblLook w:val="04A0" w:firstRow="1" w:lastRow="0" w:firstColumn="1" w:lastColumn="0" w:noHBand="0" w:noVBand="1"/>
      </w:tblPr>
      <w:tblGrid>
        <w:gridCol w:w="10200"/>
      </w:tblGrid>
      <w:tr w:rsidR="00D13442" w14:paraId="6B5B81AA" w14:textId="77777777">
        <w:trPr>
          <w:jc w:val="center"/>
        </w:trPr>
        <w:tc>
          <w:tcPr>
            <w:tcW w:w="10200" w:type="dxa"/>
            <w:shd w:val="clear" w:color="auto" w:fill="F6EDEE"/>
            <w:tcMar>
              <w:top w:w="150" w:type="dxa"/>
              <w:left w:w="180" w:type="dxa"/>
              <w:bottom w:w="150" w:type="dxa"/>
              <w:right w:w="180" w:type="dxa"/>
            </w:tcMar>
          </w:tcPr>
          <w:p w14:paraId="7E21E776" w14:textId="77777777" w:rsidR="00D13442" w:rsidRPr="002A4786" w:rsidRDefault="00000000">
            <w:pPr>
              <w:spacing w:after="60"/>
              <w:rPr>
                <w:lang w:val="sv-SE"/>
              </w:rPr>
            </w:pPr>
            <w:r w:rsidRPr="002A4786">
              <w:rPr>
                <w:b/>
                <w:color w:val="C62026"/>
                <w:sz w:val="22"/>
                <w:lang w:val="sv-SE"/>
              </w:rPr>
              <w:t>FÖLJ UPP UNDER SÄSONGEN</w:t>
            </w:r>
          </w:p>
          <w:p w14:paraId="75B99379" w14:textId="77777777" w:rsidR="00D13442" w:rsidRDefault="00000000">
            <w:pPr>
              <w:spacing w:after="0" w:line="252" w:lineRule="auto"/>
            </w:pPr>
            <w:r w:rsidRPr="002A4786">
              <w:rPr>
                <w:lang w:val="sv-SE"/>
              </w:rPr>
              <w:t xml:space="preserve">Värdeord • in-/utcheckning • feedbackkultur • </w:t>
            </w:r>
            <w:proofErr w:type="spellStart"/>
            <w:r w:rsidRPr="002A4786">
              <w:rPr>
                <w:lang w:val="sv-SE"/>
              </w:rPr>
              <w:t>spelprinciper</w:t>
            </w:r>
            <w:proofErr w:type="spellEnd"/>
            <w:r w:rsidRPr="002A4786">
              <w:rPr>
                <w:lang w:val="sv-SE"/>
              </w:rPr>
              <w:t xml:space="preserve"> • positionsmatris • bemanning • rutiner inför match. </w:t>
            </w:r>
            <w:proofErr w:type="spellStart"/>
            <w:r>
              <w:t>Justera</w:t>
            </w:r>
            <w:proofErr w:type="spellEnd"/>
            <w:r>
              <w:t xml:space="preserve"> </w:t>
            </w:r>
            <w:proofErr w:type="spellStart"/>
            <w:r>
              <w:t>när</w:t>
            </w:r>
            <w:proofErr w:type="spellEnd"/>
            <w:r>
              <w:t xml:space="preserve"> </w:t>
            </w:r>
            <w:proofErr w:type="spellStart"/>
            <w:r>
              <w:t>laget</w:t>
            </w:r>
            <w:proofErr w:type="spellEnd"/>
            <w:r>
              <w:t xml:space="preserve"> </w:t>
            </w:r>
            <w:proofErr w:type="spellStart"/>
            <w:r>
              <w:t>kommer</w:t>
            </w:r>
            <w:proofErr w:type="spellEnd"/>
            <w:r>
              <w:t xml:space="preserve"> överens om något nytt.</w:t>
            </w:r>
          </w:p>
        </w:tc>
      </w:tr>
    </w:tbl>
    <w:p w14:paraId="308A4893" w14:textId="77777777" w:rsidR="00D13442" w:rsidRDefault="00D13442">
      <w:pPr>
        <w:spacing w:after="0"/>
      </w:pPr>
    </w:p>
    <w:sectPr w:rsidR="00D13442" w:rsidSect="00034616">
      <w:footerReference w:type="default" r:id="rId8"/>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54D50" w14:textId="77777777" w:rsidR="00644698" w:rsidRDefault="00644698">
      <w:pPr>
        <w:spacing w:after="0" w:line="240" w:lineRule="auto"/>
      </w:pPr>
      <w:r>
        <w:separator/>
      </w:r>
    </w:p>
  </w:endnote>
  <w:endnote w:type="continuationSeparator" w:id="0">
    <w:p w14:paraId="5AA62950" w14:textId="77777777" w:rsidR="00644698" w:rsidRDefault="00644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ECEC" w14:textId="77777777" w:rsidR="00D13442" w:rsidRDefault="00000000">
    <w:pPr>
      <w:pStyle w:val="Sidfot"/>
      <w:jc w:val="center"/>
    </w:pPr>
    <w:r>
      <w:rPr>
        <w:color w:val="666666"/>
        <w:sz w:val="16"/>
      </w:rPr>
      <w:t>VHK Dam 2026/</w:t>
    </w:r>
    <w:proofErr w:type="gramStart"/>
    <w:r>
      <w:rPr>
        <w:color w:val="666666"/>
        <w:sz w:val="16"/>
      </w:rPr>
      <w:t>2027  |</w:t>
    </w:r>
    <w:proofErr w:type="gramEnd"/>
    <w:r>
      <w:rPr>
        <w:color w:val="666666"/>
        <w:sz w:val="16"/>
      </w:rPr>
      <w:t xml:space="preserve">  </w:t>
    </w:r>
    <w:proofErr w:type="spellStart"/>
    <w:r>
      <w:rPr>
        <w:color w:val="666666"/>
        <w:sz w:val="16"/>
      </w:rPr>
      <w:t>Levande</w:t>
    </w:r>
    <w:proofErr w:type="spellEnd"/>
    <w:r>
      <w:rPr>
        <w:color w:val="666666"/>
        <w:sz w:val="16"/>
      </w:rPr>
      <w:t xml:space="preserve"> </w:t>
    </w:r>
    <w:proofErr w:type="spellStart"/>
    <w:r>
      <w:rPr>
        <w:color w:val="666666"/>
        <w:sz w:val="16"/>
      </w:rPr>
      <w:t>lagbok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20DB" w14:textId="77777777" w:rsidR="00644698" w:rsidRDefault="00644698">
      <w:pPr>
        <w:spacing w:after="0" w:line="240" w:lineRule="auto"/>
      </w:pPr>
      <w:r>
        <w:separator/>
      </w:r>
    </w:p>
  </w:footnote>
  <w:footnote w:type="continuationSeparator" w:id="0">
    <w:p w14:paraId="41201F82" w14:textId="77777777" w:rsidR="00644698" w:rsidRDefault="00644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0411244F"/>
    <w:multiLevelType w:val="multilevel"/>
    <w:tmpl w:val="4BB2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431017">
    <w:abstractNumId w:val="8"/>
  </w:num>
  <w:num w:numId="2" w16cid:durableId="2055689726">
    <w:abstractNumId w:val="6"/>
  </w:num>
  <w:num w:numId="3" w16cid:durableId="1798718068">
    <w:abstractNumId w:val="5"/>
  </w:num>
  <w:num w:numId="4" w16cid:durableId="408889856">
    <w:abstractNumId w:val="4"/>
  </w:num>
  <w:num w:numId="5" w16cid:durableId="856234397">
    <w:abstractNumId w:val="7"/>
  </w:num>
  <w:num w:numId="6" w16cid:durableId="1006665141">
    <w:abstractNumId w:val="3"/>
  </w:num>
  <w:num w:numId="7" w16cid:durableId="1142037688">
    <w:abstractNumId w:val="2"/>
  </w:num>
  <w:num w:numId="8" w16cid:durableId="974411954">
    <w:abstractNumId w:val="1"/>
  </w:num>
  <w:num w:numId="9" w16cid:durableId="2107726225">
    <w:abstractNumId w:val="0"/>
  </w:num>
  <w:num w:numId="10" w16cid:durableId="18624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3B0"/>
    <w:rsid w:val="0006063C"/>
    <w:rsid w:val="0015074B"/>
    <w:rsid w:val="0029639D"/>
    <w:rsid w:val="002A4786"/>
    <w:rsid w:val="00326F90"/>
    <w:rsid w:val="004374F5"/>
    <w:rsid w:val="00644698"/>
    <w:rsid w:val="008A7300"/>
    <w:rsid w:val="00A46373"/>
    <w:rsid w:val="00AA1D8D"/>
    <w:rsid w:val="00B47730"/>
    <w:rsid w:val="00BF5625"/>
    <w:rsid w:val="00CB0664"/>
    <w:rsid w:val="00D134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A5C78"/>
  <w14:defaultImageDpi w14:val="300"/>
  <w15:docId w15:val="{983A7C30-7A1A-4274-947E-A8B176F4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22222"/>
      <w:sz w:val="20"/>
    </w:rPr>
  </w:style>
  <w:style w:type="paragraph" w:styleId="Rubrik1">
    <w:name w:val="heading 1"/>
    <w:basedOn w:val="Normal"/>
    <w:next w:val="Normal"/>
    <w:link w:val="Rubrik1Char"/>
    <w:uiPriority w:val="9"/>
    <w:qFormat/>
    <w:rsid w:val="00FC693F"/>
    <w:pPr>
      <w:keepNext/>
      <w:keepLines/>
      <w:spacing w:before="240"/>
      <w:outlineLvl w:val="0"/>
    </w:pPr>
    <w:rPr>
      <w:rFonts w:asciiTheme="majorHAnsi" w:eastAsiaTheme="majorEastAsia" w:hAnsiTheme="majorHAnsi" w:cstheme="majorBidi"/>
      <w:b/>
      <w:bCs/>
      <w:color w:val="C62026"/>
      <w:sz w:val="36"/>
      <w:szCs w:val="28"/>
    </w:rPr>
  </w:style>
  <w:style w:type="paragraph" w:styleId="Rubrik2">
    <w:name w:val="heading 2"/>
    <w:basedOn w:val="Normal"/>
    <w:next w:val="Normal"/>
    <w:link w:val="Rubrik2Char"/>
    <w:uiPriority w:val="9"/>
    <w:unhideWhenUsed/>
    <w:qFormat/>
    <w:rsid w:val="00FC693F"/>
    <w:pPr>
      <w:keepNext/>
      <w:keepLines/>
      <w:spacing w:before="160" w:after="60"/>
      <w:outlineLvl w:val="1"/>
    </w:pPr>
    <w:rPr>
      <w:rFonts w:asciiTheme="majorHAnsi" w:eastAsiaTheme="majorEastAsia" w:hAnsiTheme="majorHAnsi" w:cstheme="majorBidi"/>
      <w:b/>
      <w:bCs/>
      <w:sz w:val="25"/>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C62026"/>
      <w:spacing w:val="5"/>
      <w:kern w:val="28"/>
      <w:sz w:val="56"/>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777</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Svennersjö, Martina</cp:lastModifiedBy>
  <cp:revision>4</cp:revision>
  <dcterms:created xsi:type="dcterms:W3CDTF">2026-09-17T13:18:00Z</dcterms:created>
  <dcterms:modified xsi:type="dcterms:W3CDTF">2026-09-17T13:28:00Z</dcterms:modified>
  <cp:category/>
</cp:coreProperties>
</file>