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2886C" w14:textId="77777777" w:rsidR="00FC6B52" w:rsidRDefault="00AC19AB">
      <w:pPr>
        <w:spacing w:after="500"/>
      </w:pPr>
      <w:r>
        <w:rPr>
          <w:noProof/>
        </w:rPr>
        <w:drawing>
          <wp:inline distT="0" distB="0" distL="0" distR="0" wp14:anchorId="6D623004" wp14:editId="6AD8F4AC">
            <wp:extent cx="2232000" cy="71694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ifff_logo_background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32000" cy="716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87378" w14:textId="77777777" w:rsidR="00FC6B52" w:rsidRPr="00D360A9" w:rsidRDefault="00AC19AB">
      <w:pPr>
        <w:spacing w:after="440"/>
        <w:rPr>
          <w:lang w:val="sv-SE"/>
        </w:rPr>
      </w:pPr>
      <w:r w:rsidRPr="00D360A9">
        <w:rPr>
          <w:b/>
          <w:sz w:val="34"/>
          <w:lang w:val="sv-SE"/>
        </w:rPr>
        <w:t>Föredragningslista</w:t>
      </w:r>
    </w:p>
    <w:p w14:paraId="6432B36F" w14:textId="77777777" w:rsidR="00FC6B52" w:rsidRPr="00D360A9" w:rsidRDefault="00AC19AB">
      <w:pPr>
        <w:spacing w:after="260"/>
        <w:rPr>
          <w:lang w:val="sv-SE"/>
        </w:rPr>
      </w:pPr>
      <w:r w:rsidRPr="00D360A9">
        <w:rPr>
          <w:b/>
          <w:sz w:val="24"/>
          <w:lang w:val="sv-SE"/>
        </w:rPr>
        <w:t>Styrelsens förslag</w:t>
      </w:r>
    </w:p>
    <w:p w14:paraId="081A984C" w14:textId="6035F90D" w:rsidR="00FC6B52" w:rsidRPr="00D360A9" w:rsidRDefault="00AC19AB">
      <w:pPr>
        <w:ind w:left="369" w:hanging="369"/>
        <w:rPr>
          <w:lang w:val="sv-SE"/>
        </w:rPr>
      </w:pPr>
      <w:r w:rsidRPr="00D360A9">
        <w:rPr>
          <w:lang w:val="sv-SE"/>
        </w:rPr>
        <w:t xml:space="preserve">1.  </w:t>
      </w:r>
      <w:r w:rsidR="00D360A9" w:rsidRPr="00D360A9">
        <w:rPr>
          <w:lang w:val="sv-SE"/>
        </w:rPr>
        <w:t>Nya de</w:t>
      </w:r>
      <w:r w:rsidR="00D360A9">
        <w:rPr>
          <w:lang w:val="sv-SE"/>
        </w:rPr>
        <w:t xml:space="preserve">ltagare in i föreningen men som saknar </w:t>
      </w:r>
      <w:proofErr w:type="gramStart"/>
      <w:r w:rsidR="00D360A9">
        <w:rPr>
          <w:lang w:val="sv-SE"/>
        </w:rPr>
        <w:t>träningströja- förslag</w:t>
      </w:r>
      <w:proofErr w:type="gramEnd"/>
      <w:r w:rsidR="00D360A9">
        <w:rPr>
          <w:lang w:val="sv-SE"/>
        </w:rPr>
        <w:t xml:space="preserve"> att föreningen köper in ytterligare 30st i olika </w:t>
      </w:r>
      <w:proofErr w:type="spellStart"/>
      <w:r w:rsidR="00D360A9">
        <w:rPr>
          <w:lang w:val="sv-SE"/>
        </w:rPr>
        <w:t>strl</w:t>
      </w:r>
      <w:proofErr w:type="spellEnd"/>
      <w:r w:rsidR="00D360A9">
        <w:rPr>
          <w:lang w:val="sv-SE"/>
        </w:rPr>
        <w:t xml:space="preserve"> samt 2st ledartröjor till en kostnad av 6113kr</w:t>
      </w:r>
    </w:p>
    <w:p w14:paraId="7F514F75" w14:textId="5341EBC0" w:rsidR="00FC6B52" w:rsidRPr="00D360A9" w:rsidRDefault="00AC19AB">
      <w:pPr>
        <w:ind w:left="369" w:hanging="369"/>
        <w:rPr>
          <w:lang w:val="sv-SE"/>
        </w:rPr>
      </w:pPr>
      <w:r w:rsidRPr="00D360A9">
        <w:rPr>
          <w:lang w:val="sv-SE"/>
        </w:rPr>
        <w:t>2.</w:t>
      </w:r>
      <w:r w:rsidR="00D360A9">
        <w:rPr>
          <w:lang w:val="sv-SE"/>
        </w:rPr>
        <w:t xml:space="preserve"> Våra egna tävlingar skall vi utöka till 2 </w:t>
      </w:r>
      <w:proofErr w:type="spellStart"/>
      <w:r w:rsidR="00D360A9">
        <w:rPr>
          <w:lang w:val="sv-SE"/>
        </w:rPr>
        <w:t>st</w:t>
      </w:r>
      <w:proofErr w:type="spellEnd"/>
      <w:r w:rsidR="00D360A9">
        <w:rPr>
          <w:lang w:val="sv-SE"/>
        </w:rPr>
        <w:t xml:space="preserve"> en på vår och en på höst?</w:t>
      </w:r>
    </w:p>
    <w:sectPr w:rsidR="00FC6B52" w:rsidRPr="00D360A9" w:rsidSect="00034616">
      <w:pgSz w:w="12240" w:h="15840"/>
      <w:pgMar w:top="907" w:right="1417" w:bottom="130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6412035">
    <w:abstractNumId w:val="8"/>
  </w:num>
  <w:num w:numId="2" w16cid:durableId="925192891">
    <w:abstractNumId w:val="6"/>
  </w:num>
  <w:num w:numId="3" w16cid:durableId="933561097">
    <w:abstractNumId w:val="5"/>
  </w:num>
  <w:num w:numId="4" w16cid:durableId="470177109">
    <w:abstractNumId w:val="4"/>
  </w:num>
  <w:num w:numId="5" w16cid:durableId="1400668062">
    <w:abstractNumId w:val="7"/>
  </w:num>
  <w:num w:numId="6" w16cid:durableId="716852185">
    <w:abstractNumId w:val="3"/>
  </w:num>
  <w:num w:numId="7" w16cid:durableId="1739401209">
    <w:abstractNumId w:val="2"/>
  </w:num>
  <w:num w:numId="8" w16cid:durableId="500390572">
    <w:abstractNumId w:val="1"/>
  </w:num>
  <w:num w:numId="9" w16cid:durableId="1202983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14A5"/>
    <w:rsid w:val="0029639D"/>
    <w:rsid w:val="00326F90"/>
    <w:rsid w:val="00713501"/>
    <w:rsid w:val="00AA1D8D"/>
    <w:rsid w:val="00AC19AB"/>
    <w:rsid w:val="00B47730"/>
    <w:rsid w:val="00CB0664"/>
    <w:rsid w:val="00CF2644"/>
    <w:rsid w:val="00D360A9"/>
    <w:rsid w:val="00FC693F"/>
    <w:rsid w:val="00FC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7A68AF"/>
  <w14:defaultImageDpi w14:val="300"/>
  <w15:docId w15:val="{E927A34B-C299-4A7B-8942-0B0E74B48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</w:rPr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Mattias Sjölander</cp:lastModifiedBy>
  <cp:revision>2</cp:revision>
  <dcterms:created xsi:type="dcterms:W3CDTF">2026-10-13T09:21:00Z</dcterms:created>
  <dcterms:modified xsi:type="dcterms:W3CDTF">2026-10-13T09:21:00Z</dcterms:modified>
  <cp:category/>
</cp:coreProperties>
</file>