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668BC" w14:textId="682DAD24" w:rsidR="001B5AA2" w:rsidRPr="00F357B9" w:rsidRDefault="00CA0844">
      <w:pPr>
        <w:pStyle w:val="Rubrik"/>
        <w:rPr>
          <w:lang w:val="sv-SE"/>
        </w:rPr>
      </w:pPr>
      <w:r w:rsidRPr="00F357B9">
        <w:rPr>
          <w:lang w:val="sv-SE"/>
        </w:rPr>
        <w:t xml:space="preserve">Sommarutmaning 2025: </w:t>
      </w:r>
      <w:proofErr w:type="spellStart"/>
      <w:r w:rsidRPr="00F357B9">
        <w:rPr>
          <w:lang w:val="sv-SE"/>
        </w:rPr>
        <w:t>Rolfö</w:t>
      </w:r>
      <w:proofErr w:type="spellEnd"/>
      <w:r w:rsidRPr="00F357B9">
        <w:rPr>
          <w:lang w:val="sv-SE"/>
        </w:rPr>
        <w:t xml:space="preserve">, </w:t>
      </w:r>
      <w:proofErr w:type="spellStart"/>
      <w:r w:rsidR="00436D86">
        <w:rPr>
          <w:lang w:val="sv-SE"/>
        </w:rPr>
        <w:t>Bonmati</w:t>
      </w:r>
      <w:proofErr w:type="spellEnd"/>
      <w:r w:rsidRPr="00F357B9">
        <w:rPr>
          <w:lang w:val="sv-SE"/>
        </w:rPr>
        <w:t xml:space="preserve">, </w:t>
      </w:r>
      <w:proofErr w:type="spellStart"/>
      <w:r w:rsidR="007A3A4E">
        <w:rPr>
          <w:lang w:val="sv-SE"/>
        </w:rPr>
        <w:t>Katoto</w:t>
      </w:r>
      <w:proofErr w:type="spellEnd"/>
      <w:r w:rsidRPr="00F357B9">
        <w:rPr>
          <w:lang w:val="sv-SE"/>
        </w:rPr>
        <w:t xml:space="preserve">, </w:t>
      </w:r>
      <w:r w:rsidR="00F03BD4">
        <w:rPr>
          <w:lang w:val="sv-SE"/>
        </w:rPr>
        <w:t xml:space="preserve">Marklund, </w:t>
      </w:r>
      <w:r w:rsidR="00EA5B11">
        <w:rPr>
          <w:lang w:val="sv-SE"/>
        </w:rPr>
        <w:t>Russo</w:t>
      </w:r>
      <w:r w:rsidR="008578AB">
        <w:rPr>
          <w:lang w:val="sv-SE"/>
        </w:rPr>
        <w:t xml:space="preserve"> </w:t>
      </w:r>
      <w:r w:rsidR="008578AB"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  <w:lang w:val="sv-SE"/>
        </w:rPr>
        <mc:AlternateContent>
          <mc:Choice Requires="w16se">
            <w16se:symEx w16se:font="Apple Color Emoji" w16se:char="1F60E"/>
          </mc:Choice>
          <mc:Fallback>
            <w:t>😎</w:t>
          </mc:Fallback>
        </mc:AlternateContent>
      </w:r>
    </w:p>
    <w:p w14:paraId="108CDE8C" w14:textId="34F9E10C" w:rsidR="001B5AA2" w:rsidRDefault="00CA0844">
      <w:r w:rsidRPr="00F357B9">
        <w:rPr>
          <w:lang w:val="sv-SE"/>
        </w:rPr>
        <w:t xml:space="preserve">Här är årets </w:t>
      </w:r>
      <w:r w:rsidR="00F357B9">
        <w:rPr>
          <w:lang w:val="sv-SE"/>
        </w:rPr>
        <w:t>sommar</w:t>
      </w:r>
      <w:r w:rsidRPr="00F357B9">
        <w:rPr>
          <w:lang w:val="sv-SE"/>
        </w:rPr>
        <w:t xml:space="preserve">utmaning. Man måste </w:t>
      </w:r>
      <w:r w:rsidR="00DF0DF4">
        <w:rPr>
          <w:lang w:val="sv-SE"/>
        </w:rPr>
        <w:t>klara</w:t>
      </w:r>
      <w:r w:rsidRPr="00F357B9">
        <w:rPr>
          <w:lang w:val="sv-SE"/>
        </w:rPr>
        <w:t xml:space="preserve"> alla </w:t>
      </w:r>
      <w:r w:rsidR="00DF0DF4">
        <w:rPr>
          <w:lang w:val="sv-SE"/>
        </w:rPr>
        <w:t xml:space="preserve">övingar </w:t>
      </w:r>
      <w:r w:rsidRPr="00F357B9">
        <w:rPr>
          <w:lang w:val="sv-SE"/>
        </w:rPr>
        <w:t>i nivå</w:t>
      </w:r>
      <w:r w:rsidR="008F0576">
        <w:rPr>
          <w:lang w:val="sv-SE"/>
        </w:rPr>
        <w:t xml:space="preserve"> 1,2 eller 3</w:t>
      </w:r>
      <w:r w:rsidRPr="00F357B9">
        <w:rPr>
          <w:lang w:val="sv-SE"/>
        </w:rPr>
        <w:t xml:space="preserve"> för att </w:t>
      </w:r>
      <w:r w:rsidR="00164C82">
        <w:rPr>
          <w:lang w:val="sv-SE"/>
        </w:rPr>
        <w:t>man ska klara utmaningen</w:t>
      </w:r>
      <w:r w:rsidRPr="00F357B9">
        <w:rPr>
          <w:lang w:val="sv-SE"/>
        </w:rPr>
        <w:t>.</w:t>
      </w:r>
      <w:r w:rsidR="00F357B9">
        <w:rPr>
          <w:lang w:val="sv-SE"/>
        </w:rPr>
        <w:t xml:space="preserve"> U</w:t>
      </w:r>
      <w:r w:rsidRPr="00F357B9">
        <w:rPr>
          <w:lang w:val="sv-SE"/>
        </w:rPr>
        <w:t>tmaningen pågår 5/7 – 7/8.</w:t>
      </w:r>
      <w:r w:rsidRPr="00F357B9">
        <w:rPr>
          <w:lang w:val="sv-SE"/>
        </w:rPr>
        <w:br/>
      </w:r>
      <w:r w:rsidRPr="00F357B9">
        <w:rPr>
          <w:lang w:val="sv-SE"/>
        </w:rPr>
        <w:br/>
        <w:t>Ni håller själva koll på hur många pass ni kör. Kom ihåg:</w:t>
      </w:r>
      <w:r w:rsidRPr="00F357B9">
        <w:rPr>
          <w:lang w:val="sv-SE"/>
        </w:rPr>
        <w:br/>
      </w:r>
      <w:r w:rsidRPr="00F357B9">
        <w:rPr>
          <w:lang w:val="sv-SE"/>
        </w:rPr>
        <w:br/>
      </w:r>
      <w:r w:rsidRPr="00F357B9">
        <w:rPr>
          <w:b/>
          <w:bCs/>
          <w:lang w:val="sv-SE"/>
        </w:rPr>
        <w:t>– Ni gör detta enbart för er själva, för ett bättre mående – och det blir roligare med fotboll när man känner att man orkar springa och att tekniken fungerar bra!</w:t>
      </w:r>
      <w:r w:rsidRPr="00F357B9">
        <w:rPr>
          <w:lang w:val="sv-SE"/>
        </w:rPr>
        <w:br/>
      </w:r>
      <w:r w:rsidRPr="00F357B9">
        <w:rPr>
          <w:lang w:val="sv-SE"/>
        </w:rPr>
        <w:br/>
      </w:r>
      <w:r>
        <w:t>Nivå 1</w:t>
      </w:r>
      <w:r w:rsidR="007A66F8">
        <w:t xml:space="preserve">fixar ni </w:t>
      </w:r>
      <w:r>
        <w:t>alla!</w:t>
      </w:r>
      <w:r w:rsidR="00DD6FD0">
        <w:t xml:space="preserve"> </w:t>
      </w:r>
    </w:p>
    <w:p w14:paraId="72958F3D" w14:textId="77777777" w:rsidR="00AE6165" w:rsidRPr="00DD6FD0" w:rsidRDefault="00AE6165">
      <w:pPr>
        <w:rPr>
          <w:lang w:val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59"/>
        <w:gridCol w:w="2157"/>
        <w:gridCol w:w="2157"/>
        <w:gridCol w:w="2157"/>
      </w:tblGrid>
      <w:tr w:rsidR="001B5AA2" w14:paraId="055DBBEC" w14:textId="77777777">
        <w:tc>
          <w:tcPr>
            <w:tcW w:w="2160" w:type="dxa"/>
          </w:tcPr>
          <w:p w14:paraId="07426A11" w14:textId="77777777" w:rsidR="001B5AA2" w:rsidRDefault="00CA0844">
            <w:r>
              <w:t>Övning</w:t>
            </w:r>
          </w:p>
        </w:tc>
        <w:tc>
          <w:tcPr>
            <w:tcW w:w="2160" w:type="dxa"/>
          </w:tcPr>
          <w:p w14:paraId="19EBD36A" w14:textId="77777777" w:rsidR="001B5AA2" w:rsidRDefault="00CA0844">
            <w:r>
              <w:t>Nivå 1</w:t>
            </w:r>
          </w:p>
        </w:tc>
        <w:tc>
          <w:tcPr>
            <w:tcW w:w="2160" w:type="dxa"/>
          </w:tcPr>
          <w:p w14:paraId="071A36B2" w14:textId="77777777" w:rsidR="001B5AA2" w:rsidRDefault="00CA0844">
            <w:r>
              <w:t>Nivå 2</w:t>
            </w:r>
          </w:p>
        </w:tc>
        <w:tc>
          <w:tcPr>
            <w:tcW w:w="2160" w:type="dxa"/>
          </w:tcPr>
          <w:p w14:paraId="13B0EC16" w14:textId="77777777" w:rsidR="001B5AA2" w:rsidRDefault="00CA0844">
            <w:r>
              <w:t>Nivå 3</w:t>
            </w:r>
          </w:p>
        </w:tc>
      </w:tr>
      <w:tr w:rsidR="001B5AA2" w:rsidRPr="000A2D92" w14:paraId="2F0A9E6E" w14:textId="77777777">
        <w:tc>
          <w:tcPr>
            <w:tcW w:w="2160" w:type="dxa"/>
          </w:tcPr>
          <w:p w14:paraId="466A689B" w14:textId="228D5DCD" w:rsidR="001B5AA2" w:rsidRDefault="00F357B9">
            <w:pPr>
              <w:rPr>
                <w:lang w:val="sv-SE"/>
              </w:rPr>
            </w:pPr>
            <w:r>
              <w:rPr>
                <w:lang w:val="sv-SE"/>
              </w:rPr>
              <w:t>”</w:t>
            </w:r>
            <w:proofErr w:type="spellStart"/>
            <w:r w:rsidRPr="00F357B9">
              <w:rPr>
                <w:lang w:val="sv-SE"/>
              </w:rPr>
              <w:t>Rolfö</w:t>
            </w:r>
            <w:proofErr w:type="spellEnd"/>
            <w:r>
              <w:rPr>
                <w:lang w:val="sv-SE"/>
              </w:rPr>
              <w:t>”</w:t>
            </w:r>
            <w:r w:rsidR="001566E9">
              <w:rPr>
                <w:lang w:val="sv-SE"/>
              </w:rPr>
              <w:t xml:space="preserve"> </w:t>
            </w:r>
            <w:r w:rsidR="001566E9">
              <w:rPr>
                <mc:AlternateContent>
                  <mc:Choice Requires="w16se"/>
                  <mc:Fallback>
                    <w:rFonts w:ascii="Apple Color Emoji" w:eastAsia="Apple Color Emoji" w:hAnsi="Apple Color Emoji" w:cs="Apple Color Emoji"/>
                  </mc:Fallback>
                </mc:AlternateContent>
                <w:lang w:val="sv-SE"/>
              </w:rPr>
              <mc:AlternateContent>
                <mc:Choice Requires="w16se">
                  <w16se:symEx w16se:font="Apple Color Emoji" w16se:char="1F45F"/>
                </mc:Choice>
                <mc:Fallback>
                  <w:t>👟</w:t>
                </mc:Fallback>
              </mc:AlternateContent>
            </w:r>
            <w:r w:rsidRPr="00F357B9">
              <w:rPr>
                <w:lang w:val="sv-SE"/>
              </w:rPr>
              <w:br/>
              <w:t>Öva på tillslaget antingen genom att skjuta eller slå långbollar</w:t>
            </w:r>
          </w:p>
          <w:p w14:paraId="77FEFB7D" w14:textId="5AD5D0EF" w:rsidR="00E74AA4" w:rsidRPr="00F357B9" w:rsidRDefault="00E74AA4">
            <w:pPr>
              <w:rPr>
                <w:lang w:val="sv-SE"/>
              </w:rPr>
            </w:pPr>
          </w:p>
        </w:tc>
        <w:tc>
          <w:tcPr>
            <w:tcW w:w="2160" w:type="dxa"/>
          </w:tcPr>
          <w:p w14:paraId="0C02D171" w14:textId="77777777" w:rsidR="001B5AA2" w:rsidRPr="00F357B9" w:rsidRDefault="00CA0844">
            <w:pPr>
              <w:rPr>
                <w:lang w:val="sv-SE"/>
              </w:rPr>
            </w:pPr>
            <w:proofErr w:type="gramStart"/>
            <w:r w:rsidRPr="00F357B9">
              <w:rPr>
                <w:lang w:val="sv-SE"/>
              </w:rPr>
              <w:t>300 st</w:t>
            </w:r>
            <w:proofErr w:type="gramEnd"/>
            <w:r w:rsidRPr="00F357B9">
              <w:rPr>
                <w:lang w:val="sv-SE"/>
              </w:rPr>
              <w:t xml:space="preserve"> varav minst 30 med fel fot</w:t>
            </w:r>
          </w:p>
        </w:tc>
        <w:tc>
          <w:tcPr>
            <w:tcW w:w="2160" w:type="dxa"/>
          </w:tcPr>
          <w:p w14:paraId="6329863C" w14:textId="77777777" w:rsidR="001B5AA2" w:rsidRPr="00F357B9" w:rsidRDefault="00CA0844">
            <w:pPr>
              <w:rPr>
                <w:lang w:val="sv-SE"/>
              </w:rPr>
            </w:pPr>
            <w:proofErr w:type="gramStart"/>
            <w:r w:rsidRPr="00F357B9">
              <w:rPr>
                <w:lang w:val="sv-SE"/>
              </w:rPr>
              <w:t>500 st</w:t>
            </w:r>
            <w:proofErr w:type="gramEnd"/>
            <w:r w:rsidRPr="00F357B9">
              <w:rPr>
                <w:lang w:val="sv-SE"/>
              </w:rPr>
              <w:t xml:space="preserve"> varav minst 50 med fel fot</w:t>
            </w:r>
          </w:p>
        </w:tc>
        <w:tc>
          <w:tcPr>
            <w:tcW w:w="2160" w:type="dxa"/>
          </w:tcPr>
          <w:p w14:paraId="4B0F8FC0" w14:textId="77777777" w:rsidR="001B5AA2" w:rsidRPr="00F357B9" w:rsidRDefault="00CA0844">
            <w:pPr>
              <w:rPr>
                <w:lang w:val="sv-SE"/>
              </w:rPr>
            </w:pPr>
            <w:proofErr w:type="gramStart"/>
            <w:r w:rsidRPr="00F357B9">
              <w:rPr>
                <w:lang w:val="sv-SE"/>
              </w:rPr>
              <w:t>800 st</w:t>
            </w:r>
            <w:proofErr w:type="gramEnd"/>
            <w:r w:rsidRPr="00F357B9">
              <w:rPr>
                <w:lang w:val="sv-SE"/>
              </w:rPr>
              <w:t xml:space="preserve"> varav minst 100 med fel fot</w:t>
            </w:r>
          </w:p>
        </w:tc>
      </w:tr>
      <w:tr w:rsidR="001B5AA2" w14:paraId="568BDA17" w14:textId="77777777">
        <w:tc>
          <w:tcPr>
            <w:tcW w:w="2160" w:type="dxa"/>
          </w:tcPr>
          <w:p w14:paraId="6F71C609" w14:textId="497E0617" w:rsidR="001B5AA2" w:rsidRDefault="00F357B9">
            <w:r>
              <w:rPr>
                <w:lang w:val="sv-SE"/>
              </w:rPr>
              <w:t>”</w:t>
            </w:r>
            <w:proofErr w:type="spellStart"/>
            <w:r w:rsidR="00436D86">
              <w:rPr>
                <w:lang w:val="sv-SE"/>
              </w:rPr>
              <w:t>Bonmati</w:t>
            </w:r>
            <w:proofErr w:type="spellEnd"/>
            <w:r>
              <w:rPr>
                <w:lang w:val="sv-SE"/>
              </w:rPr>
              <w:t>”</w:t>
            </w:r>
            <w:r w:rsidR="001566E9">
              <w:rPr>
                <w:lang w:val="sv-SE"/>
              </w:rPr>
              <w:t xml:space="preserve"> </w:t>
            </w:r>
            <w:r w:rsidR="00D04A88">
              <w:rPr>
                <mc:AlternateContent>
                  <mc:Choice Requires="w16se"/>
                  <mc:Fallback>
                    <w:rFonts w:ascii="Apple Color Emoji" w:eastAsia="Apple Color Emoji" w:hAnsi="Apple Color Emoji" w:cs="Apple Color Emoji"/>
                  </mc:Fallback>
                </mc:AlternateContent>
                <w:lang w:val="sv-SE"/>
              </w:rPr>
              <mc:AlternateContent>
                <mc:Choice Requires="w16se">
                  <w16se:symEx w16se:font="Apple Color Emoji" w16se:char="1F939"/>
                </mc:Choice>
                <mc:Fallback>
                  <w:t>🤹</w:t>
                </mc:Fallback>
              </mc:AlternateContent>
            </w:r>
            <w:r w:rsidR="00D04A88">
              <w:rPr>
                <w:lang w:val="sv-SE"/>
              </w:rPr>
              <w:t>‍</w:t>
            </w:r>
            <w:r w:rsidR="00D04A88">
              <w:rPr>
                <mc:AlternateContent>
                  <mc:Choice Requires="w16se"/>
                  <mc:Fallback>
                    <w:rFonts w:ascii="Apple Color Emoji" w:eastAsia="Apple Color Emoji" w:hAnsi="Apple Color Emoji" w:cs="Apple Color Emoji"/>
                  </mc:Fallback>
                </mc:AlternateContent>
                <w:lang w:val="sv-SE"/>
              </w:rPr>
              <mc:AlternateContent>
                <mc:Choice Requires="w16se">
                  <w16se:symEx w16se:font="Apple Color Emoji" w16se:char="2640"/>
                </mc:Choice>
                <mc:Fallback>
                  <w:t>♀</w:t>
                </mc:Fallback>
              </mc:AlternateContent>
            </w:r>
            <w:r w:rsidR="00D04A88">
              <w:rPr>
                <w:lang w:val="sv-SE"/>
              </w:rPr>
              <w:t>️</w:t>
            </w:r>
            <w:r w:rsidRPr="00F357B9">
              <w:rPr>
                <w:lang w:val="sv-SE"/>
              </w:rPr>
              <w:br/>
              <w:t>Ett ”</w:t>
            </w:r>
            <w:proofErr w:type="spellStart"/>
            <w:r w:rsidR="0059701F">
              <w:rPr>
                <w:lang w:val="sv-SE"/>
              </w:rPr>
              <w:t>Bonmati</w:t>
            </w:r>
            <w:proofErr w:type="spellEnd"/>
            <w:r w:rsidRPr="00F357B9">
              <w:rPr>
                <w:lang w:val="sv-SE"/>
              </w:rPr>
              <w:t xml:space="preserve">-pass” är 5 minuter långt. Då ska du jonglera eller köra konbanor. </w:t>
            </w:r>
            <w:r>
              <w:t>Max 3 pass/dag.</w:t>
            </w:r>
            <w:r w:rsidR="00E74AA4">
              <w:t xml:space="preserve"> </w:t>
            </w:r>
          </w:p>
          <w:p w14:paraId="456CA818" w14:textId="668E59CB" w:rsidR="00E74AA4" w:rsidRDefault="00E74AA4"/>
        </w:tc>
        <w:tc>
          <w:tcPr>
            <w:tcW w:w="2160" w:type="dxa"/>
          </w:tcPr>
          <w:p w14:paraId="74797B28" w14:textId="77777777" w:rsidR="001B5AA2" w:rsidRDefault="00CA0844">
            <w:r>
              <w:t xml:space="preserve">8 </w:t>
            </w:r>
            <w:proofErr w:type="gramStart"/>
            <w:r>
              <w:t>pass</w:t>
            </w:r>
            <w:proofErr w:type="gramEnd"/>
          </w:p>
        </w:tc>
        <w:tc>
          <w:tcPr>
            <w:tcW w:w="2160" w:type="dxa"/>
          </w:tcPr>
          <w:p w14:paraId="73769095" w14:textId="77777777" w:rsidR="001B5AA2" w:rsidRDefault="00CA0844">
            <w:r>
              <w:t xml:space="preserve">14 </w:t>
            </w:r>
            <w:proofErr w:type="gramStart"/>
            <w:r>
              <w:t>pass</w:t>
            </w:r>
            <w:proofErr w:type="gramEnd"/>
          </w:p>
        </w:tc>
        <w:tc>
          <w:tcPr>
            <w:tcW w:w="2160" w:type="dxa"/>
          </w:tcPr>
          <w:p w14:paraId="2695A947" w14:textId="77777777" w:rsidR="001B5AA2" w:rsidRDefault="00CA0844">
            <w:r>
              <w:t xml:space="preserve">22 </w:t>
            </w:r>
            <w:proofErr w:type="gramStart"/>
            <w:r>
              <w:t>pass</w:t>
            </w:r>
            <w:proofErr w:type="gramEnd"/>
          </w:p>
        </w:tc>
      </w:tr>
      <w:tr w:rsidR="001B5AA2" w14:paraId="25DDF1A6" w14:textId="77777777">
        <w:tc>
          <w:tcPr>
            <w:tcW w:w="2160" w:type="dxa"/>
          </w:tcPr>
          <w:p w14:paraId="199F653F" w14:textId="682997C2" w:rsidR="001B5AA2" w:rsidRDefault="00F357B9">
            <w:pPr>
              <w:rPr>
                <w:lang w:val="sv-SE"/>
              </w:rPr>
            </w:pPr>
            <w:r>
              <w:rPr>
                <w:lang w:val="sv-SE"/>
              </w:rPr>
              <w:t>”</w:t>
            </w:r>
            <w:proofErr w:type="spellStart"/>
            <w:r w:rsidR="00992D4F">
              <w:rPr>
                <w:lang w:val="sv-SE"/>
              </w:rPr>
              <w:t>Katoto</w:t>
            </w:r>
            <w:proofErr w:type="spellEnd"/>
            <w:r>
              <w:rPr>
                <w:lang w:val="sv-SE"/>
              </w:rPr>
              <w:t>”</w:t>
            </w:r>
            <w:r w:rsidR="00D04A88">
              <w:rPr>
                <w:lang w:val="sv-SE"/>
              </w:rPr>
              <w:t xml:space="preserve"> </w:t>
            </w:r>
            <w:r w:rsidR="00584AB0">
              <w:rPr>
                <mc:AlternateContent>
                  <mc:Choice Requires="w16se"/>
                  <mc:Fallback>
                    <w:rFonts w:ascii="Apple Color Emoji" w:eastAsia="Apple Color Emoji" w:hAnsi="Apple Color Emoji" w:cs="Apple Color Emoji"/>
                  </mc:Fallback>
                </mc:AlternateContent>
                <w:lang w:val="sv-SE"/>
              </w:rPr>
              <mc:AlternateContent>
                <mc:Choice Requires="w16se">
                  <w16se:symEx w16se:font="Apple Color Emoji" w16se:char="1F3C3"/>
                </mc:Choice>
                <mc:Fallback>
                  <w:t>🏃</w:t>
                </mc:Fallback>
              </mc:AlternateContent>
            </w:r>
            <w:r w:rsidR="00584AB0">
              <w:rPr>
                <w:lang w:val="sv-SE"/>
              </w:rPr>
              <w:t>‍</w:t>
            </w:r>
            <w:r w:rsidR="00584AB0">
              <w:rPr>
                <mc:AlternateContent>
                  <mc:Choice Requires="w16se"/>
                  <mc:Fallback>
                    <w:rFonts w:ascii="Apple Color Emoji" w:eastAsia="Apple Color Emoji" w:hAnsi="Apple Color Emoji" w:cs="Apple Color Emoji"/>
                  </mc:Fallback>
                </mc:AlternateContent>
                <w:lang w:val="sv-SE"/>
              </w:rPr>
              <mc:AlternateContent>
                <mc:Choice Requires="w16se">
                  <w16se:symEx w16se:font="Apple Color Emoji" w16se:char="2640"/>
                </mc:Choice>
                <mc:Fallback>
                  <w:t>♀</w:t>
                </mc:Fallback>
              </mc:AlternateContent>
            </w:r>
            <w:r w:rsidR="00584AB0">
              <w:rPr>
                <w:lang w:val="sv-SE"/>
              </w:rPr>
              <w:t>️</w:t>
            </w:r>
            <w:r w:rsidRPr="00F357B9">
              <w:rPr>
                <w:lang w:val="sv-SE"/>
              </w:rPr>
              <w:br/>
              <w:t xml:space="preserve">Ett </w:t>
            </w:r>
            <w:proofErr w:type="spellStart"/>
            <w:r w:rsidR="00992D4F">
              <w:rPr>
                <w:lang w:val="sv-SE"/>
              </w:rPr>
              <w:t>Katoto</w:t>
            </w:r>
            <w:proofErr w:type="spellEnd"/>
            <w:r>
              <w:rPr>
                <w:lang w:val="sv-SE"/>
              </w:rPr>
              <w:t>-</w:t>
            </w:r>
            <w:r w:rsidRPr="00F357B9">
              <w:rPr>
                <w:lang w:val="sv-SE"/>
              </w:rPr>
              <w:t xml:space="preserve">pass innehåller minst </w:t>
            </w:r>
            <w:r w:rsidR="004164F9">
              <w:rPr>
                <w:lang w:val="sv-SE"/>
              </w:rPr>
              <w:t>10</w:t>
            </w:r>
            <w:r w:rsidRPr="00F357B9">
              <w:rPr>
                <w:lang w:val="sv-SE"/>
              </w:rPr>
              <w:t xml:space="preserve"> </w:t>
            </w:r>
            <w:r w:rsidR="004164F9">
              <w:rPr>
                <w:lang w:val="sv-SE"/>
              </w:rPr>
              <w:t>min</w:t>
            </w:r>
            <w:r w:rsidRPr="00F357B9">
              <w:rPr>
                <w:lang w:val="sv-SE"/>
              </w:rPr>
              <w:t xml:space="preserve"> löpning </w:t>
            </w:r>
          </w:p>
          <w:p w14:paraId="4E3A8144" w14:textId="6D7FC44C" w:rsidR="000E207A" w:rsidRPr="00F357B9" w:rsidRDefault="000E207A">
            <w:pPr>
              <w:rPr>
                <w:lang w:val="sv-SE"/>
              </w:rPr>
            </w:pPr>
          </w:p>
        </w:tc>
        <w:tc>
          <w:tcPr>
            <w:tcW w:w="2160" w:type="dxa"/>
          </w:tcPr>
          <w:p w14:paraId="357DF089" w14:textId="2CD0BB5B" w:rsidR="001B5AA2" w:rsidRDefault="007B186C">
            <w:r>
              <w:t>4</w:t>
            </w:r>
            <w:r w:rsidR="00CA0844">
              <w:t xml:space="preserve"> </w:t>
            </w:r>
            <w:proofErr w:type="gramStart"/>
            <w:r w:rsidR="00CA0844">
              <w:t>pass</w:t>
            </w:r>
            <w:proofErr w:type="gramEnd"/>
          </w:p>
        </w:tc>
        <w:tc>
          <w:tcPr>
            <w:tcW w:w="2160" w:type="dxa"/>
          </w:tcPr>
          <w:p w14:paraId="3B8181A6" w14:textId="2FBB18A7" w:rsidR="001B5AA2" w:rsidRDefault="007B186C">
            <w:r>
              <w:t>6</w:t>
            </w:r>
            <w:r w:rsidR="00CA0844">
              <w:t xml:space="preserve"> </w:t>
            </w:r>
            <w:proofErr w:type="gramStart"/>
            <w:r w:rsidR="00CA0844">
              <w:t>pass</w:t>
            </w:r>
            <w:proofErr w:type="gramEnd"/>
          </w:p>
        </w:tc>
        <w:tc>
          <w:tcPr>
            <w:tcW w:w="2160" w:type="dxa"/>
          </w:tcPr>
          <w:p w14:paraId="72579AE3" w14:textId="1CE8AFC0" w:rsidR="001B5AA2" w:rsidRDefault="008409EB">
            <w:r>
              <w:t>9</w:t>
            </w:r>
            <w:r w:rsidR="00CA0844">
              <w:t xml:space="preserve"> </w:t>
            </w:r>
            <w:proofErr w:type="gramStart"/>
            <w:r w:rsidR="00CA0844">
              <w:t>pass</w:t>
            </w:r>
            <w:proofErr w:type="gramEnd"/>
          </w:p>
        </w:tc>
      </w:tr>
      <w:tr w:rsidR="00FA0C5D" w14:paraId="67D2068B" w14:textId="77777777">
        <w:tc>
          <w:tcPr>
            <w:tcW w:w="2160" w:type="dxa"/>
          </w:tcPr>
          <w:p w14:paraId="6ECCC51B" w14:textId="77777777" w:rsidR="00FA0C5D" w:rsidRDefault="00FA0C5D">
            <w:pPr>
              <w:rPr>
                <w:lang w:val="sv-SE"/>
              </w:rPr>
            </w:pPr>
            <w:r>
              <w:rPr>
                <w:lang w:val="sv-SE"/>
              </w:rPr>
              <w:t xml:space="preserve">”Marklund” kolla på </w:t>
            </w:r>
            <w:r w:rsidR="00352E00">
              <w:rPr>
                <w:lang w:val="sv-SE"/>
              </w:rPr>
              <w:t>valfri Em-match</w:t>
            </w:r>
            <w:r w:rsidR="00F03BD4">
              <w:rPr>
                <w:lang w:val="sv-SE"/>
              </w:rPr>
              <w:t>. Tips! Välj en spelare på er position att fokusera på</w:t>
            </w:r>
          </w:p>
          <w:p w14:paraId="61A97956" w14:textId="0E96D554" w:rsidR="00F03BD4" w:rsidRDefault="00F03BD4">
            <w:pPr>
              <w:rPr>
                <w:lang w:val="sv-SE"/>
              </w:rPr>
            </w:pPr>
          </w:p>
        </w:tc>
        <w:tc>
          <w:tcPr>
            <w:tcW w:w="2160" w:type="dxa"/>
          </w:tcPr>
          <w:p w14:paraId="3DA0BB26" w14:textId="048889FD" w:rsidR="00FA0C5D" w:rsidRDefault="00F03BD4">
            <w:r>
              <w:t>1 match</w:t>
            </w:r>
          </w:p>
        </w:tc>
        <w:tc>
          <w:tcPr>
            <w:tcW w:w="2160" w:type="dxa"/>
          </w:tcPr>
          <w:p w14:paraId="5A3871A7" w14:textId="3AC1456C" w:rsidR="00FA0C5D" w:rsidRDefault="00F03BD4">
            <w:r>
              <w:t xml:space="preserve">3 </w:t>
            </w:r>
            <w:proofErr w:type="gramStart"/>
            <w:r>
              <w:t>matcher</w:t>
            </w:r>
            <w:proofErr w:type="gramEnd"/>
          </w:p>
        </w:tc>
        <w:tc>
          <w:tcPr>
            <w:tcW w:w="2160" w:type="dxa"/>
          </w:tcPr>
          <w:p w14:paraId="426CED22" w14:textId="575F1728" w:rsidR="00FA0C5D" w:rsidRDefault="00F03BD4">
            <w:r>
              <w:t xml:space="preserve">5 </w:t>
            </w:r>
            <w:proofErr w:type="gramStart"/>
            <w:r>
              <w:t>matcher</w:t>
            </w:r>
            <w:proofErr w:type="gramEnd"/>
          </w:p>
        </w:tc>
      </w:tr>
      <w:tr w:rsidR="001B5AA2" w14:paraId="0D784288" w14:textId="77777777">
        <w:tc>
          <w:tcPr>
            <w:tcW w:w="2160" w:type="dxa"/>
          </w:tcPr>
          <w:p w14:paraId="4256F107" w14:textId="5C8351CC" w:rsidR="001B5AA2" w:rsidRDefault="00F357B9">
            <w:r>
              <w:rPr>
                <w:lang w:val="sv-SE"/>
              </w:rPr>
              <w:t>”</w:t>
            </w:r>
            <w:r w:rsidR="00EA5B11">
              <w:rPr>
                <w:lang w:val="sv-SE"/>
              </w:rPr>
              <w:t>Russo</w:t>
            </w:r>
            <w:r>
              <w:rPr>
                <w:lang w:val="sv-SE"/>
              </w:rPr>
              <w:t>”</w:t>
            </w:r>
            <w:r w:rsidR="00584AB0">
              <w:rPr>
                <w:lang w:val="sv-SE"/>
              </w:rPr>
              <w:t xml:space="preserve"> </w:t>
            </w:r>
            <w:r w:rsidR="00584AB0">
              <w:rPr>
                <mc:AlternateContent>
                  <mc:Choice Requires="w16se"/>
                  <mc:Fallback>
                    <w:rFonts w:ascii="Apple Color Emoji" w:eastAsia="Apple Color Emoji" w:hAnsi="Apple Color Emoji" w:cs="Apple Color Emoji"/>
                  </mc:Fallback>
                </mc:AlternateContent>
                <w:lang w:val="sv-SE"/>
              </w:rPr>
              <mc:AlternateContent>
                <mc:Choice Requires="w16se">
                  <w16se:symEx w16se:font="Apple Color Emoji" w16se:char="1F4AA"/>
                </mc:Choice>
                <mc:Fallback>
                  <w:t>💪</w:t>
                </mc:Fallback>
              </mc:AlternateContent>
            </w:r>
            <w:r w:rsidRPr="00F357B9">
              <w:rPr>
                <w:lang w:val="sv-SE"/>
              </w:rPr>
              <w:br/>
              <w:t xml:space="preserve">Ett </w:t>
            </w:r>
            <w:r w:rsidR="00EA5B11">
              <w:rPr>
                <w:lang w:val="sv-SE"/>
              </w:rPr>
              <w:t>Russo</w:t>
            </w:r>
            <w:r>
              <w:rPr>
                <w:lang w:val="sv-SE"/>
              </w:rPr>
              <w:t>-</w:t>
            </w:r>
            <w:r w:rsidRPr="00F357B9">
              <w:rPr>
                <w:lang w:val="sv-SE"/>
              </w:rPr>
              <w:t xml:space="preserve">pass innehåller de övningar som listas </w:t>
            </w:r>
            <w:r w:rsidRPr="00F357B9">
              <w:rPr>
                <w:lang w:val="sv-SE"/>
              </w:rPr>
              <w:lastRenderedPageBreak/>
              <w:t xml:space="preserve">nedan. Kan göras hemma eller på gym. </w:t>
            </w:r>
            <w:r>
              <w:t>Max 2 pass/dag.</w:t>
            </w:r>
          </w:p>
          <w:p w14:paraId="4E8C3875" w14:textId="7105B434" w:rsidR="00E74AA4" w:rsidRDefault="00E74AA4"/>
        </w:tc>
        <w:tc>
          <w:tcPr>
            <w:tcW w:w="2160" w:type="dxa"/>
          </w:tcPr>
          <w:p w14:paraId="745EC175" w14:textId="70E60C69" w:rsidR="001B5AA2" w:rsidRDefault="00856B23">
            <w:r>
              <w:lastRenderedPageBreak/>
              <w:t>5</w:t>
            </w:r>
            <w:r w:rsidR="00CA0844">
              <w:t xml:space="preserve"> </w:t>
            </w:r>
            <w:proofErr w:type="gramStart"/>
            <w:r w:rsidR="00CA0844">
              <w:t>pass</w:t>
            </w:r>
            <w:proofErr w:type="gramEnd"/>
          </w:p>
        </w:tc>
        <w:tc>
          <w:tcPr>
            <w:tcW w:w="2160" w:type="dxa"/>
          </w:tcPr>
          <w:p w14:paraId="7230A75A" w14:textId="25F3F6D8" w:rsidR="001B5AA2" w:rsidRDefault="00856B23">
            <w:r>
              <w:t>8</w:t>
            </w:r>
            <w:r w:rsidR="00CA0844">
              <w:t xml:space="preserve"> </w:t>
            </w:r>
            <w:proofErr w:type="gramStart"/>
            <w:r w:rsidR="00CA0844">
              <w:t>pass</w:t>
            </w:r>
            <w:proofErr w:type="gramEnd"/>
          </w:p>
        </w:tc>
        <w:tc>
          <w:tcPr>
            <w:tcW w:w="2160" w:type="dxa"/>
          </w:tcPr>
          <w:p w14:paraId="4F911FA8" w14:textId="77777777" w:rsidR="001B5AA2" w:rsidRDefault="00CA0844">
            <w:r>
              <w:t xml:space="preserve">12 </w:t>
            </w:r>
            <w:proofErr w:type="gramStart"/>
            <w:r>
              <w:t>pass</w:t>
            </w:r>
            <w:proofErr w:type="gramEnd"/>
          </w:p>
        </w:tc>
      </w:tr>
    </w:tbl>
    <w:p w14:paraId="450AB551" w14:textId="17AF763B" w:rsidR="00F357B9" w:rsidRDefault="00F357B9"/>
    <w:p w14:paraId="599D0E5B" w14:textId="4CE6F271" w:rsidR="001B5AA2" w:rsidRDefault="00CA0844">
      <w:r>
        <w:t>Ett "</w:t>
      </w:r>
      <w:r w:rsidR="00EF4040">
        <w:t>Russo</w:t>
      </w:r>
      <w:r>
        <w:t>-pass" innehåller:</w:t>
      </w:r>
    </w:p>
    <w:p w14:paraId="2748B205" w14:textId="0EA1E154" w:rsidR="00AC7C49" w:rsidRDefault="00AC7C49">
      <w:pPr>
        <w:pStyle w:val="Punktlista"/>
      </w:pPr>
      <w:r>
        <w:t>Knäkontroll</w:t>
      </w:r>
    </w:p>
    <w:p w14:paraId="291BEA78" w14:textId="3829BAC1" w:rsidR="00036602" w:rsidRDefault="00036602" w:rsidP="00036602">
      <w:pPr>
        <w:pStyle w:val="Punktlista"/>
      </w:pPr>
      <w:r>
        <w:t>20 armhävningar</w:t>
      </w:r>
    </w:p>
    <w:p w14:paraId="26D33116" w14:textId="77777777" w:rsidR="001B5AA2" w:rsidRDefault="00CA0844">
      <w:pPr>
        <w:pStyle w:val="Punktlista"/>
      </w:pPr>
      <w:r>
        <w:t>20 benböj</w:t>
      </w:r>
    </w:p>
    <w:p w14:paraId="0F0EE499" w14:textId="77777777" w:rsidR="001B5AA2" w:rsidRDefault="00CA0844">
      <w:pPr>
        <w:pStyle w:val="Punktlista"/>
      </w:pPr>
      <w:r>
        <w:t>20 sit-ups</w:t>
      </w:r>
    </w:p>
    <w:p w14:paraId="49647F9F" w14:textId="77777777" w:rsidR="001B5AA2" w:rsidRDefault="00CA0844">
      <w:pPr>
        <w:pStyle w:val="Punktlista"/>
      </w:pPr>
      <w:r>
        <w:t>10 tåhävningar per ben</w:t>
      </w:r>
    </w:p>
    <w:p w14:paraId="2F80DFE3" w14:textId="77777777" w:rsidR="001B5AA2" w:rsidRDefault="00CA0844">
      <w:pPr>
        <w:pStyle w:val="Punktlista"/>
      </w:pPr>
      <w:r>
        <w:t>10 enbensböj per ben</w:t>
      </w:r>
    </w:p>
    <w:p w14:paraId="40FC697C" w14:textId="783037B7" w:rsidR="001B5AA2" w:rsidRDefault="00CA0844" w:rsidP="00597C33">
      <w:pPr>
        <w:pStyle w:val="Punktlista"/>
      </w:pPr>
      <w:r>
        <w:t>20 rygglyft</w:t>
      </w:r>
    </w:p>
    <w:p w14:paraId="2E67880C" w14:textId="77777777" w:rsidR="001B5AA2" w:rsidRPr="00F357B9" w:rsidRDefault="00CA0844">
      <w:pPr>
        <w:pStyle w:val="Punktlista"/>
        <w:rPr>
          <w:lang w:val="sv-SE"/>
        </w:rPr>
      </w:pPr>
      <w:r w:rsidRPr="00F357B9">
        <w:rPr>
          <w:lang w:val="sv-SE"/>
        </w:rPr>
        <w:t>(Alla övningar kan göras med motsvarande maskiner på gym/</w:t>
      </w:r>
      <w:proofErr w:type="spellStart"/>
      <w:r w:rsidRPr="00F357B9">
        <w:rPr>
          <w:lang w:val="sv-SE"/>
        </w:rPr>
        <w:t>utegym</w:t>
      </w:r>
      <w:proofErr w:type="spellEnd"/>
      <w:r w:rsidRPr="00F357B9">
        <w:rPr>
          <w:lang w:val="sv-SE"/>
        </w:rPr>
        <w:t>.)</w:t>
      </w:r>
    </w:p>
    <w:sectPr w:rsidR="001B5AA2" w:rsidRPr="00F357B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DA6ACE4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244070">
    <w:abstractNumId w:val="8"/>
  </w:num>
  <w:num w:numId="2" w16cid:durableId="417098704">
    <w:abstractNumId w:val="6"/>
  </w:num>
  <w:num w:numId="3" w16cid:durableId="468283285">
    <w:abstractNumId w:val="5"/>
  </w:num>
  <w:num w:numId="4" w16cid:durableId="1672902645">
    <w:abstractNumId w:val="4"/>
  </w:num>
  <w:num w:numId="5" w16cid:durableId="189340591">
    <w:abstractNumId w:val="7"/>
  </w:num>
  <w:num w:numId="6" w16cid:durableId="1347707577">
    <w:abstractNumId w:val="3"/>
  </w:num>
  <w:num w:numId="7" w16cid:durableId="1302152405">
    <w:abstractNumId w:val="2"/>
  </w:num>
  <w:num w:numId="8" w16cid:durableId="448549936">
    <w:abstractNumId w:val="1"/>
  </w:num>
  <w:num w:numId="9" w16cid:durableId="993531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602"/>
    <w:rsid w:val="0006063C"/>
    <w:rsid w:val="000A2D92"/>
    <w:rsid w:val="000C55CB"/>
    <w:rsid w:val="000E207A"/>
    <w:rsid w:val="0015074B"/>
    <w:rsid w:val="001566E9"/>
    <w:rsid w:val="00164C82"/>
    <w:rsid w:val="001B5AA2"/>
    <w:rsid w:val="0029639D"/>
    <w:rsid w:val="002C4F83"/>
    <w:rsid w:val="00321B88"/>
    <w:rsid w:val="00326F90"/>
    <w:rsid w:val="00352E00"/>
    <w:rsid w:val="00365FF4"/>
    <w:rsid w:val="004164F9"/>
    <w:rsid w:val="00436D86"/>
    <w:rsid w:val="00584AB0"/>
    <w:rsid w:val="0059701F"/>
    <w:rsid w:val="00597C33"/>
    <w:rsid w:val="005B6715"/>
    <w:rsid w:val="005C0F06"/>
    <w:rsid w:val="005D0BD2"/>
    <w:rsid w:val="00650659"/>
    <w:rsid w:val="007A3A4E"/>
    <w:rsid w:val="007A66F8"/>
    <w:rsid w:val="007B186C"/>
    <w:rsid w:val="00805CBE"/>
    <w:rsid w:val="008409EB"/>
    <w:rsid w:val="00856B23"/>
    <w:rsid w:val="008578AB"/>
    <w:rsid w:val="008F0576"/>
    <w:rsid w:val="00992D4F"/>
    <w:rsid w:val="00A23006"/>
    <w:rsid w:val="00AA1D8D"/>
    <w:rsid w:val="00AC7C49"/>
    <w:rsid w:val="00AE6165"/>
    <w:rsid w:val="00B47730"/>
    <w:rsid w:val="00CA0844"/>
    <w:rsid w:val="00CB0664"/>
    <w:rsid w:val="00D04A88"/>
    <w:rsid w:val="00DA1CFC"/>
    <w:rsid w:val="00DD6FD0"/>
    <w:rsid w:val="00DF0DF4"/>
    <w:rsid w:val="00E74AA4"/>
    <w:rsid w:val="00E74DB7"/>
    <w:rsid w:val="00EA5B11"/>
    <w:rsid w:val="00EF4040"/>
    <w:rsid w:val="00F03BD4"/>
    <w:rsid w:val="00F357B9"/>
    <w:rsid w:val="00FA0C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BF700"/>
  <w14:defaultImageDpi w14:val="300"/>
  <w15:docId w15:val="{3CC68CBB-DAE4-5045-80BE-090489FBA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1129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Maria  Forsell</cp:lastModifiedBy>
  <cp:revision>2</cp:revision>
  <dcterms:created xsi:type="dcterms:W3CDTF">2025-07-02T14:18:00Z</dcterms:created>
  <dcterms:modified xsi:type="dcterms:W3CDTF">2025-07-02T14:18:00Z</dcterms:modified>
  <cp:category/>
</cp:coreProperties>
</file>