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1A9D1" w14:textId="77777777" w:rsidR="0078561D" w:rsidRDefault="0078561D" w:rsidP="00785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14BCA0A7" w14:textId="77777777" w:rsidR="0078561D" w:rsidRDefault="0078561D" w:rsidP="00785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236BE576" w14:textId="77777777" w:rsidR="0078561D" w:rsidRDefault="0078561D" w:rsidP="0078561D">
      <w:r>
        <w:rPr>
          <w:rFonts w:ascii="Montserrat" w:eastAsia="Montserrat" w:hAnsi="Montserrat" w:cs="Montserrat"/>
          <w:b/>
          <w:bCs/>
          <w:noProof/>
          <w:color w:val="1F3864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ADF8C22" wp14:editId="2D0FBD2F">
                <wp:simplePos x="0" y="0"/>
                <wp:positionH relativeFrom="page">
                  <wp:posOffset>261938</wp:posOffset>
                </wp:positionH>
                <wp:positionV relativeFrom="page">
                  <wp:posOffset>261939</wp:posOffset>
                </wp:positionV>
                <wp:extent cx="5467350" cy="10288270"/>
                <wp:effectExtent l="0" t="0" r="0" b="0"/>
                <wp:wrapNone/>
                <wp:docPr id="1531769643" name="Rectangle 1531769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6613" y="0"/>
                          <a:ext cx="5438775" cy="75600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35B5A5" w14:textId="77777777" w:rsidR="0078561D" w:rsidRDefault="0078561D" w:rsidP="0078561D">
                            <w:pPr>
                              <w:spacing w:after="0" w:line="215" w:lineRule="auto"/>
                              <w:jc w:val="right"/>
                              <w:textDirection w:val="btLr"/>
                            </w:pPr>
                          </w:p>
                          <w:p w14:paraId="22864965" w14:textId="77777777" w:rsidR="0078561D" w:rsidRDefault="0078561D" w:rsidP="0078561D">
                            <w:pPr>
                              <w:spacing w:after="0" w:line="215" w:lineRule="auto"/>
                              <w:jc w:val="right"/>
                              <w:textDirection w:val="btLr"/>
                            </w:pPr>
                          </w:p>
                          <w:p w14:paraId="4EE74844" w14:textId="77777777" w:rsidR="0078561D" w:rsidRPr="0078561D" w:rsidRDefault="0078561D" w:rsidP="0078561D">
                            <w:pPr>
                              <w:pStyle w:val="Heading1"/>
                              <w:rPr>
                                <w:color w:val="auto"/>
                                <w:sz w:val="48"/>
                                <w:szCs w:val="48"/>
                              </w:rPr>
                            </w:pPr>
                            <w:r w:rsidRPr="0078561D">
                              <w:rPr>
                                <w:color w:val="auto"/>
                                <w:sz w:val="48"/>
                                <w:szCs w:val="48"/>
                              </w:rPr>
                              <w:t>KRISHANTERINGSPLAN – LAG (RÖNNBY INNEBANDY)</w:t>
                            </w:r>
                          </w:p>
                          <w:p w14:paraId="4D4DE686" w14:textId="77777777" w:rsidR="0078561D" w:rsidRDefault="0078561D" w:rsidP="0078561D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</w:p>
                          <w:p w14:paraId="409184B0" w14:textId="77777777" w:rsidR="0078561D" w:rsidRDefault="0078561D" w:rsidP="0078561D">
                            <w:pPr>
                              <w:spacing w:before="240" w:line="258" w:lineRule="auto"/>
                              <w:ind w:left="1008" w:firstLine="3023"/>
                              <w:jc w:val="right"/>
                              <w:textDirection w:val="btLr"/>
                            </w:pPr>
                          </w:p>
                          <w:p w14:paraId="299C1DE5" w14:textId="77777777" w:rsidR="0078561D" w:rsidRDefault="0078561D" w:rsidP="0078561D">
                            <w:pPr>
                              <w:spacing w:before="240" w:line="258" w:lineRule="auto"/>
                              <w:ind w:left="1008" w:firstLine="3023"/>
                              <w:jc w:val="right"/>
                              <w:textDirection w:val="btLr"/>
                            </w:pPr>
                          </w:p>
                          <w:p w14:paraId="65339861" w14:textId="77777777" w:rsidR="0078561D" w:rsidRDefault="0078561D" w:rsidP="0078561D">
                            <w:pPr>
                              <w:spacing w:before="240" w:line="258" w:lineRule="auto"/>
                              <w:ind w:left="1008" w:firstLine="3023"/>
                              <w:jc w:val="center"/>
                              <w:textDirection w:val="btLr"/>
                            </w:pPr>
                          </w:p>
                          <w:p w14:paraId="0769B84E" w14:textId="77777777" w:rsidR="0078561D" w:rsidRDefault="0078561D" w:rsidP="0078561D">
                            <w:pPr>
                              <w:spacing w:before="240" w:line="258" w:lineRule="auto"/>
                              <w:ind w:left="1008" w:firstLine="3023"/>
                              <w:jc w:val="righ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274300" tIns="914400" rIns="274300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DF8C22" id="Rectangle 1531769643" o:spid="_x0000_s1026" style="position:absolute;margin-left:20.65pt;margin-top:20.65pt;width:430.5pt;height:810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" fillcolor="#f2f2f2" stroked="f">
                <v:textbox inset="7.61944mm,1in,7.61944mm,1.2694mm">
                  <w:txbxContent>
                    <w:p w14:paraId="3735B5A5" w14:textId="77777777" w:rsidR="0078561D" w:rsidRDefault="0078561D" w:rsidP="0078561D">
                      <w:pPr>
                        <w:spacing w:after="0" w:line="215" w:lineRule="auto"/>
                        <w:jc w:val="right"/>
                        <w:textDirection w:val="btLr"/>
                      </w:pPr>
                    </w:p>
                    <w:p w14:paraId="22864965" w14:textId="77777777" w:rsidR="0078561D" w:rsidRDefault="0078561D" w:rsidP="0078561D">
                      <w:pPr>
                        <w:spacing w:after="0" w:line="215" w:lineRule="auto"/>
                        <w:jc w:val="right"/>
                        <w:textDirection w:val="btLr"/>
                      </w:pPr>
                    </w:p>
                    <w:p w14:paraId="4EE74844" w14:textId="77777777" w:rsidR="0078561D" w:rsidRPr="0078561D" w:rsidRDefault="0078561D" w:rsidP="0078561D">
                      <w:pPr>
                        <w:pStyle w:val="Heading1"/>
                        <w:rPr>
                          <w:color w:val="auto"/>
                          <w:sz w:val="48"/>
                          <w:szCs w:val="48"/>
                        </w:rPr>
                      </w:pPr>
                      <w:r w:rsidRPr="0078561D">
                        <w:rPr>
                          <w:color w:val="auto"/>
                          <w:sz w:val="48"/>
                          <w:szCs w:val="48"/>
                        </w:rPr>
                        <w:t>KRISHANTERINGSPLAN – LAG (RÖNNBY INNEBANDY)</w:t>
                      </w:r>
                    </w:p>
                    <w:p w14:paraId="4D4DE686" w14:textId="77777777" w:rsidR="0078561D" w:rsidRDefault="0078561D" w:rsidP="0078561D">
                      <w:pPr>
                        <w:spacing w:after="0" w:line="215" w:lineRule="auto"/>
                        <w:jc w:val="center"/>
                        <w:textDirection w:val="btLr"/>
                      </w:pPr>
                    </w:p>
                    <w:p w14:paraId="409184B0" w14:textId="77777777" w:rsidR="0078561D" w:rsidRDefault="0078561D" w:rsidP="0078561D">
                      <w:pPr>
                        <w:spacing w:before="240" w:line="258" w:lineRule="auto"/>
                        <w:ind w:left="1008" w:firstLine="3023"/>
                        <w:jc w:val="right"/>
                        <w:textDirection w:val="btLr"/>
                      </w:pPr>
                    </w:p>
                    <w:p w14:paraId="299C1DE5" w14:textId="77777777" w:rsidR="0078561D" w:rsidRDefault="0078561D" w:rsidP="0078561D">
                      <w:pPr>
                        <w:spacing w:before="240" w:line="258" w:lineRule="auto"/>
                        <w:ind w:left="1008" w:firstLine="3023"/>
                        <w:jc w:val="right"/>
                        <w:textDirection w:val="btLr"/>
                      </w:pPr>
                    </w:p>
                    <w:p w14:paraId="65339861" w14:textId="77777777" w:rsidR="0078561D" w:rsidRDefault="0078561D" w:rsidP="0078561D">
                      <w:pPr>
                        <w:spacing w:before="240" w:line="258" w:lineRule="auto"/>
                        <w:ind w:left="1008" w:firstLine="3023"/>
                        <w:jc w:val="center"/>
                        <w:textDirection w:val="btLr"/>
                      </w:pPr>
                    </w:p>
                    <w:p w14:paraId="0769B84E" w14:textId="77777777" w:rsidR="0078561D" w:rsidRDefault="0078561D" w:rsidP="0078561D">
                      <w:pPr>
                        <w:spacing w:before="240" w:line="258" w:lineRule="auto"/>
                        <w:ind w:left="1008" w:firstLine="3023"/>
                        <w:jc w:val="right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Montserrat" w:eastAsia="Montserrat" w:hAnsi="Montserrat" w:cs="Montserrat"/>
          <w:b/>
          <w:bCs/>
          <w:noProof/>
          <w:color w:val="1F3864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FD97CD4" wp14:editId="6596B92A">
                <wp:simplePos x="0" y="0"/>
                <wp:positionH relativeFrom="page">
                  <wp:posOffset>5843589</wp:posOffset>
                </wp:positionH>
                <wp:positionV relativeFrom="page">
                  <wp:posOffset>261939</wp:posOffset>
                </wp:positionV>
                <wp:extent cx="2223135" cy="11897995"/>
                <wp:effectExtent l="0" t="0" r="0" b="0"/>
                <wp:wrapNone/>
                <wp:docPr id="1531769642" name="Rectangle 1531769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8720" y="0"/>
                          <a:ext cx="2194560" cy="75600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6E64F0" w14:textId="77777777" w:rsidR="0078561D" w:rsidRDefault="0078561D" w:rsidP="0078561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4231225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07BEFCF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DAB8DEB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97079A4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AF7596D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E2E840F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98D2F02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8512770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C62A0A5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EB9B32E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51BD25E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7620DC7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7B77CE3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53ED208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60C2DE9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C4A158B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1293D6E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62666D3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A437988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99A2351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949D8DE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111973D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AE3C9C9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FC120ED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F18F624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BA7BF50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D6319D5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DE2DBF1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31C850B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828BE54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E1A735C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182875" tIns="45700" rIns="18287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D97CD4" id="Rectangle 1531769642" o:spid="_x0000_s1027" style="position:absolute;margin-left:460.15pt;margin-top:20.65pt;width:175.05pt;height:936.8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" fillcolor="#ed7d31" stroked="f">
                <v:textbox inset="5.07986mm,1.2694mm,5.07986mm,1.2694mm">
                  <w:txbxContent>
                    <w:p w14:paraId="366E64F0" w14:textId="77777777" w:rsidR="0078561D" w:rsidRDefault="0078561D" w:rsidP="0078561D">
                      <w:pPr>
                        <w:spacing w:after="0" w:line="240" w:lineRule="auto"/>
                        <w:textDirection w:val="btLr"/>
                      </w:pPr>
                    </w:p>
                    <w:p w14:paraId="44231225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07BEFCF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7DAB8DEB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97079A4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AF7596D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E2E840F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098D2F02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08512770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C62A0A5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5EB9B32E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51BD25E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7620DC7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7B77CE3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53ED208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60C2DE9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C4A158B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01293D6E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62666D3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A437988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799A2351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949D8DE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111973D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AE3C9C9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FC120ED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F18F624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BA7BF50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5D6319D5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DE2DBF1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431C850B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828BE54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0E1A735C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D4E9B95" w14:textId="77777777" w:rsidR="0078561D" w:rsidRDefault="0078561D" w:rsidP="0078561D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</w:p>
    <w:p w14:paraId="4BB39A6A" w14:textId="77777777" w:rsidR="0078561D" w:rsidRDefault="0078561D" w:rsidP="0078561D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  <w:r>
        <w:rPr>
          <w:rFonts w:ascii="Montserrat" w:eastAsia="Montserrat" w:hAnsi="Montserrat" w:cs="Montserrat"/>
          <w:b/>
          <w:bCs/>
          <w:noProof/>
          <w:color w:val="1F3864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24A6C87" wp14:editId="5C3262F0">
                <wp:simplePos x="0" y="0"/>
                <wp:positionH relativeFrom="page">
                  <wp:posOffset>10872154</wp:posOffset>
                </wp:positionH>
                <wp:positionV relativeFrom="page">
                  <wp:posOffset>199708</wp:posOffset>
                </wp:positionV>
                <wp:extent cx="1809750" cy="10283825"/>
                <wp:effectExtent l="0" t="0" r="0" b="0"/>
                <wp:wrapNone/>
                <wp:docPr id="1531769640" name="Rectangle 1531769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5413" y="0"/>
                          <a:ext cx="1781175" cy="75600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E11DB2" w14:textId="77777777" w:rsidR="0078561D" w:rsidRDefault="0078561D" w:rsidP="0078561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63D1B45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14BE53B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7A5E6FF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29B80F4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2AEF2F3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CAB13BD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A213418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6D84F10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35E0A8D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9C7B93D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E1A0FDB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8DF3553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60D993B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2BC2B72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7DBAB67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14B52FB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1BB2261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322A9BF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3D6E6C5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65FDA01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63B01F3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0C699D9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E08FA1E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9701408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BBD6D85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D1F4F65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535CBDA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BDA5544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2060132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B68BFCC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C92A66A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182875" tIns="45700" rIns="18287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4A6C87" id="Rectangle 1531769640" o:spid="_x0000_s1028" style="position:absolute;margin-left:856.1pt;margin-top:15.75pt;width:142.5pt;height:809.7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" fillcolor="#ed7d31" stroked="f">
                <v:textbox inset="5.07986mm,1.2694mm,5.07986mm,1.2694mm">
                  <w:txbxContent>
                    <w:p w14:paraId="4BE11DB2" w14:textId="77777777" w:rsidR="0078561D" w:rsidRDefault="0078561D" w:rsidP="0078561D">
                      <w:pPr>
                        <w:spacing w:after="0" w:line="240" w:lineRule="auto"/>
                        <w:textDirection w:val="btLr"/>
                      </w:pPr>
                    </w:p>
                    <w:p w14:paraId="163D1B45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414BE53B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7A5E6FF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529B80F4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2AEF2F3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7CAB13BD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4A213418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76D84F10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35E0A8D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9C7B93D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E1A0FDB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78DF3553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60D993B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72BC2B72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7DBAB67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014B52FB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41BB2261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4322A9BF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3D6E6C5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065FDA01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63B01F3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40C699D9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E08FA1E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59701408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BBD6D85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D1F4F65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535CBDA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5BDA5544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2060132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B68BFCC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C92A66A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8C34F70" w14:textId="77777777" w:rsidR="00112130" w:rsidRDefault="00112130">
      <w:pPr>
        <w:pStyle w:val="Heading1"/>
      </w:pPr>
    </w:p>
    <w:p w14:paraId="32AE34C6" w14:textId="77777777" w:rsidR="0078561D" w:rsidRDefault="0078561D" w:rsidP="0078561D"/>
    <w:p w14:paraId="7C0CC1AB" w14:textId="77777777" w:rsidR="0078561D" w:rsidRDefault="0078561D" w:rsidP="0078561D"/>
    <w:p w14:paraId="00820C03" w14:textId="77777777" w:rsidR="0078561D" w:rsidRPr="0078561D" w:rsidRDefault="0078561D" w:rsidP="0078561D"/>
    <w:p w14:paraId="5345D832" w14:textId="77777777" w:rsidR="00112130" w:rsidRDefault="00112130">
      <w:pPr>
        <w:pStyle w:val="Heading1"/>
      </w:pPr>
    </w:p>
    <w:p w14:paraId="0F82170A" w14:textId="77777777" w:rsidR="00112130" w:rsidRDefault="00112130">
      <w:pPr>
        <w:pStyle w:val="Heading1"/>
      </w:pPr>
    </w:p>
    <w:p w14:paraId="6E7FBC19" w14:textId="77777777" w:rsidR="00112130" w:rsidRDefault="00112130">
      <w:pPr>
        <w:pStyle w:val="Heading1"/>
      </w:pPr>
    </w:p>
    <w:p w14:paraId="3C7BF0DC" w14:textId="77777777" w:rsidR="00112130" w:rsidRDefault="00112130">
      <w:pPr>
        <w:pStyle w:val="Heading1"/>
      </w:pPr>
    </w:p>
    <w:p w14:paraId="4BA51E20" w14:textId="77777777" w:rsidR="00112130" w:rsidRDefault="00112130">
      <w:pPr>
        <w:pStyle w:val="Heading1"/>
      </w:pPr>
    </w:p>
    <w:p w14:paraId="4279083C" w14:textId="77777777" w:rsidR="0078561D" w:rsidRDefault="0078561D" w:rsidP="0078561D"/>
    <w:p w14:paraId="32FC2CC0" w14:textId="77777777" w:rsidR="0078561D" w:rsidRDefault="0078561D" w:rsidP="0078561D"/>
    <w:p w14:paraId="2F6800C1" w14:textId="77777777" w:rsidR="0078561D" w:rsidRDefault="0078561D" w:rsidP="0078561D"/>
    <w:p w14:paraId="297E1EC5" w14:textId="77777777" w:rsidR="0078561D" w:rsidRDefault="0078561D" w:rsidP="0078561D"/>
    <w:p w14:paraId="507F753C" w14:textId="77777777" w:rsidR="0078561D" w:rsidRDefault="0078561D" w:rsidP="0078561D"/>
    <w:p w14:paraId="4B2F9755" w14:textId="77777777" w:rsidR="0078561D" w:rsidRDefault="0078561D" w:rsidP="0078561D"/>
    <w:p w14:paraId="00000001" w14:textId="188183E6" w:rsidR="00E9631F" w:rsidRPr="00963F3F" w:rsidRDefault="00805668">
      <w:pPr>
        <w:pStyle w:val="Heading1"/>
        <w:rPr>
          <w:color w:val="auto"/>
        </w:rPr>
      </w:pPr>
      <w:r w:rsidRPr="00963F3F">
        <w:rPr>
          <w:color w:val="auto"/>
        </w:rPr>
        <w:lastRenderedPageBreak/>
        <w:t>KRISHANTERINGSPLAN – LAG (RÖNNBY INNEBANDY)</w:t>
      </w:r>
    </w:p>
    <w:p w14:paraId="00000002" w14:textId="77777777" w:rsidR="00E9631F" w:rsidRPr="00963F3F" w:rsidRDefault="00805668">
      <w:pPr>
        <w:pStyle w:val="Heading2"/>
        <w:rPr>
          <w:color w:val="auto"/>
        </w:rPr>
      </w:pPr>
      <w:r w:rsidRPr="00963F3F">
        <w:rPr>
          <w:color w:val="auto"/>
        </w:rPr>
        <w:t>1. Syfte</w:t>
      </w:r>
    </w:p>
    <w:p w14:paraId="00000003" w14:textId="77777777" w:rsidR="00E9631F" w:rsidRPr="00963F3F" w:rsidRDefault="00805668">
      <w:pPr>
        <w:rPr>
          <w:rFonts w:ascii="Calibri" w:hAnsi="Calibri" w:cs="Calibri"/>
        </w:rPr>
      </w:pPr>
      <w:r w:rsidRPr="00963F3F">
        <w:rPr>
          <w:rFonts w:ascii="Calibri" w:hAnsi="Calibri" w:cs="Calibri"/>
        </w:rPr>
        <w:t xml:space="preserve">Detta dokument är lagets praktiska handlingsplan vid kris. Dokumentet används direkt av ledare vid akuta händelser. Övergripande principer och organisationen beskrivs i "Rönnbys beskrivning vid kris", se även </w:t>
      </w:r>
      <w:r w:rsidRPr="00963F3F">
        <w:rPr>
          <w:rFonts w:ascii="Calibri" w:hAnsi="Calibri" w:cs="Calibri"/>
          <w:i/>
          <w:iCs/>
        </w:rPr>
        <w:t>Viktiga externa och interna kontaktuppgifter</w:t>
      </w:r>
      <w:r w:rsidRPr="00963F3F">
        <w:rPr>
          <w:rFonts w:ascii="Calibri" w:hAnsi="Calibri" w:cs="Calibri"/>
        </w:rPr>
        <w:t>.</w:t>
      </w:r>
    </w:p>
    <w:p w14:paraId="00000004" w14:textId="0EDECD7A" w:rsidR="00E9631F" w:rsidRPr="00963F3F" w:rsidRDefault="00EE6FDF" w:rsidP="00EE6FDF">
      <w:pPr>
        <w:pStyle w:val="ListNumber"/>
        <w:rPr>
          <w:rFonts w:ascii="Calibri" w:hAnsi="Calibri" w:cs="Calibri"/>
        </w:rPr>
      </w:pPr>
      <w:r w:rsidRPr="00963F3F">
        <w:rPr>
          <w:rFonts w:ascii="Calibri" w:hAnsi="Calibri" w:cs="Calibri"/>
        </w:rPr>
        <w:t xml:space="preserve">Krishanteringsplanen gås igenom och roller fastställs så fort som möjligt i samband med </w:t>
      </w:r>
      <w:r w:rsidR="00805668" w:rsidRPr="00963F3F">
        <w:rPr>
          <w:rFonts w:ascii="Calibri" w:hAnsi="Calibri" w:cs="Calibri"/>
          <w:color w:val="000000"/>
        </w:rPr>
        <w:t>uppstart av säsongen och under samling vid t ex. cup.</w:t>
      </w:r>
    </w:p>
    <w:p w14:paraId="00000005" w14:textId="77777777" w:rsidR="00E9631F" w:rsidRPr="00963F3F" w:rsidRDefault="0080566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Alla namn i detta dokument blir krisledningsgruppen.</w:t>
      </w:r>
    </w:p>
    <w:p w14:paraId="00000006" w14:textId="77777777" w:rsidR="00E9631F" w:rsidRPr="00963F3F" w:rsidRDefault="0080566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Bestäm samlingsplats för ledarna om det skulle uppstå kris.</w:t>
      </w:r>
    </w:p>
    <w:p w14:paraId="00000007" w14:textId="69776460" w:rsidR="00E9631F" w:rsidRPr="00963F3F" w:rsidRDefault="0080566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Beroende på </w:t>
      </w:r>
      <w:sdt>
        <w:sdtPr>
          <w:rPr>
            <w:rFonts w:ascii="Calibri" w:hAnsi="Calibri" w:cs="Calibri"/>
          </w:rPr>
          <w:tag w:val="goog_rdk_1"/>
          <w:id w:val="115712652"/>
        </w:sdtPr>
        <w:sdtEndPr/>
        <w:sdtContent>
          <w:sdt>
            <w:sdtPr>
              <w:rPr>
                <w:rFonts w:ascii="Calibri" w:hAnsi="Calibri" w:cs="Calibri"/>
              </w:rPr>
              <w:tag w:val="goog_rdk_2"/>
              <w:id w:val="-1184186910"/>
            </w:sdtPr>
            <w:sdtEndPr/>
            <w:sdtContent>
              <w:r w:rsidRPr="00963F3F">
                <w:rPr>
                  <w:rFonts w:ascii="Calibri" w:hAnsi="Calibri" w:cs="Calibri"/>
                </w:rPr>
                <w:t>vad som har inträffat och vem som är inblandad</w:t>
              </w:r>
            </w:sdtContent>
          </w:sdt>
        </w:sdtContent>
      </w:sdt>
      <w:r w:rsidRPr="00963F3F">
        <w:rPr>
          <w:rFonts w:ascii="Calibri" w:hAnsi="Calibri" w:cs="Calibri"/>
          <w:color w:val="000000"/>
        </w:rPr>
        <w:t>, så avgörs</w:t>
      </w:r>
      <w:sdt>
        <w:sdtPr>
          <w:rPr>
            <w:rFonts w:ascii="Calibri" w:hAnsi="Calibri" w:cs="Calibri"/>
          </w:rPr>
          <w:tag w:val="goog_rdk_5"/>
          <w:id w:val="-895098674"/>
        </w:sdtPr>
        <w:sdtEndPr/>
        <w:sdtContent>
          <w:r w:rsidRPr="00963F3F">
            <w:rPr>
              <w:rFonts w:ascii="Calibri" w:hAnsi="Calibri" w:cs="Calibri"/>
              <w:color w:val="000000"/>
            </w:rPr>
            <w:t xml:space="preserve"> </w:t>
          </w:r>
        </w:sdtContent>
      </w:sdt>
      <w:r w:rsidRPr="00963F3F">
        <w:rPr>
          <w:rFonts w:ascii="Calibri" w:hAnsi="Calibri" w:cs="Calibri"/>
        </w:rPr>
        <w:t>det</w:t>
      </w:r>
      <w:r w:rsidRPr="00963F3F">
        <w:rPr>
          <w:rFonts w:ascii="Calibri" w:hAnsi="Calibri" w:cs="Calibri"/>
          <w:color w:val="000000"/>
        </w:rPr>
        <w:t xml:space="preserve"> på mötet vem som gör vad i krishanteringen.</w:t>
      </w:r>
    </w:p>
    <w:p w14:paraId="00000008" w14:textId="77777777" w:rsidR="00E9631F" w:rsidRPr="00963F3F" w:rsidRDefault="0080566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Bestäm en person som för loggbok.</w:t>
      </w:r>
    </w:p>
    <w:p w14:paraId="74901BE7" w14:textId="77777777" w:rsidR="00EE6FDF" w:rsidRPr="00963F3F" w:rsidRDefault="00805668" w:rsidP="00EE6F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Bestäm samlingsplats för brandlarm och meddela spelarna.</w:t>
      </w:r>
    </w:p>
    <w:p w14:paraId="0000000D" w14:textId="592996CA" w:rsidR="00E9631F" w:rsidRPr="00963F3F" w:rsidRDefault="0080566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Det ska finnas en kontaktlista med telefonnummer</w:t>
      </w:r>
      <w:r w:rsidR="00EE6FDF" w:rsidRPr="00963F3F">
        <w:rPr>
          <w:rFonts w:ascii="Calibri" w:hAnsi="Calibri" w:cs="Calibri"/>
          <w:color w:val="000000"/>
        </w:rPr>
        <w:t xml:space="preserve"> till a</w:t>
      </w:r>
      <w:r w:rsidRPr="00963F3F">
        <w:rPr>
          <w:rFonts w:ascii="Calibri" w:hAnsi="Calibri" w:cs="Calibri"/>
          <w:color w:val="000000"/>
        </w:rPr>
        <w:t>nhöriga för samtliga spelare/ledare som är med vid lägret</w:t>
      </w:r>
      <w:sdt>
        <w:sdtPr>
          <w:rPr>
            <w:rFonts w:ascii="Calibri" w:hAnsi="Calibri" w:cs="Calibri"/>
          </w:rPr>
          <w:tag w:val="goog_rdk_8"/>
          <w:id w:val="-1637078986"/>
        </w:sdtPr>
        <w:sdtEndPr/>
        <w:sdtContent>
          <w:r w:rsidRPr="00963F3F">
            <w:rPr>
              <w:rFonts w:ascii="Calibri" w:hAnsi="Calibri" w:cs="Calibri"/>
              <w:color w:val="000000"/>
            </w:rPr>
            <w:t xml:space="preserve"> (håll kontaktlistan på laget.se uppdaterad)</w:t>
          </w:r>
        </w:sdtContent>
      </w:sdt>
      <w:r w:rsidR="00EE6FDF" w:rsidRPr="00963F3F">
        <w:rPr>
          <w:rFonts w:ascii="Calibri" w:hAnsi="Calibri" w:cs="Calibri"/>
          <w:color w:val="000000"/>
        </w:rPr>
        <w:t>.</w:t>
      </w:r>
      <w:r w:rsidRPr="00963F3F">
        <w:rPr>
          <w:rFonts w:ascii="Calibri" w:hAnsi="Calibri" w:cs="Calibri"/>
          <w:color w:val="000000"/>
        </w:rPr>
        <w:t>MED ansvarar för att första hjälpen-utrustning finns uppdaterad och tillgängligt, samt ansvarar för att ta reda på var närmaste defibrillator finns.</w:t>
      </w:r>
    </w:p>
    <w:p w14:paraId="0000000E" w14:textId="77777777" w:rsidR="00E9631F" w:rsidRPr="00963F3F" w:rsidRDefault="00805668">
      <w:pPr>
        <w:pStyle w:val="Heading2"/>
        <w:rPr>
          <w:color w:val="auto"/>
        </w:rPr>
      </w:pPr>
      <w:r w:rsidRPr="00963F3F">
        <w:rPr>
          <w:color w:val="auto"/>
        </w:rPr>
        <w:t>2. När planen används</w:t>
      </w:r>
    </w:p>
    <w:p w14:paraId="0000000F" w14:textId="77777777" w:rsidR="00E9631F" w:rsidRPr="00963F3F" w:rsidRDefault="00805668">
      <w:pPr>
        <w:rPr>
          <w:rFonts w:ascii="Calibri" w:hAnsi="Calibri" w:cs="Calibri"/>
          <w:i/>
          <w:iCs/>
        </w:rPr>
      </w:pPr>
      <w:r w:rsidRPr="00963F3F">
        <w:rPr>
          <w:rFonts w:ascii="Calibri" w:hAnsi="Calibri" w:cs="Calibri"/>
        </w:rPr>
        <w:t>Vid olycka, allvarlig skada, sjukdom, dödsfall, hot, trakasserier eller annan allvarlig händelse där ordinarie rutiner inte räcker. Vid eventuella oklarheter se mer info i</w:t>
      </w:r>
      <w:r w:rsidRPr="00963F3F">
        <w:rPr>
          <w:rFonts w:ascii="Calibri" w:hAnsi="Calibri" w:cs="Calibri"/>
          <w:i/>
          <w:iCs/>
        </w:rPr>
        <w:t xml:space="preserve"> Rönnbys beskrivning vid kris.</w:t>
      </w:r>
    </w:p>
    <w:p w14:paraId="00000010" w14:textId="013B724A" w:rsidR="00E9631F" w:rsidRPr="00963F3F" w:rsidRDefault="00963F3F">
      <w:pPr>
        <w:pStyle w:val="Heading2"/>
        <w:rPr>
          <w:color w:val="auto"/>
        </w:rPr>
      </w:pPr>
      <w:r>
        <w:rPr>
          <w:color w:val="auto"/>
        </w:rPr>
        <w:t>3</w:t>
      </w:r>
      <w:r w:rsidR="00805668" w:rsidRPr="00963F3F">
        <w:rPr>
          <w:color w:val="auto"/>
        </w:rPr>
        <w:t>. Roller och kontakter</w:t>
      </w:r>
    </w:p>
    <w:p w14:paraId="00000011" w14:textId="77777777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Krisledare (lagledare): </w:t>
      </w:r>
      <w:r w:rsidRPr="00963F3F">
        <w:rPr>
          <w:rFonts w:ascii="Calibri" w:hAnsi="Calibri" w:cs="Calibri"/>
          <w:i/>
          <w:iCs/>
          <w:color w:val="E69138"/>
        </w:rPr>
        <w:t>Förnamn, Efternamn - mobil - mail@mail</w:t>
      </w:r>
    </w:p>
    <w:p w14:paraId="00000012" w14:textId="77777777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Loggförare: </w:t>
      </w:r>
      <w:r w:rsidRPr="00963F3F">
        <w:rPr>
          <w:rFonts w:ascii="Calibri" w:hAnsi="Calibri" w:cs="Calibri"/>
          <w:i/>
          <w:iCs/>
          <w:color w:val="E69138"/>
        </w:rPr>
        <w:t>Förnamn, Efternamn - mobil - mail@mail</w:t>
      </w:r>
    </w:p>
    <w:p w14:paraId="00000013" w14:textId="77777777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Kontakt med anhöriga</w:t>
      </w:r>
      <w:r w:rsidRPr="00963F3F">
        <w:rPr>
          <w:rFonts w:ascii="Calibri" w:hAnsi="Calibri" w:cs="Calibri"/>
        </w:rPr>
        <w:t>:</w:t>
      </w:r>
      <w:r w:rsidRPr="00963F3F">
        <w:rPr>
          <w:rFonts w:ascii="Calibri" w:hAnsi="Calibri" w:cs="Calibri"/>
          <w:color w:val="000000"/>
        </w:rPr>
        <w:t xml:space="preserve"> </w:t>
      </w:r>
      <w:r w:rsidRPr="00963F3F">
        <w:rPr>
          <w:rFonts w:ascii="Calibri" w:hAnsi="Calibri" w:cs="Calibri"/>
          <w:i/>
          <w:iCs/>
          <w:color w:val="E69138"/>
        </w:rPr>
        <w:t>Förnamn, Efternamn - mobil - mail@mail</w:t>
      </w:r>
    </w:p>
    <w:p w14:paraId="00000014" w14:textId="77777777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Praktiskt ansvar på plats: </w:t>
      </w:r>
      <w:r w:rsidRPr="00963F3F">
        <w:rPr>
          <w:rFonts w:ascii="Calibri" w:hAnsi="Calibri" w:cs="Calibri"/>
          <w:i/>
          <w:iCs/>
          <w:color w:val="E69138"/>
        </w:rPr>
        <w:t>Förnamn, Efternamn - mobil - mail@mail</w:t>
      </w:r>
    </w:p>
    <w:p w14:paraId="00000015" w14:textId="77777777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Medicinska frågor </w:t>
      </w:r>
      <w:sdt>
        <w:sdtPr>
          <w:rPr>
            <w:rFonts w:ascii="Calibri" w:hAnsi="Calibri" w:cs="Calibri"/>
          </w:rPr>
          <w:tag w:val="goog_rdk_12"/>
          <w:id w:val="1369186114"/>
        </w:sdtPr>
        <w:sdtEndPr/>
        <w:sdtContent>
          <w:r w:rsidRPr="00963F3F">
            <w:rPr>
              <w:rFonts w:ascii="Calibri" w:hAnsi="Calibri" w:cs="Calibri"/>
              <w:color w:val="000000"/>
            </w:rPr>
            <w:t>(MED)</w:t>
          </w:r>
        </w:sdtContent>
      </w:sdt>
      <w:r w:rsidRPr="00963F3F">
        <w:rPr>
          <w:rFonts w:ascii="Calibri" w:hAnsi="Calibri" w:cs="Calibri"/>
          <w:color w:val="000000"/>
        </w:rPr>
        <w:t xml:space="preserve">: </w:t>
      </w:r>
      <w:r w:rsidRPr="00963F3F">
        <w:rPr>
          <w:rFonts w:ascii="Calibri" w:hAnsi="Calibri" w:cs="Calibri"/>
          <w:i/>
          <w:iCs/>
          <w:color w:val="E69138"/>
        </w:rPr>
        <w:t>Förnamn, Efternamn - mobil - mail@mail</w:t>
      </w:r>
    </w:p>
    <w:p w14:paraId="00000016" w14:textId="77777777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Vårdguiden: 1177</w:t>
      </w:r>
    </w:p>
    <w:p w14:paraId="00000017" w14:textId="77777777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Polis, ej brådskande: 114 14 övriga ärenden</w:t>
      </w:r>
    </w:p>
    <w:p w14:paraId="00000018" w14:textId="77777777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Jourhavande präst: 112 och blir kopplad vidare</w:t>
      </w:r>
    </w:p>
    <w:p w14:paraId="00000019" w14:textId="6BAB069F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POSOM* - </w:t>
      </w:r>
      <w:r w:rsidRPr="00963F3F">
        <w:rPr>
          <w:rFonts w:ascii="Calibri" w:hAnsi="Calibri" w:cs="Calibri"/>
          <w:color w:val="000000" w:themeColor="text1"/>
        </w:rPr>
        <w:t>krisstöd, V</w:t>
      </w:r>
      <w:r w:rsidR="00EE6FDF" w:rsidRPr="00963F3F">
        <w:rPr>
          <w:rFonts w:ascii="Calibri" w:hAnsi="Calibri" w:cs="Calibri"/>
          <w:color w:val="000000" w:themeColor="text1"/>
        </w:rPr>
        <w:t>ästerås</w:t>
      </w:r>
      <w:r w:rsidRPr="00963F3F">
        <w:rPr>
          <w:rFonts w:ascii="Calibri" w:hAnsi="Calibri" w:cs="Calibri"/>
          <w:color w:val="000000" w:themeColor="text1"/>
        </w:rPr>
        <w:t xml:space="preserve"> </w:t>
      </w:r>
      <w:r w:rsidR="00EE6FDF" w:rsidRPr="00963F3F">
        <w:rPr>
          <w:rFonts w:ascii="Calibri" w:hAnsi="Calibri" w:cs="Calibri"/>
          <w:color w:val="000000" w:themeColor="text1"/>
        </w:rPr>
        <w:t>stad dagtid 021-39 00 00 annars 112 och bli kopplad vidare</w:t>
      </w:r>
    </w:p>
    <w:p w14:paraId="0000001A" w14:textId="64C51141" w:rsidR="00E9631F" w:rsidRPr="00963F3F" w:rsidRDefault="00963F3F">
      <w:pPr>
        <w:pStyle w:val="Heading2"/>
        <w:rPr>
          <w:color w:val="auto"/>
        </w:rPr>
      </w:pPr>
      <w:r w:rsidRPr="00963F3F">
        <w:rPr>
          <w:color w:val="auto"/>
        </w:rPr>
        <w:t>4</w:t>
      </w:r>
      <w:r w:rsidR="00805668" w:rsidRPr="00963F3F">
        <w:rPr>
          <w:color w:val="auto"/>
        </w:rPr>
        <w:t>. Om något händer hemma</w:t>
      </w:r>
      <w:sdt>
        <w:sdtPr>
          <w:rPr>
            <w:color w:val="auto"/>
          </w:rPr>
          <w:tag w:val="goog_rdk_13"/>
          <w:id w:val="1120249870"/>
        </w:sdtPr>
        <w:sdtEndPr/>
        <w:sdtContent>
          <w:r w:rsidR="00805668" w:rsidRPr="00963F3F">
            <w:rPr>
              <w:color w:val="auto"/>
            </w:rPr>
            <w:t xml:space="preserve"> (när ni är på tex cup och något händer hemma)</w:t>
          </w:r>
        </w:sdtContent>
      </w:sdt>
    </w:p>
    <w:p w14:paraId="4D038050" w14:textId="77777777" w:rsidR="00963F3F" w:rsidRDefault="00805668" w:rsidP="00963F3F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963F3F">
        <w:rPr>
          <w:rFonts w:ascii="Calibri" w:hAnsi="Calibri" w:cs="Calibri"/>
        </w:rPr>
        <w:t>Informera lagledare</w:t>
      </w:r>
    </w:p>
    <w:p w14:paraId="708374F7" w14:textId="77777777" w:rsidR="00963F3F" w:rsidRDefault="00805668" w:rsidP="00963F3F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963F3F">
        <w:rPr>
          <w:rFonts w:ascii="Calibri" w:hAnsi="Calibri" w:cs="Calibri"/>
        </w:rPr>
        <w:t>Informera berörd spelare</w:t>
      </w:r>
      <w:r w:rsidR="00EE6FDF" w:rsidRPr="00963F3F">
        <w:rPr>
          <w:rFonts w:ascii="Calibri" w:hAnsi="Calibri" w:cs="Calibri"/>
        </w:rPr>
        <w:t xml:space="preserve"> och </w:t>
      </w:r>
      <w:r w:rsidRPr="00963F3F">
        <w:rPr>
          <w:rFonts w:ascii="Calibri" w:hAnsi="Calibri" w:cs="Calibri"/>
        </w:rPr>
        <w:t>laget</w:t>
      </w:r>
      <w:r w:rsidR="00EE6FDF" w:rsidRPr="00963F3F">
        <w:rPr>
          <w:rFonts w:ascii="Calibri" w:hAnsi="Calibri" w:cs="Calibri"/>
        </w:rPr>
        <w:t xml:space="preserve"> samtidigt men </w:t>
      </w:r>
      <w:r w:rsidRPr="00963F3F">
        <w:rPr>
          <w:rFonts w:ascii="Calibri" w:hAnsi="Calibri" w:cs="Calibri"/>
        </w:rPr>
        <w:t xml:space="preserve">inte samma plats </w:t>
      </w:r>
    </w:p>
    <w:p w14:paraId="0000001B" w14:textId="5430D5B5" w:rsidR="00E9631F" w:rsidRPr="00963F3F" w:rsidRDefault="00805668" w:rsidP="00963F3F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963F3F">
        <w:rPr>
          <w:rFonts w:ascii="Calibri" w:hAnsi="Calibri" w:cs="Calibri"/>
        </w:rPr>
        <w:t>Kontakta föreningens ordförande/krisledningsgrupp</w:t>
      </w:r>
    </w:p>
    <w:p w14:paraId="0000001C" w14:textId="3CA43539" w:rsidR="00E9631F" w:rsidRPr="00963F3F" w:rsidRDefault="00963F3F">
      <w:pPr>
        <w:pStyle w:val="Heading2"/>
        <w:rPr>
          <w:rFonts w:asciiTheme="majorHAnsi" w:eastAsia="Lato" w:hAnsiTheme="majorHAnsi" w:cstheme="majorHAnsi"/>
          <w:color w:val="auto"/>
        </w:rPr>
      </w:pPr>
      <w:r w:rsidRPr="00963F3F">
        <w:rPr>
          <w:rFonts w:asciiTheme="majorHAnsi" w:hAnsiTheme="majorHAnsi" w:cstheme="majorHAnsi"/>
          <w:color w:val="auto"/>
        </w:rPr>
        <w:lastRenderedPageBreak/>
        <w:t>5</w:t>
      </w:r>
      <w:r w:rsidR="00805668" w:rsidRPr="00963F3F">
        <w:rPr>
          <w:rFonts w:asciiTheme="majorHAnsi" w:hAnsiTheme="majorHAnsi" w:cstheme="majorHAnsi"/>
          <w:color w:val="auto"/>
        </w:rPr>
        <w:t xml:space="preserve">. </w:t>
      </w:r>
      <w:r w:rsidR="00805668" w:rsidRPr="00963F3F">
        <w:rPr>
          <w:rFonts w:asciiTheme="majorHAnsi" w:eastAsia="Lato" w:hAnsiTheme="majorHAnsi" w:cstheme="majorHAnsi"/>
          <w:color w:val="auto"/>
        </w:rPr>
        <w:t>Rutiner vid olyckor och akuta krissituationer</w:t>
      </w:r>
    </w:p>
    <w:p w14:paraId="0000001D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Larma 112</w:t>
      </w:r>
    </w:p>
    <w:p w14:paraId="0000001E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Ta sig an skadade eller drabbade, ge första hjälpen</w:t>
      </w:r>
    </w:p>
    <w:p w14:paraId="0000001F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Följa med till sjukhus</w:t>
      </w:r>
    </w:p>
    <w:p w14:paraId="00000020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Ta hand om dem som varit vittne till eller nära händelsen</w:t>
      </w:r>
    </w:p>
    <w:p w14:paraId="00000021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Kontakt med Föreningen, se Föreningens Krishanteringsplan</w:t>
      </w:r>
    </w:p>
    <w:p w14:paraId="00000022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Informera hela gruppen om alla inte var närvarande vid händelsen</w:t>
      </w:r>
    </w:p>
    <w:p w14:paraId="00000023" w14:textId="2806A873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Möte om vad som hänt: Besluta om vad som ska göras, av vem, när och tid för uppföljning</w:t>
      </w:r>
    </w:p>
    <w:p w14:paraId="00000024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Protokollför mötet - Loggförare</w:t>
      </w:r>
    </w:p>
    <w:p w14:paraId="00000025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Starta en journal över alla händelser och insatser – Loggförare</w:t>
      </w:r>
    </w:p>
    <w:p w14:paraId="00000026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Utvärdera och följ kontinuerligt upp insatserna</w:t>
      </w:r>
    </w:p>
    <w:p w14:paraId="00000027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Informera öppet, sakligt och tydligt</w:t>
      </w:r>
    </w:p>
    <w:p w14:paraId="00000028" w14:textId="1ACEFC3B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Fatta beslut om ev. specialinsatser </w:t>
      </w:r>
      <w:r w:rsidR="00A328AA" w:rsidRPr="00963F3F">
        <w:rPr>
          <w:rFonts w:ascii="Calibri" w:hAnsi="Calibri" w:cs="Calibri"/>
          <w:color w:val="000000"/>
        </w:rPr>
        <w:t>i samråd med Föreningens Krisledningsgrupp</w:t>
      </w:r>
    </w:p>
    <w:p w14:paraId="00000029" w14:textId="63C8C3A6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Kontakt med anhöriga </w:t>
      </w:r>
    </w:p>
    <w:p w14:paraId="0000002A" w14:textId="32D03AC1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Ta sig an eventuella kontakter med massmedia. Sker i samråd med </w:t>
      </w:r>
      <w:r w:rsidR="00A328AA" w:rsidRPr="00963F3F">
        <w:rPr>
          <w:rFonts w:ascii="Calibri" w:hAnsi="Calibri" w:cs="Calibri"/>
          <w:color w:val="000000"/>
        </w:rPr>
        <w:t>Föreningens</w:t>
      </w:r>
      <w:r w:rsidRPr="00963F3F">
        <w:rPr>
          <w:rFonts w:ascii="Calibri" w:hAnsi="Calibri" w:cs="Calibri"/>
          <w:color w:val="000000"/>
        </w:rPr>
        <w:t xml:space="preserve"> </w:t>
      </w:r>
      <w:r w:rsidR="00A328AA" w:rsidRPr="00963F3F">
        <w:rPr>
          <w:rFonts w:ascii="Calibri" w:hAnsi="Calibri" w:cs="Calibri"/>
          <w:color w:val="000000"/>
        </w:rPr>
        <w:t>K</w:t>
      </w:r>
      <w:r w:rsidRPr="00963F3F">
        <w:rPr>
          <w:rFonts w:ascii="Calibri" w:hAnsi="Calibri" w:cs="Calibri"/>
          <w:color w:val="000000"/>
        </w:rPr>
        <w:t>risledningsgrupp</w:t>
      </w:r>
    </w:p>
    <w:p w14:paraId="0000002C" w14:textId="0046CF20" w:rsidR="00E9631F" w:rsidRPr="00963F3F" w:rsidRDefault="00963F3F">
      <w:pPr>
        <w:spacing w:before="280" w:after="280"/>
        <w:ind w:left="360"/>
        <w:rPr>
          <w:rFonts w:asciiTheme="majorHAnsi" w:eastAsia="Lato" w:hAnsiTheme="majorHAnsi" w:cstheme="majorHAnsi"/>
          <w:b/>
          <w:bCs/>
          <w:sz w:val="26"/>
          <w:szCs w:val="26"/>
        </w:rPr>
      </w:pPr>
      <w:r w:rsidRPr="00963F3F">
        <w:rPr>
          <w:rFonts w:asciiTheme="majorHAnsi" w:eastAsia="Lato" w:hAnsiTheme="majorHAnsi" w:cstheme="majorHAnsi"/>
          <w:b/>
          <w:bCs/>
          <w:sz w:val="26"/>
          <w:szCs w:val="26"/>
        </w:rPr>
        <w:t>6</w:t>
      </w:r>
      <w:r w:rsidR="00805668" w:rsidRPr="00963F3F">
        <w:rPr>
          <w:rFonts w:asciiTheme="majorHAnsi" w:eastAsia="Lato" w:hAnsiTheme="majorHAnsi" w:cstheme="majorHAnsi"/>
          <w:b/>
          <w:bCs/>
          <w:sz w:val="26"/>
          <w:szCs w:val="26"/>
        </w:rPr>
        <w:t>. Efterbearbetning</w:t>
      </w:r>
    </w:p>
    <w:p w14:paraId="0000002D" w14:textId="174A77EC" w:rsidR="00E9631F" w:rsidRPr="00963F3F" w:rsidRDefault="008056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80"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Håll kontakten, både spelare och ledare</w:t>
      </w:r>
    </w:p>
    <w:p w14:paraId="0000002E" w14:textId="1EE76863" w:rsidR="00E9631F" w:rsidRPr="00963F3F" w:rsidRDefault="008056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Håll koll på varandra; en person som inte hör av sig kanske har klarat krisen bra, men frånvaron/tystnaden kan också bero på djup kris som orsakar apati. Var uppmärksam på om eventuella psykiska symptom utvecklas och som kan förknippas med händelsen</w:t>
      </w:r>
    </w:p>
    <w:p w14:paraId="0000002F" w14:textId="227901E5" w:rsidR="00E9631F" w:rsidRPr="00963F3F" w:rsidRDefault="008056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Stötta varandra</w:t>
      </w:r>
    </w:p>
    <w:p w14:paraId="00000030" w14:textId="2E9C54AA" w:rsidR="00E9631F" w:rsidRPr="00963F3F" w:rsidRDefault="008056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Håll kontakten med anhöriga</w:t>
      </w:r>
    </w:p>
    <w:p w14:paraId="00000031" w14:textId="2E5B6FD2" w:rsidR="00E9631F" w:rsidRPr="00963F3F" w:rsidRDefault="008056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Diskutera insatserna med inblandade och notera nya åtgärder</w:t>
      </w:r>
    </w:p>
    <w:p w14:paraId="00000032" w14:textId="3E68C829" w:rsidR="00E9631F" w:rsidRPr="00963F3F" w:rsidRDefault="008056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Ett gott omhändertagande är av stor betydelse för att mildra stressreaktioner och förebygga framtida sjukdomstillstånd</w:t>
      </w:r>
    </w:p>
    <w:p w14:paraId="00000033" w14:textId="166B457C" w:rsidR="00E9631F" w:rsidRPr="00963F3F" w:rsidRDefault="008056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Varje kommun har beredskap för krishantering och dit bör man vända sig till för uppföljning och avlastningssamtal</w:t>
      </w:r>
      <w:r w:rsidR="00A328AA" w:rsidRPr="00963F3F">
        <w:rPr>
          <w:rFonts w:ascii="Calibri" w:hAnsi="Calibri" w:cs="Calibri"/>
          <w:color w:val="000000"/>
        </w:rPr>
        <w:t xml:space="preserve"> och det sker i samråd med Föreningens Krisledningsgrupp</w:t>
      </w:r>
    </w:p>
    <w:p w14:paraId="00000035" w14:textId="5384F16A" w:rsidR="00E9631F" w:rsidRPr="00963F3F" w:rsidRDefault="00963F3F">
      <w:pPr>
        <w:spacing w:before="280" w:after="280"/>
        <w:ind w:left="360"/>
        <w:rPr>
          <w:rFonts w:asciiTheme="majorHAnsi" w:eastAsia="Lato" w:hAnsiTheme="majorHAnsi" w:cstheme="majorHAnsi"/>
          <w:b/>
          <w:bCs/>
          <w:sz w:val="26"/>
          <w:szCs w:val="26"/>
        </w:rPr>
      </w:pPr>
      <w:r w:rsidRPr="00963F3F">
        <w:rPr>
          <w:rFonts w:asciiTheme="majorHAnsi" w:eastAsia="Lato" w:hAnsiTheme="majorHAnsi" w:cstheme="majorHAnsi"/>
          <w:b/>
          <w:bCs/>
          <w:sz w:val="26"/>
          <w:szCs w:val="26"/>
        </w:rPr>
        <w:t>7</w:t>
      </w:r>
      <w:r w:rsidR="00805668" w:rsidRPr="00963F3F">
        <w:rPr>
          <w:rFonts w:asciiTheme="majorHAnsi" w:eastAsia="Lato" w:hAnsiTheme="majorHAnsi" w:cstheme="majorHAnsi"/>
          <w:b/>
          <w:bCs/>
          <w:sz w:val="26"/>
          <w:szCs w:val="26"/>
        </w:rPr>
        <w:t>. Utvärdering</w:t>
      </w:r>
    </w:p>
    <w:p w14:paraId="00000036" w14:textId="77777777" w:rsidR="00E9631F" w:rsidRPr="00963F3F" w:rsidRDefault="008056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/>
        <w:rPr>
          <w:rFonts w:ascii="Calibri" w:hAnsi="Calibri" w:cs="Calibri"/>
        </w:rPr>
      </w:pPr>
      <w:r w:rsidRPr="00963F3F">
        <w:rPr>
          <w:rFonts w:ascii="Calibri" w:hAnsi="Calibri" w:cs="Calibri"/>
          <w:color w:val="000000"/>
        </w:rPr>
        <w:t xml:space="preserve">Ett par veckor efter att krisen/olyckan är över utvärderar krisgruppen insatserna. Låt någon intervjua ett antal inblandade personer i förväg. Gå igenom journalen för krisen/olyckan och sammanfatta händelserna. Värdera insatserna. Gå igenom intervjuerna. Diskutera hur </w:t>
      </w:r>
      <w:r w:rsidRPr="00963F3F">
        <w:rPr>
          <w:rFonts w:ascii="Calibri" w:hAnsi="Calibri" w:cs="Calibri"/>
        </w:rPr>
        <w:t>krishanteringsplanen</w:t>
      </w:r>
      <w:r w:rsidRPr="00963F3F">
        <w:rPr>
          <w:rFonts w:ascii="Calibri" w:hAnsi="Calibri" w:cs="Calibri"/>
          <w:color w:val="000000"/>
        </w:rPr>
        <w:t xml:space="preserve"> fungerade. Saknades något? Revidera vid behov krishanteringsplanen.</w:t>
      </w:r>
    </w:p>
    <w:p w14:paraId="00000038" w14:textId="05FD4F96" w:rsidR="00E9631F" w:rsidRPr="00963F3F" w:rsidRDefault="00805668" w:rsidP="00A328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Kontrollera att uppföljningssamtal och stödinsatser fungerar</w:t>
      </w:r>
      <w:r w:rsidR="00B60DF1" w:rsidRPr="00963F3F">
        <w:rPr>
          <w:rFonts w:ascii="Calibri" w:hAnsi="Calibri" w:cs="Calibri"/>
          <w:color w:val="000000"/>
        </w:rPr>
        <w:t>.</w:t>
      </w:r>
    </w:p>
    <w:sectPr w:rsidR="00E9631F" w:rsidRPr="00963F3F" w:rsidSect="00FF7B8C">
      <w:headerReference w:type="default" r:id="rId8"/>
      <w:pgSz w:w="12240" w:h="15840" w:code="1"/>
      <w:pgMar w:top="1440" w:right="1797" w:bottom="1440" w:left="1797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39D8C" w14:textId="77777777" w:rsidR="00291754" w:rsidRDefault="00291754" w:rsidP="00291754">
      <w:pPr>
        <w:spacing w:after="0" w:line="240" w:lineRule="auto"/>
      </w:pPr>
      <w:r>
        <w:separator/>
      </w:r>
    </w:p>
  </w:endnote>
  <w:endnote w:type="continuationSeparator" w:id="0">
    <w:p w14:paraId="1745FC35" w14:textId="77777777" w:rsidR="00291754" w:rsidRDefault="00291754" w:rsidP="00291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6ADE145-24B4-40E9-8DC9-19E73149545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2BCDC5B-62C0-4A08-8295-59CCEC8F9483}"/>
    <w:embedBold r:id="rId3" w:fontKey="{DF4296D7-5B1F-4152-B1A3-83527E85A74A}"/>
    <w:embedItalic r:id="rId4" w:fontKey="{8BD3401A-036B-43D1-A8BE-FD25223A6511}"/>
    <w:embedBoldItalic r:id="rId5" w:fontKey="{0B5DCB45-9CB5-4C89-8BC8-6792EB1D2E7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E53B4C1-F7CC-43B6-8391-5EADF92EFA18}"/>
    <w:embedBold r:id="rId7" w:fontKey="{D076F766-AC10-460E-B2D9-4FDDA535603F}"/>
    <w:embedItalic r:id="rId8" w:fontKey="{59219829-F0F2-4C7F-8D51-ABB017922E3F}"/>
    <w:embedBoldItalic r:id="rId9" w:fontKey="{C7F9704D-9A08-4600-93A2-722180BA7E09}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Bold r:id="rId10" w:fontKey="{D1FD5BC2-A249-4B1C-9B1A-619AD47C06B3}"/>
  </w:font>
  <w:font w:name="Lato">
    <w:charset w:val="00"/>
    <w:family w:val="swiss"/>
    <w:pitch w:val="variable"/>
    <w:sig w:usb0="E10002FF" w:usb1="5000ECFF" w:usb2="00000021" w:usb3="00000000" w:csb0="0000019F" w:csb1="00000000"/>
    <w:embedBold r:id="rId11" w:fontKey="{7560C3EB-5898-49D5-8DFC-65B15765E75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6F547" w14:textId="77777777" w:rsidR="00291754" w:rsidRDefault="00291754" w:rsidP="00291754">
      <w:pPr>
        <w:spacing w:after="0" w:line="240" w:lineRule="auto"/>
      </w:pPr>
      <w:r>
        <w:separator/>
      </w:r>
    </w:p>
  </w:footnote>
  <w:footnote w:type="continuationSeparator" w:id="0">
    <w:p w14:paraId="0A05DD1A" w14:textId="77777777" w:rsidR="00291754" w:rsidRDefault="00291754" w:rsidP="00291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0" w:type="dxa"/>
      <w:jc w:val="right"/>
      <w:tblLayout w:type="fixed"/>
      <w:tblLook w:val="0400" w:firstRow="0" w:lastRow="0" w:firstColumn="0" w:lastColumn="0" w:noHBand="0" w:noVBand="1"/>
    </w:tblPr>
    <w:tblGrid>
      <w:gridCol w:w="623"/>
      <w:gridCol w:w="8447"/>
    </w:tblGrid>
    <w:tr w:rsidR="00291754" w14:paraId="2A2FB58B" w14:textId="77777777" w:rsidTr="00AF0572">
      <w:trPr>
        <w:jc w:val="right"/>
      </w:trPr>
      <w:tc>
        <w:tcPr>
          <w:tcW w:w="623" w:type="dxa"/>
          <w:shd w:val="clear" w:color="auto" w:fill="ED7D31"/>
          <w:vAlign w:val="center"/>
        </w:tcPr>
        <w:p w14:paraId="07F25801" w14:textId="77777777" w:rsidR="00291754" w:rsidRDefault="00291754" w:rsidP="0029175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smallCaps/>
              <w:color w:val="FFFFFF"/>
            </w:rPr>
          </w:pPr>
        </w:p>
      </w:tc>
      <w:tc>
        <w:tcPr>
          <w:tcW w:w="8447" w:type="dxa"/>
          <w:shd w:val="clear" w:color="auto" w:fill="ED7D31"/>
          <w:vAlign w:val="center"/>
        </w:tcPr>
        <w:p w14:paraId="7726E518" w14:textId="36DB29F9" w:rsidR="00291754" w:rsidRDefault="00291754" w:rsidP="0029175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smallCaps/>
              <w:color w:val="FFFFFF"/>
            </w:rPr>
          </w:pPr>
          <w:r>
            <w:rPr>
              <w:smallCaps/>
              <w:color w:val="FFFFFF"/>
            </w:rPr>
            <w:t>KRISHANTERINGSPLAN - LAG</w:t>
          </w:r>
        </w:p>
      </w:tc>
    </w:tr>
  </w:tbl>
  <w:p w14:paraId="71F0C204" w14:textId="77777777" w:rsidR="00291754" w:rsidRDefault="002917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C03F0"/>
    <w:multiLevelType w:val="multilevel"/>
    <w:tmpl w:val="7E065240"/>
    <w:lvl w:ilvl="0">
      <w:start w:val="1"/>
      <w:numFmt w:val="bullet"/>
      <w:pStyle w:val="ListNumber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B56FF9"/>
    <w:multiLevelType w:val="multilevel"/>
    <w:tmpl w:val="C956A24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0DD43B7"/>
    <w:multiLevelType w:val="multilevel"/>
    <w:tmpl w:val="E618B674"/>
    <w:lvl w:ilvl="0">
      <w:start w:val="1"/>
      <w:numFmt w:val="bullet"/>
      <w:pStyle w:val="ListBullet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6756418"/>
    <w:multiLevelType w:val="hybridMultilevel"/>
    <w:tmpl w:val="8CB6CED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808C0"/>
    <w:multiLevelType w:val="multilevel"/>
    <w:tmpl w:val="D9AADE26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76A4A31"/>
    <w:multiLevelType w:val="multilevel"/>
    <w:tmpl w:val="F32452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B9405F5"/>
    <w:multiLevelType w:val="multilevel"/>
    <w:tmpl w:val="951CFCA6"/>
    <w:lvl w:ilvl="0">
      <w:start w:val="1"/>
      <w:numFmt w:val="decimal"/>
      <w:pStyle w:val="ListBullet3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64459"/>
    <w:multiLevelType w:val="multilevel"/>
    <w:tmpl w:val="A75AD4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61270824">
    <w:abstractNumId w:val="4"/>
  </w:num>
  <w:num w:numId="2" w16cid:durableId="1846895644">
    <w:abstractNumId w:val="2"/>
  </w:num>
  <w:num w:numId="3" w16cid:durableId="1951231374">
    <w:abstractNumId w:val="6"/>
  </w:num>
  <w:num w:numId="4" w16cid:durableId="1893151415">
    <w:abstractNumId w:val="7"/>
  </w:num>
  <w:num w:numId="5" w16cid:durableId="1371345699">
    <w:abstractNumId w:val="0"/>
  </w:num>
  <w:num w:numId="6" w16cid:durableId="1362127323">
    <w:abstractNumId w:val="1"/>
  </w:num>
  <w:num w:numId="7" w16cid:durableId="10072934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7486043">
    <w:abstractNumId w:val="5"/>
  </w:num>
  <w:num w:numId="9" w16cid:durableId="239463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31F"/>
    <w:rsid w:val="0001515C"/>
    <w:rsid w:val="00112130"/>
    <w:rsid w:val="00291754"/>
    <w:rsid w:val="002F7A81"/>
    <w:rsid w:val="004A0C4A"/>
    <w:rsid w:val="0078561D"/>
    <w:rsid w:val="00805668"/>
    <w:rsid w:val="00837E91"/>
    <w:rsid w:val="00963F3F"/>
    <w:rsid w:val="009B6D01"/>
    <w:rsid w:val="00A328AA"/>
    <w:rsid w:val="00B60DF1"/>
    <w:rsid w:val="00E9631F"/>
    <w:rsid w:val="00EE6FDF"/>
    <w:rsid w:val="00FC423D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B3B026"/>
  <w15:docId w15:val="{3FDFF32D-64AA-4864-97F1-AD277A50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sv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RubrikChar">
    <w:name w:val="Rubrik Char"/>
    <w:basedOn w:val="DefaultParagraphFont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UnderrubrikChar">
    <w:name w:val="Underrubrik Char"/>
    <w:basedOn w:val="DefaultParagraphFon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DefaultParagraphFont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DefaultParagraphFont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DefaultParagraphFont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next w:val="Normal"/>
    <w:uiPriority w:val="39"/>
    <w:semiHidden/>
    <w:unhideWhenUsed/>
    <w:qFormat/>
    <w:rsid w:val="00FC693F"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F02FC3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4TaW0kDa8LsMTCl7+WrYwvLu2w==">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Metadata/LabelInfo.xml><?xml version="1.0" encoding="utf-8"?>
<clbl:labelList xmlns:clbl="http://schemas.microsoft.com/office/2020/mipLabelMetadata">
  <clbl:label id="{7831e6d9-dc6c-4cd1-9ec6-1dc2b4133195}" enabled="0" method="" siteId="{7831e6d9-dc6c-4cd1-9ec6-1dc2b41331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3388</Characters>
  <Application>Microsoft Office Word</Application>
  <DocSecurity>0</DocSecurity>
  <Lines>73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Tobias Balsner</cp:lastModifiedBy>
  <cp:revision>4</cp:revision>
  <dcterms:created xsi:type="dcterms:W3CDTF">2026-04-05T07:49:00Z</dcterms:created>
  <dcterms:modified xsi:type="dcterms:W3CDTF">2026-04-05T07:50:00Z</dcterms:modified>
</cp:coreProperties>
</file>