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6C7DE" w14:textId="77777777" w:rsidR="00D43759" w:rsidRPr="00660497" w:rsidRDefault="00000000">
      <w:pPr>
        <w:jc w:val="center"/>
        <w:rPr>
          <w:lang w:val="sv-SE"/>
        </w:rPr>
      </w:pPr>
      <w:r>
        <w:rPr>
          <w:b/>
          <w:sz w:val="44"/>
        </w:rPr>
        <w:t>🏒</w:t>
      </w:r>
      <w:r w:rsidRPr="00660497">
        <w:rPr>
          <w:b/>
          <w:sz w:val="44"/>
          <w:lang w:val="sv-SE"/>
        </w:rPr>
        <w:t xml:space="preserve"> BEMANNING U14 HÖSTEN 2026</w:t>
      </w:r>
    </w:p>
    <w:p w14:paraId="1CDE693A" w14:textId="77777777" w:rsidR="00D43759" w:rsidRPr="00660497" w:rsidRDefault="00000000">
      <w:pPr>
        <w:jc w:val="center"/>
        <w:rPr>
          <w:lang w:val="sv-SE"/>
        </w:rPr>
      </w:pPr>
      <w:r w:rsidRPr="00660497">
        <w:rPr>
          <w:lang w:val="sv-SE"/>
        </w:rPr>
        <w:t>Hemmamatcher Mariestad BOIS Hockey</w:t>
      </w:r>
    </w:p>
    <w:p w14:paraId="1B77A280" w14:textId="77777777" w:rsidR="00D43759" w:rsidRPr="00660497" w:rsidRDefault="00000000">
      <w:pPr>
        <w:rPr>
          <w:lang w:val="sv-SE"/>
        </w:rPr>
      </w:pPr>
      <w:r>
        <w:rPr>
          <w:b/>
        </w:rPr>
        <w:t>🏒</w:t>
      </w:r>
      <w:r w:rsidRPr="00660497">
        <w:rPr>
          <w:b/>
          <w:lang w:val="sv-SE"/>
        </w:rPr>
        <w:t xml:space="preserve"> Match 1</w:t>
      </w:r>
      <w:r w:rsidRPr="00660497">
        <w:rPr>
          <w:b/>
          <w:lang w:val="sv-SE"/>
        </w:rPr>
        <w:br/>
      </w:r>
      <w:r w:rsidRPr="00660497">
        <w:rPr>
          <w:lang w:val="sv-SE"/>
        </w:rPr>
        <w:t>10 oktober kl. 17.00</w:t>
      </w:r>
      <w:r w:rsidRPr="00660497">
        <w:rPr>
          <w:lang w:val="sv-SE"/>
        </w:rPr>
        <w:br/>
        <w:t>Mariestad – Lidköping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D43759" w14:paraId="7BA09EDA" w14:textId="77777777">
        <w:tc>
          <w:tcPr>
            <w:tcW w:w="5400" w:type="dxa"/>
          </w:tcPr>
          <w:p w14:paraId="57A1C677" w14:textId="77777777" w:rsidR="00D43759" w:rsidRPr="00660497" w:rsidRDefault="00000000">
            <w:pPr>
              <w:rPr>
                <w:b/>
                <w:bCs/>
                <w:sz w:val="24"/>
                <w:szCs w:val="24"/>
              </w:rPr>
            </w:pPr>
            <w:r w:rsidRPr="00660497">
              <w:rPr>
                <w:b/>
                <w:bCs/>
                <w:sz w:val="24"/>
                <w:szCs w:val="24"/>
              </w:rPr>
              <w:t>Funktion</w:t>
            </w:r>
          </w:p>
        </w:tc>
        <w:tc>
          <w:tcPr>
            <w:tcW w:w="5400" w:type="dxa"/>
          </w:tcPr>
          <w:p w14:paraId="7447A562" w14:textId="77777777" w:rsidR="00D43759" w:rsidRPr="00660497" w:rsidRDefault="00000000">
            <w:pPr>
              <w:rPr>
                <w:b/>
                <w:bCs/>
                <w:sz w:val="24"/>
                <w:szCs w:val="24"/>
              </w:rPr>
            </w:pPr>
            <w:r w:rsidRPr="00660497">
              <w:rPr>
                <w:b/>
                <w:bCs/>
                <w:sz w:val="24"/>
                <w:szCs w:val="24"/>
              </w:rPr>
              <w:t>Bemanning</w:t>
            </w:r>
          </w:p>
        </w:tc>
      </w:tr>
      <w:tr w:rsidR="00D43759" w14:paraId="0844741E" w14:textId="77777777">
        <w:tc>
          <w:tcPr>
            <w:tcW w:w="5400" w:type="dxa"/>
          </w:tcPr>
          <w:p w14:paraId="5BFB13F2" w14:textId="77777777" w:rsidR="00D43759" w:rsidRDefault="00000000">
            <w:r>
              <w:t>OVR</w:t>
            </w:r>
          </w:p>
        </w:tc>
        <w:tc>
          <w:tcPr>
            <w:tcW w:w="5400" w:type="dxa"/>
          </w:tcPr>
          <w:p w14:paraId="4A390367" w14:textId="77777777" w:rsidR="00D43759" w:rsidRDefault="00000000">
            <w:r>
              <w:t>Märta Medin, Emiliam Forsell</w:t>
            </w:r>
          </w:p>
        </w:tc>
      </w:tr>
      <w:tr w:rsidR="00D43759" w14:paraId="431BB29F" w14:textId="77777777">
        <w:tc>
          <w:tcPr>
            <w:tcW w:w="5400" w:type="dxa"/>
          </w:tcPr>
          <w:p w14:paraId="45275361" w14:textId="77777777" w:rsidR="00D43759" w:rsidRDefault="00000000">
            <w:r>
              <w:t>Klocka</w:t>
            </w:r>
          </w:p>
        </w:tc>
        <w:tc>
          <w:tcPr>
            <w:tcW w:w="5400" w:type="dxa"/>
          </w:tcPr>
          <w:p w14:paraId="10B677B9" w14:textId="13D6EEBD" w:rsidR="00D43759" w:rsidRDefault="00000000">
            <w:r>
              <w:t>Selma Agö</w:t>
            </w:r>
          </w:p>
        </w:tc>
      </w:tr>
      <w:tr w:rsidR="00D43759" w14:paraId="0B7AF7A0" w14:textId="77777777">
        <w:tc>
          <w:tcPr>
            <w:tcW w:w="5400" w:type="dxa"/>
          </w:tcPr>
          <w:p w14:paraId="18A0635E" w14:textId="77777777" w:rsidR="00D43759" w:rsidRDefault="00000000">
            <w:r>
              <w:t>Speaker</w:t>
            </w:r>
          </w:p>
        </w:tc>
        <w:tc>
          <w:tcPr>
            <w:tcW w:w="5400" w:type="dxa"/>
          </w:tcPr>
          <w:p w14:paraId="5C10CC50" w14:textId="77777777" w:rsidR="00D43759" w:rsidRDefault="00000000">
            <w:r>
              <w:t>Alva Lindqvist</w:t>
            </w:r>
          </w:p>
        </w:tc>
      </w:tr>
      <w:tr w:rsidR="00D43759" w14:paraId="75852EE2" w14:textId="77777777">
        <w:tc>
          <w:tcPr>
            <w:tcW w:w="5400" w:type="dxa"/>
          </w:tcPr>
          <w:p w14:paraId="077A7172" w14:textId="77777777" w:rsidR="00D43759" w:rsidRDefault="00000000">
            <w:r>
              <w:t>Bås 1</w:t>
            </w:r>
          </w:p>
        </w:tc>
        <w:tc>
          <w:tcPr>
            <w:tcW w:w="5400" w:type="dxa"/>
          </w:tcPr>
          <w:p w14:paraId="7F5EDE5A" w14:textId="77777777" w:rsidR="00D43759" w:rsidRDefault="00000000">
            <w:r>
              <w:t>Lukas Käll</w:t>
            </w:r>
          </w:p>
        </w:tc>
      </w:tr>
      <w:tr w:rsidR="00D43759" w14:paraId="2E98044C" w14:textId="77777777">
        <w:tc>
          <w:tcPr>
            <w:tcW w:w="5400" w:type="dxa"/>
          </w:tcPr>
          <w:p w14:paraId="11648E9D" w14:textId="77777777" w:rsidR="00D43759" w:rsidRDefault="00000000">
            <w:r>
              <w:t>Bås 2</w:t>
            </w:r>
          </w:p>
        </w:tc>
        <w:tc>
          <w:tcPr>
            <w:tcW w:w="5400" w:type="dxa"/>
          </w:tcPr>
          <w:p w14:paraId="59BFCFE9" w14:textId="77777777" w:rsidR="00D43759" w:rsidRDefault="00000000">
            <w:r>
              <w:t>Från födda 2014</w:t>
            </w:r>
          </w:p>
        </w:tc>
      </w:tr>
      <w:tr w:rsidR="00D43759" w14:paraId="77AB83B1" w14:textId="77777777">
        <w:tc>
          <w:tcPr>
            <w:tcW w:w="5400" w:type="dxa"/>
          </w:tcPr>
          <w:p w14:paraId="18E9AB9B" w14:textId="77777777" w:rsidR="00D43759" w:rsidRDefault="00000000">
            <w:r>
              <w:t>Kiosk</w:t>
            </w:r>
          </w:p>
        </w:tc>
        <w:tc>
          <w:tcPr>
            <w:tcW w:w="5400" w:type="dxa"/>
          </w:tcPr>
          <w:p w14:paraId="57692489" w14:textId="77777777" w:rsidR="00D43759" w:rsidRDefault="00000000">
            <w:r>
              <w:t>Love Astin + Från födda 2014</w:t>
            </w:r>
          </w:p>
        </w:tc>
      </w:tr>
      <w:tr w:rsidR="00D43759" w14:paraId="4C0D0D82" w14:textId="77777777">
        <w:tc>
          <w:tcPr>
            <w:tcW w:w="5400" w:type="dxa"/>
          </w:tcPr>
          <w:p w14:paraId="09E81B09" w14:textId="77777777" w:rsidR="00D43759" w:rsidRDefault="00000000">
            <w:r>
              <w:t>Matchvärd</w:t>
            </w:r>
          </w:p>
        </w:tc>
        <w:tc>
          <w:tcPr>
            <w:tcW w:w="5400" w:type="dxa"/>
          </w:tcPr>
          <w:p w14:paraId="2861D3F4" w14:textId="24419E8C" w:rsidR="00D43759" w:rsidRDefault="00000000">
            <w:r>
              <w:t>Från födda 2014</w:t>
            </w:r>
            <w:r w:rsidR="00847EA5">
              <w:t xml:space="preserve"> 2 st</w:t>
            </w:r>
          </w:p>
        </w:tc>
      </w:tr>
    </w:tbl>
    <w:p w14:paraId="2BCC1436" w14:textId="77777777" w:rsidR="00D43759" w:rsidRDefault="00D43759"/>
    <w:p w14:paraId="4F30293E" w14:textId="77777777" w:rsidR="00D43759" w:rsidRPr="00660497" w:rsidRDefault="00000000">
      <w:pPr>
        <w:rPr>
          <w:lang w:val="sv-SE"/>
        </w:rPr>
      </w:pPr>
      <w:r>
        <w:rPr>
          <w:b/>
        </w:rPr>
        <w:t>🏒</w:t>
      </w:r>
      <w:r w:rsidRPr="00660497">
        <w:rPr>
          <w:b/>
          <w:lang w:val="sv-SE"/>
        </w:rPr>
        <w:t xml:space="preserve"> Match 2</w:t>
      </w:r>
      <w:r w:rsidRPr="00660497">
        <w:rPr>
          <w:b/>
          <w:lang w:val="sv-SE"/>
        </w:rPr>
        <w:br/>
      </w:r>
      <w:r w:rsidRPr="00660497">
        <w:rPr>
          <w:lang w:val="sv-SE"/>
        </w:rPr>
        <w:t>24 oktober kl. 17.00</w:t>
      </w:r>
      <w:r w:rsidRPr="00660497">
        <w:rPr>
          <w:lang w:val="sv-SE"/>
        </w:rPr>
        <w:br/>
        <w:t>Mariestad – Vänersborg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D43759" w14:paraId="7DB99DD5" w14:textId="77777777">
        <w:tc>
          <w:tcPr>
            <w:tcW w:w="5400" w:type="dxa"/>
          </w:tcPr>
          <w:p w14:paraId="05AB1042" w14:textId="77777777" w:rsidR="00D43759" w:rsidRPr="00660497" w:rsidRDefault="00000000">
            <w:pPr>
              <w:rPr>
                <w:b/>
                <w:bCs/>
                <w:sz w:val="24"/>
                <w:szCs w:val="24"/>
              </w:rPr>
            </w:pPr>
            <w:r w:rsidRPr="00660497">
              <w:rPr>
                <w:b/>
                <w:bCs/>
                <w:sz w:val="24"/>
                <w:szCs w:val="24"/>
              </w:rPr>
              <w:t>Funktion</w:t>
            </w:r>
          </w:p>
        </w:tc>
        <w:tc>
          <w:tcPr>
            <w:tcW w:w="5400" w:type="dxa"/>
          </w:tcPr>
          <w:p w14:paraId="0E9B7A90" w14:textId="77777777" w:rsidR="00D43759" w:rsidRPr="00660497" w:rsidRDefault="00000000">
            <w:pPr>
              <w:rPr>
                <w:b/>
                <w:bCs/>
                <w:sz w:val="24"/>
                <w:szCs w:val="24"/>
              </w:rPr>
            </w:pPr>
            <w:r w:rsidRPr="00660497">
              <w:rPr>
                <w:b/>
                <w:bCs/>
                <w:sz w:val="24"/>
                <w:szCs w:val="24"/>
              </w:rPr>
              <w:t>Bemanning</w:t>
            </w:r>
          </w:p>
        </w:tc>
      </w:tr>
      <w:tr w:rsidR="00D43759" w14:paraId="3689F77F" w14:textId="77777777">
        <w:tc>
          <w:tcPr>
            <w:tcW w:w="5400" w:type="dxa"/>
          </w:tcPr>
          <w:p w14:paraId="54E8E512" w14:textId="77777777" w:rsidR="00D43759" w:rsidRDefault="00000000">
            <w:r>
              <w:t>OVR</w:t>
            </w:r>
          </w:p>
        </w:tc>
        <w:tc>
          <w:tcPr>
            <w:tcW w:w="5400" w:type="dxa"/>
          </w:tcPr>
          <w:p w14:paraId="05A8C493" w14:textId="77777777" w:rsidR="00D43759" w:rsidRDefault="00000000">
            <w:r>
              <w:t>Clara Karlsson, Hugo Grönlind</w:t>
            </w:r>
          </w:p>
        </w:tc>
      </w:tr>
      <w:tr w:rsidR="00D43759" w14:paraId="1439B551" w14:textId="77777777">
        <w:tc>
          <w:tcPr>
            <w:tcW w:w="5400" w:type="dxa"/>
          </w:tcPr>
          <w:p w14:paraId="65E89089" w14:textId="77777777" w:rsidR="00D43759" w:rsidRDefault="00000000">
            <w:r>
              <w:t>Klocka</w:t>
            </w:r>
          </w:p>
        </w:tc>
        <w:tc>
          <w:tcPr>
            <w:tcW w:w="5400" w:type="dxa"/>
          </w:tcPr>
          <w:p w14:paraId="25FDC9F6" w14:textId="77777777" w:rsidR="00D43759" w:rsidRDefault="00000000">
            <w:r>
              <w:t>Carl Bergman</w:t>
            </w:r>
          </w:p>
        </w:tc>
      </w:tr>
      <w:tr w:rsidR="00D43759" w14:paraId="42997DFB" w14:textId="77777777">
        <w:tc>
          <w:tcPr>
            <w:tcW w:w="5400" w:type="dxa"/>
          </w:tcPr>
          <w:p w14:paraId="04ED9AD4" w14:textId="77777777" w:rsidR="00D43759" w:rsidRDefault="00000000">
            <w:r>
              <w:t>Speaker</w:t>
            </w:r>
          </w:p>
        </w:tc>
        <w:tc>
          <w:tcPr>
            <w:tcW w:w="5400" w:type="dxa"/>
          </w:tcPr>
          <w:p w14:paraId="2A59658C" w14:textId="77777777" w:rsidR="00D43759" w:rsidRDefault="00000000">
            <w:r>
              <w:t>Edvin Falk</w:t>
            </w:r>
          </w:p>
        </w:tc>
      </w:tr>
      <w:tr w:rsidR="00D43759" w14:paraId="56756B36" w14:textId="77777777">
        <w:tc>
          <w:tcPr>
            <w:tcW w:w="5400" w:type="dxa"/>
          </w:tcPr>
          <w:p w14:paraId="1582E306" w14:textId="77777777" w:rsidR="00D43759" w:rsidRDefault="00000000">
            <w:r>
              <w:t>Bås 1</w:t>
            </w:r>
          </w:p>
        </w:tc>
        <w:tc>
          <w:tcPr>
            <w:tcW w:w="5400" w:type="dxa"/>
          </w:tcPr>
          <w:p w14:paraId="594C12AD" w14:textId="77777777" w:rsidR="00D43759" w:rsidRDefault="00000000">
            <w:r>
              <w:t>Måns Rosell</w:t>
            </w:r>
          </w:p>
        </w:tc>
      </w:tr>
      <w:tr w:rsidR="00D43759" w14:paraId="7E1836E3" w14:textId="77777777">
        <w:tc>
          <w:tcPr>
            <w:tcW w:w="5400" w:type="dxa"/>
          </w:tcPr>
          <w:p w14:paraId="719ED3D3" w14:textId="77777777" w:rsidR="00D43759" w:rsidRDefault="00000000">
            <w:r>
              <w:t>Bås 2</w:t>
            </w:r>
          </w:p>
        </w:tc>
        <w:tc>
          <w:tcPr>
            <w:tcW w:w="5400" w:type="dxa"/>
          </w:tcPr>
          <w:p w14:paraId="7531445A" w14:textId="77777777" w:rsidR="00D43759" w:rsidRDefault="00000000">
            <w:r>
              <w:t>Från födda 2014</w:t>
            </w:r>
          </w:p>
        </w:tc>
      </w:tr>
      <w:tr w:rsidR="00D43759" w14:paraId="3E8E3A14" w14:textId="77777777">
        <w:tc>
          <w:tcPr>
            <w:tcW w:w="5400" w:type="dxa"/>
          </w:tcPr>
          <w:p w14:paraId="01FEAEF6" w14:textId="77777777" w:rsidR="00D43759" w:rsidRDefault="00000000">
            <w:r>
              <w:t>Kiosk</w:t>
            </w:r>
          </w:p>
        </w:tc>
        <w:tc>
          <w:tcPr>
            <w:tcW w:w="5400" w:type="dxa"/>
          </w:tcPr>
          <w:p w14:paraId="228AB6A9" w14:textId="77777777" w:rsidR="00D43759" w:rsidRDefault="00000000">
            <w:r>
              <w:t>Frank Persson, Elvin Sivonen</w:t>
            </w:r>
          </w:p>
        </w:tc>
      </w:tr>
      <w:tr w:rsidR="00D43759" w14:paraId="575CD1D9" w14:textId="77777777">
        <w:tc>
          <w:tcPr>
            <w:tcW w:w="5400" w:type="dxa"/>
          </w:tcPr>
          <w:p w14:paraId="7156E316" w14:textId="77777777" w:rsidR="00D43759" w:rsidRDefault="00000000">
            <w:r>
              <w:t>Matchvärd</w:t>
            </w:r>
          </w:p>
        </w:tc>
        <w:tc>
          <w:tcPr>
            <w:tcW w:w="5400" w:type="dxa"/>
          </w:tcPr>
          <w:p w14:paraId="2D52AA52" w14:textId="77777777" w:rsidR="00D43759" w:rsidRDefault="00000000">
            <w:r>
              <w:t>Lukas Hellberg + Från födda 2014</w:t>
            </w:r>
          </w:p>
        </w:tc>
      </w:tr>
    </w:tbl>
    <w:p w14:paraId="1EEB454E" w14:textId="77777777" w:rsidR="00D43759" w:rsidRDefault="00D43759"/>
    <w:p w14:paraId="42CE8226" w14:textId="77777777" w:rsidR="00D43759" w:rsidRDefault="00000000">
      <w:r>
        <w:rPr>
          <w:b/>
        </w:rPr>
        <w:t>🏒 Match 3</w:t>
      </w:r>
      <w:r>
        <w:rPr>
          <w:b/>
        </w:rPr>
        <w:br/>
      </w:r>
      <w:r>
        <w:t>7 november kl. 13.15</w:t>
      </w:r>
      <w:r>
        <w:br/>
        <w:t>Mariestad – HV71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D43759" w14:paraId="41F7C7C1" w14:textId="77777777">
        <w:tc>
          <w:tcPr>
            <w:tcW w:w="5400" w:type="dxa"/>
          </w:tcPr>
          <w:p w14:paraId="0763CA38" w14:textId="77777777" w:rsidR="00D43759" w:rsidRPr="00660497" w:rsidRDefault="00000000">
            <w:pPr>
              <w:rPr>
                <w:b/>
                <w:bCs/>
                <w:sz w:val="24"/>
                <w:szCs w:val="24"/>
              </w:rPr>
            </w:pPr>
            <w:r w:rsidRPr="00660497">
              <w:rPr>
                <w:b/>
                <w:bCs/>
                <w:sz w:val="24"/>
                <w:szCs w:val="24"/>
              </w:rPr>
              <w:t>Funktion</w:t>
            </w:r>
          </w:p>
        </w:tc>
        <w:tc>
          <w:tcPr>
            <w:tcW w:w="5400" w:type="dxa"/>
          </w:tcPr>
          <w:p w14:paraId="1A5174BA" w14:textId="77777777" w:rsidR="00D43759" w:rsidRPr="00660497" w:rsidRDefault="00000000">
            <w:pPr>
              <w:rPr>
                <w:b/>
                <w:bCs/>
                <w:sz w:val="24"/>
                <w:szCs w:val="24"/>
              </w:rPr>
            </w:pPr>
            <w:r w:rsidRPr="00660497">
              <w:rPr>
                <w:b/>
                <w:bCs/>
                <w:sz w:val="24"/>
                <w:szCs w:val="24"/>
              </w:rPr>
              <w:t>Bemanning</w:t>
            </w:r>
          </w:p>
        </w:tc>
      </w:tr>
      <w:tr w:rsidR="00D43759" w14:paraId="75630C0C" w14:textId="77777777">
        <w:tc>
          <w:tcPr>
            <w:tcW w:w="5400" w:type="dxa"/>
          </w:tcPr>
          <w:p w14:paraId="59B71C31" w14:textId="77777777" w:rsidR="00D43759" w:rsidRDefault="00000000">
            <w:r>
              <w:t>OVR</w:t>
            </w:r>
          </w:p>
        </w:tc>
        <w:tc>
          <w:tcPr>
            <w:tcW w:w="5400" w:type="dxa"/>
          </w:tcPr>
          <w:p w14:paraId="60C15EE9" w14:textId="77777777" w:rsidR="00D43759" w:rsidRDefault="00000000">
            <w:r>
              <w:t>Märta Medin, Emiliam Forsell</w:t>
            </w:r>
          </w:p>
        </w:tc>
      </w:tr>
      <w:tr w:rsidR="00D43759" w14:paraId="4212CAAE" w14:textId="77777777">
        <w:tc>
          <w:tcPr>
            <w:tcW w:w="5400" w:type="dxa"/>
          </w:tcPr>
          <w:p w14:paraId="73D22EC7" w14:textId="77777777" w:rsidR="00D43759" w:rsidRDefault="00000000">
            <w:r>
              <w:t>Klocka</w:t>
            </w:r>
          </w:p>
        </w:tc>
        <w:tc>
          <w:tcPr>
            <w:tcW w:w="5400" w:type="dxa"/>
          </w:tcPr>
          <w:p w14:paraId="61598366" w14:textId="77777777" w:rsidR="00D43759" w:rsidRDefault="00000000">
            <w:r>
              <w:t>Allan Thorell</w:t>
            </w:r>
          </w:p>
        </w:tc>
      </w:tr>
      <w:tr w:rsidR="00D43759" w14:paraId="184AF27F" w14:textId="77777777">
        <w:tc>
          <w:tcPr>
            <w:tcW w:w="5400" w:type="dxa"/>
          </w:tcPr>
          <w:p w14:paraId="65F63AE4" w14:textId="77777777" w:rsidR="00D43759" w:rsidRDefault="00000000">
            <w:r>
              <w:t>Speaker</w:t>
            </w:r>
          </w:p>
        </w:tc>
        <w:tc>
          <w:tcPr>
            <w:tcW w:w="5400" w:type="dxa"/>
          </w:tcPr>
          <w:p w14:paraId="323E3A2F" w14:textId="77777777" w:rsidR="00D43759" w:rsidRDefault="00000000">
            <w:r>
              <w:t>Alva Lindqvist</w:t>
            </w:r>
          </w:p>
        </w:tc>
      </w:tr>
      <w:tr w:rsidR="00D43759" w14:paraId="18D26236" w14:textId="77777777">
        <w:tc>
          <w:tcPr>
            <w:tcW w:w="5400" w:type="dxa"/>
          </w:tcPr>
          <w:p w14:paraId="0E45A850" w14:textId="77777777" w:rsidR="00D43759" w:rsidRDefault="00000000">
            <w:r>
              <w:t>Bås 1</w:t>
            </w:r>
          </w:p>
        </w:tc>
        <w:tc>
          <w:tcPr>
            <w:tcW w:w="5400" w:type="dxa"/>
          </w:tcPr>
          <w:p w14:paraId="2156C50E" w14:textId="77777777" w:rsidR="00D43759" w:rsidRDefault="00000000">
            <w:r>
              <w:t>Lukas Käll</w:t>
            </w:r>
          </w:p>
        </w:tc>
      </w:tr>
      <w:tr w:rsidR="00D43759" w14:paraId="558CFBFC" w14:textId="77777777">
        <w:tc>
          <w:tcPr>
            <w:tcW w:w="5400" w:type="dxa"/>
          </w:tcPr>
          <w:p w14:paraId="5A0E66F7" w14:textId="77777777" w:rsidR="00D43759" w:rsidRDefault="00000000">
            <w:r>
              <w:t>Bås 2</w:t>
            </w:r>
          </w:p>
        </w:tc>
        <w:tc>
          <w:tcPr>
            <w:tcW w:w="5400" w:type="dxa"/>
          </w:tcPr>
          <w:p w14:paraId="7590F828" w14:textId="77777777" w:rsidR="00D43759" w:rsidRDefault="00000000">
            <w:r>
              <w:t>Selma Agö</w:t>
            </w:r>
          </w:p>
        </w:tc>
      </w:tr>
      <w:tr w:rsidR="00D43759" w14:paraId="0BC688AB" w14:textId="77777777">
        <w:tc>
          <w:tcPr>
            <w:tcW w:w="5400" w:type="dxa"/>
          </w:tcPr>
          <w:p w14:paraId="1CABCA4A" w14:textId="77777777" w:rsidR="00D43759" w:rsidRDefault="00000000">
            <w:r>
              <w:t>Kiosk</w:t>
            </w:r>
          </w:p>
        </w:tc>
        <w:tc>
          <w:tcPr>
            <w:tcW w:w="5400" w:type="dxa"/>
          </w:tcPr>
          <w:p w14:paraId="057C4743" w14:textId="77777777" w:rsidR="00D43759" w:rsidRDefault="00000000">
            <w:r>
              <w:t>Love Astin + Från födda 2014</w:t>
            </w:r>
          </w:p>
        </w:tc>
      </w:tr>
      <w:tr w:rsidR="00D43759" w14:paraId="359B8F47" w14:textId="77777777">
        <w:tc>
          <w:tcPr>
            <w:tcW w:w="5400" w:type="dxa"/>
          </w:tcPr>
          <w:p w14:paraId="5A75CBDB" w14:textId="77777777" w:rsidR="00D43759" w:rsidRDefault="00000000">
            <w:r>
              <w:t>Matchvärd</w:t>
            </w:r>
          </w:p>
        </w:tc>
        <w:tc>
          <w:tcPr>
            <w:tcW w:w="5400" w:type="dxa"/>
          </w:tcPr>
          <w:p w14:paraId="741A7230" w14:textId="604CE8DB" w:rsidR="00D43759" w:rsidRDefault="00000000">
            <w:r>
              <w:t>Från födda 2014</w:t>
            </w:r>
            <w:r w:rsidR="00847EA5">
              <w:t xml:space="preserve"> 2 st</w:t>
            </w:r>
          </w:p>
        </w:tc>
      </w:tr>
    </w:tbl>
    <w:p w14:paraId="2BD469BD" w14:textId="77777777" w:rsidR="00D43759" w:rsidRDefault="00D43759"/>
    <w:p w14:paraId="0EE9546D" w14:textId="77777777" w:rsidR="00D43759" w:rsidRDefault="00000000">
      <w:r>
        <w:rPr>
          <w:b/>
        </w:rPr>
        <w:lastRenderedPageBreak/>
        <w:t>🏒 Match 4</w:t>
      </w:r>
      <w:r>
        <w:rPr>
          <w:b/>
        </w:rPr>
        <w:br/>
      </w:r>
      <w:r>
        <w:t>14 november kl. 12.30</w:t>
      </w:r>
      <w:r>
        <w:br/>
        <w:t>Mariestad – Nittorp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D43759" w14:paraId="15880B03" w14:textId="77777777">
        <w:tc>
          <w:tcPr>
            <w:tcW w:w="5400" w:type="dxa"/>
          </w:tcPr>
          <w:p w14:paraId="28588821" w14:textId="77777777" w:rsidR="00D43759" w:rsidRPr="00660497" w:rsidRDefault="00000000">
            <w:pPr>
              <w:rPr>
                <w:b/>
                <w:bCs/>
                <w:sz w:val="24"/>
                <w:szCs w:val="24"/>
              </w:rPr>
            </w:pPr>
            <w:r w:rsidRPr="00660497">
              <w:rPr>
                <w:b/>
                <w:bCs/>
                <w:sz w:val="24"/>
                <w:szCs w:val="24"/>
              </w:rPr>
              <w:t>Funktion</w:t>
            </w:r>
          </w:p>
        </w:tc>
        <w:tc>
          <w:tcPr>
            <w:tcW w:w="5400" w:type="dxa"/>
          </w:tcPr>
          <w:p w14:paraId="676B2C1C" w14:textId="77777777" w:rsidR="00D43759" w:rsidRPr="00660497" w:rsidRDefault="00000000">
            <w:pPr>
              <w:rPr>
                <w:b/>
                <w:bCs/>
                <w:sz w:val="24"/>
                <w:szCs w:val="24"/>
              </w:rPr>
            </w:pPr>
            <w:r w:rsidRPr="00660497">
              <w:rPr>
                <w:b/>
                <w:bCs/>
                <w:sz w:val="24"/>
                <w:szCs w:val="24"/>
              </w:rPr>
              <w:t>Bemanning</w:t>
            </w:r>
          </w:p>
        </w:tc>
      </w:tr>
      <w:tr w:rsidR="00D43759" w14:paraId="4A7D43C5" w14:textId="77777777">
        <w:tc>
          <w:tcPr>
            <w:tcW w:w="5400" w:type="dxa"/>
          </w:tcPr>
          <w:p w14:paraId="1F1B2797" w14:textId="77777777" w:rsidR="00D43759" w:rsidRDefault="00000000">
            <w:r>
              <w:t>OVR</w:t>
            </w:r>
          </w:p>
        </w:tc>
        <w:tc>
          <w:tcPr>
            <w:tcW w:w="5400" w:type="dxa"/>
          </w:tcPr>
          <w:p w14:paraId="6FCA99DA" w14:textId="77777777" w:rsidR="00D43759" w:rsidRDefault="00000000">
            <w:r>
              <w:t>Clara Karlsson, Hugo Grönlind</w:t>
            </w:r>
          </w:p>
        </w:tc>
      </w:tr>
      <w:tr w:rsidR="00D43759" w14:paraId="156B46B8" w14:textId="77777777">
        <w:tc>
          <w:tcPr>
            <w:tcW w:w="5400" w:type="dxa"/>
          </w:tcPr>
          <w:p w14:paraId="429DB4E8" w14:textId="77777777" w:rsidR="00D43759" w:rsidRDefault="00000000">
            <w:r>
              <w:t>Klocka</w:t>
            </w:r>
          </w:p>
        </w:tc>
        <w:tc>
          <w:tcPr>
            <w:tcW w:w="5400" w:type="dxa"/>
          </w:tcPr>
          <w:p w14:paraId="3732080A" w14:textId="77777777" w:rsidR="00D43759" w:rsidRDefault="00000000">
            <w:r>
              <w:t>Måns Rosell</w:t>
            </w:r>
          </w:p>
        </w:tc>
      </w:tr>
      <w:tr w:rsidR="00D43759" w14:paraId="1604F929" w14:textId="77777777">
        <w:tc>
          <w:tcPr>
            <w:tcW w:w="5400" w:type="dxa"/>
          </w:tcPr>
          <w:p w14:paraId="4F84C793" w14:textId="77777777" w:rsidR="00D43759" w:rsidRDefault="00000000">
            <w:r>
              <w:t>Speaker</w:t>
            </w:r>
          </w:p>
        </w:tc>
        <w:tc>
          <w:tcPr>
            <w:tcW w:w="5400" w:type="dxa"/>
          </w:tcPr>
          <w:p w14:paraId="33E93E3A" w14:textId="77777777" w:rsidR="00D43759" w:rsidRDefault="00000000">
            <w:r>
              <w:t>Edvin Falk</w:t>
            </w:r>
          </w:p>
        </w:tc>
      </w:tr>
      <w:tr w:rsidR="00D43759" w14:paraId="000847E1" w14:textId="77777777">
        <w:tc>
          <w:tcPr>
            <w:tcW w:w="5400" w:type="dxa"/>
          </w:tcPr>
          <w:p w14:paraId="57D75550" w14:textId="77777777" w:rsidR="00D43759" w:rsidRDefault="00000000">
            <w:r>
              <w:t>Bås 1</w:t>
            </w:r>
          </w:p>
        </w:tc>
        <w:tc>
          <w:tcPr>
            <w:tcW w:w="5400" w:type="dxa"/>
          </w:tcPr>
          <w:p w14:paraId="7AF0B979" w14:textId="77777777" w:rsidR="00D43759" w:rsidRDefault="00000000">
            <w:r>
              <w:t>Carl Bergman</w:t>
            </w:r>
          </w:p>
        </w:tc>
      </w:tr>
      <w:tr w:rsidR="00D43759" w14:paraId="6AB08590" w14:textId="77777777">
        <w:tc>
          <w:tcPr>
            <w:tcW w:w="5400" w:type="dxa"/>
          </w:tcPr>
          <w:p w14:paraId="58BA2C06" w14:textId="77777777" w:rsidR="00D43759" w:rsidRDefault="00000000">
            <w:r>
              <w:t>Bås 2</w:t>
            </w:r>
          </w:p>
        </w:tc>
        <w:tc>
          <w:tcPr>
            <w:tcW w:w="5400" w:type="dxa"/>
          </w:tcPr>
          <w:p w14:paraId="7937BF3D" w14:textId="77777777" w:rsidR="00D43759" w:rsidRDefault="00000000">
            <w:r>
              <w:t>Från födda 2014</w:t>
            </w:r>
          </w:p>
        </w:tc>
      </w:tr>
      <w:tr w:rsidR="00D43759" w14:paraId="62266D70" w14:textId="77777777">
        <w:tc>
          <w:tcPr>
            <w:tcW w:w="5400" w:type="dxa"/>
          </w:tcPr>
          <w:p w14:paraId="1100CFA4" w14:textId="77777777" w:rsidR="00D43759" w:rsidRDefault="00000000">
            <w:r>
              <w:t>Kiosk</w:t>
            </w:r>
          </w:p>
        </w:tc>
        <w:tc>
          <w:tcPr>
            <w:tcW w:w="5400" w:type="dxa"/>
          </w:tcPr>
          <w:p w14:paraId="672A7063" w14:textId="77777777" w:rsidR="00D43759" w:rsidRDefault="00000000">
            <w:r>
              <w:t>Frank Persson, Elvin Sivonen</w:t>
            </w:r>
          </w:p>
        </w:tc>
      </w:tr>
      <w:tr w:rsidR="00D43759" w14:paraId="32D10F9A" w14:textId="77777777">
        <w:tc>
          <w:tcPr>
            <w:tcW w:w="5400" w:type="dxa"/>
          </w:tcPr>
          <w:p w14:paraId="77415BF8" w14:textId="77777777" w:rsidR="00D43759" w:rsidRDefault="00000000">
            <w:r>
              <w:t>Matchvärd</w:t>
            </w:r>
          </w:p>
        </w:tc>
        <w:tc>
          <w:tcPr>
            <w:tcW w:w="5400" w:type="dxa"/>
          </w:tcPr>
          <w:p w14:paraId="217223B8" w14:textId="77777777" w:rsidR="00D43759" w:rsidRDefault="00000000">
            <w:r>
              <w:t>Lukas Hellberg + Från födda 2014</w:t>
            </w:r>
          </w:p>
        </w:tc>
      </w:tr>
    </w:tbl>
    <w:p w14:paraId="195064E8" w14:textId="77777777" w:rsidR="00D43759" w:rsidRDefault="00D43759"/>
    <w:p w14:paraId="3C3BE994" w14:textId="77777777" w:rsidR="00D43759" w:rsidRDefault="00000000">
      <w:r>
        <w:rPr>
          <w:b/>
        </w:rPr>
        <w:t>🏒 Match 5</w:t>
      </w:r>
      <w:r>
        <w:rPr>
          <w:b/>
        </w:rPr>
        <w:br/>
      </w:r>
      <w:r>
        <w:t>28 november</w:t>
      </w:r>
      <w:r>
        <w:br/>
        <w:t>Mariestad – LN70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D43759" w14:paraId="64127717" w14:textId="77777777">
        <w:tc>
          <w:tcPr>
            <w:tcW w:w="5400" w:type="dxa"/>
          </w:tcPr>
          <w:p w14:paraId="617CAFAD" w14:textId="77777777" w:rsidR="00D43759" w:rsidRPr="004F2CD4" w:rsidRDefault="00000000">
            <w:pPr>
              <w:rPr>
                <w:b/>
                <w:bCs/>
                <w:sz w:val="24"/>
                <w:szCs w:val="24"/>
              </w:rPr>
            </w:pPr>
            <w:r w:rsidRPr="004F2CD4">
              <w:rPr>
                <w:b/>
                <w:bCs/>
                <w:sz w:val="24"/>
                <w:szCs w:val="24"/>
              </w:rPr>
              <w:t>Funktion</w:t>
            </w:r>
          </w:p>
        </w:tc>
        <w:tc>
          <w:tcPr>
            <w:tcW w:w="5400" w:type="dxa"/>
          </w:tcPr>
          <w:p w14:paraId="076C62AF" w14:textId="77777777" w:rsidR="00D43759" w:rsidRPr="004F2CD4" w:rsidRDefault="00000000">
            <w:pPr>
              <w:rPr>
                <w:b/>
                <w:bCs/>
                <w:sz w:val="24"/>
                <w:szCs w:val="24"/>
              </w:rPr>
            </w:pPr>
            <w:r w:rsidRPr="004F2CD4">
              <w:rPr>
                <w:b/>
                <w:bCs/>
                <w:sz w:val="24"/>
                <w:szCs w:val="24"/>
              </w:rPr>
              <w:t>Bemanning</w:t>
            </w:r>
          </w:p>
        </w:tc>
      </w:tr>
      <w:tr w:rsidR="00D43759" w14:paraId="71444BAA" w14:textId="77777777">
        <w:tc>
          <w:tcPr>
            <w:tcW w:w="5400" w:type="dxa"/>
          </w:tcPr>
          <w:p w14:paraId="336F8AF1" w14:textId="77777777" w:rsidR="00D43759" w:rsidRDefault="00000000">
            <w:r>
              <w:t>OVR</w:t>
            </w:r>
          </w:p>
        </w:tc>
        <w:tc>
          <w:tcPr>
            <w:tcW w:w="5400" w:type="dxa"/>
          </w:tcPr>
          <w:p w14:paraId="5932145E" w14:textId="77777777" w:rsidR="00D43759" w:rsidRDefault="00000000">
            <w:r>
              <w:t>Emiliam Forsell</w:t>
            </w:r>
          </w:p>
        </w:tc>
      </w:tr>
      <w:tr w:rsidR="00D43759" w14:paraId="1CDFA75C" w14:textId="77777777">
        <w:tc>
          <w:tcPr>
            <w:tcW w:w="5400" w:type="dxa"/>
          </w:tcPr>
          <w:p w14:paraId="641799B7" w14:textId="77777777" w:rsidR="00D43759" w:rsidRDefault="00000000">
            <w:r>
              <w:t>Klocka</w:t>
            </w:r>
          </w:p>
        </w:tc>
        <w:tc>
          <w:tcPr>
            <w:tcW w:w="5400" w:type="dxa"/>
          </w:tcPr>
          <w:p w14:paraId="7870DD1D" w14:textId="77777777" w:rsidR="00D43759" w:rsidRDefault="00000000">
            <w:r>
              <w:t>Allan Thorell</w:t>
            </w:r>
          </w:p>
        </w:tc>
      </w:tr>
      <w:tr w:rsidR="00D43759" w14:paraId="1B965F48" w14:textId="77777777">
        <w:tc>
          <w:tcPr>
            <w:tcW w:w="5400" w:type="dxa"/>
          </w:tcPr>
          <w:p w14:paraId="4B2437C8" w14:textId="77777777" w:rsidR="00D43759" w:rsidRDefault="00000000">
            <w:r>
              <w:t>Speaker</w:t>
            </w:r>
          </w:p>
        </w:tc>
        <w:tc>
          <w:tcPr>
            <w:tcW w:w="5400" w:type="dxa"/>
          </w:tcPr>
          <w:p w14:paraId="477CD8CF" w14:textId="77777777" w:rsidR="00D43759" w:rsidRDefault="00000000">
            <w:r>
              <w:t>Alva Lindqvist</w:t>
            </w:r>
          </w:p>
        </w:tc>
      </w:tr>
      <w:tr w:rsidR="00D43759" w14:paraId="7425352C" w14:textId="77777777">
        <w:tc>
          <w:tcPr>
            <w:tcW w:w="5400" w:type="dxa"/>
          </w:tcPr>
          <w:p w14:paraId="72D21E13" w14:textId="77777777" w:rsidR="00D43759" w:rsidRDefault="00000000">
            <w:r>
              <w:t>Bås 1</w:t>
            </w:r>
          </w:p>
        </w:tc>
        <w:tc>
          <w:tcPr>
            <w:tcW w:w="5400" w:type="dxa"/>
          </w:tcPr>
          <w:p w14:paraId="01D8C5B4" w14:textId="77777777" w:rsidR="00D43759" w:rsidRDefault="00000000">
            <w:r>
              <w:t>Från födda 2014</w:t>
            </w:r>
          </w:p>
        </w:tc>
      </w:tr>
      <w:tr w:rsidR="00D43759" w14:paraId="1E17E196" w14:textId="77777777">
        <w:tc>
          <w:tcPr>
            <w:tcW w:w="5400" w:type="dxa"/>
          </w:tcPr>
          <w:p w14:paraId="5275CE53" w14:textId="77777777" w:rsidR="00D43759" w:rsidRDefault="00000000">
            <w:r>
              <w:t>Bås 2</w:t>
            </w:r>
          </w:p>
        </w:tc>
        <w:tc>
          <w:tcPr>
            <w:tcW w:w="5400" w:type="dxa"/>
          </w:tcPr>
          <w:p w14:paraId="0C7921F1" w14:textId="77777777" w:rsidR="00D43759" w:rsidRDefault="00000000">
            <w:r>
              <w:t>Lukas Käll</w:t>
            </w:r>
          </w:p>
        </w:tc>
      </w:tr>
      <w:tr w:rsidR="00D43759" w14:paraId="062C7EAA" w14:textId="77777777">
        <w:tc>
          <w:tcPr>
            <w:tcW w:w="5400" w:type="dxa"/>
          </w:tcPr>
          <w:p w14:paraId="1535F277" w14:textId="77777777" w:rsidR="00D43759" w:rsidRDefault="00000000">
            <w:r>
              <w:t>Kiosk</w:t>
            </w:r>
          </w:p>
        </w:tc>
        <w:tc>
          <w:tcPr>
            <w:tcW w:w="5400" w:type="dxa"/>
          </w:tcPr>
          <w:p w14:paraId="51A370D5" w14:textId="2BF3F61E" w:rsidR="00D43759" w:rsidRDefault="00000000">
            <w:r>
              <w:t>Love Astin</w:t>
            </w:r>
            <w:r w:rsidR="00660497">
              <w:t xml:space="preserve"> + Från födda 2014</w:t>
            </w:r>
          </w:p>
        </w:tc>
      </w:tr>
      <w:tr w:rsidR="00D43759" w14:paraId="0D56BF52" w14:textId="77777777">
        <w:tc>
          <w:tcPr>
            <w:tcW w:w="5400" w:type="dxa"/>
          </w:tcPr>
          <w:p w14:paraId="7403E6B8" w14:textId="77777777" w:rsidR="00D43759" w:rsidRDefault="00000000">
            <w:r>
              <w:t>Matchvärd</w:t>
            </w:r>
          </w:p>
        </w:tc>
        <w:tc>
          <w:tcPr>
            <w:tcW w:w="5400" w:type="dxa"/>
          </w:tcPr>
          <w:p w14:paraId="54B70C11" w14:textId="77777777" w:rsidR="00D43759" w:rsidRDefault="00000000">
            <w:r>
              <w:t>Selma Agö + Från födda 2014</w:t>
            </w:r>
          </w:p>
        </w:tc>
      </w:tr>
    </w:tbl>
    <w:p w14:paraId="53F669C8" w14:textId="77777777" w:rsidR="00D43759" w:rsidRDefault="00D43759"/>
    <w:p w14:paraId="2F44F1F4" w14:textId="77777777" w:rsidR="00D43759" w:rsidRDefault="00000000">
      <w:r>
        <w:rPr>
          <w:b/>
        </w:rPr>
        <w:t>🏒 Match 6</w:t>
      </w:r>
      <w:r>
        <w:rPr>
          <w:b/>
        </w:rPr>
        <w:br/>
      </w:r>
      <w:r>
        <w:t>12 december</w:t>
      </w:r>
      <w:r>
        <w:br/>
        <w:t>Mariestad – Borås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D43759" w14:paraId="217F1A15" w14:textId="77777777">
        <w:tc>
          <w:tcPr>
            <w:tcW w:w="5400" w:type="dxa"/>
          </w:tcPr>
          <w:p w14:paraId="0302DE62" w14:textId="77777777" w:rsidR="00D43759" w:rsidRPr="004F2CD4" w:rsidRDefault="00000000">
            <w:pPr>
              <w:rPr>
                <w:b/>
                <w:bCs/>
                <w:sz w:val="24"/>
                <w:szCs w:val="24"/>
              </w:rPr>
            </w:pPr>
            <w:r w:rsidRPr="004F2CD4">
              <w:rPr>
                <w:b/>
                <w:bCs/>
                <w:sz w:val="24"/>
                <w:szCs w:val="24"/>
              </w:rPr>
              <w:t>Funktion</w:t>
            </w:r>
          </w:p>
        </w:tc>
        <w:tc>
          <w:tcPr>
            <w:tcW w:w="5400" w:type="dxa"/>
          </w:tcPr>
          <w:p w14:paraId="201A06AF" w14:textId="77777777" w:rsidR="00D43759" w:rsidRPr="004F2CD4" w:rsidRDefault="00000000">
            <w:pPr>
              <w:rPr>
                <w:b/>
                <w:bCs/>
                <w:sz w:val="24"/>
                <w:szCs w:val="24"/>
              </w:rPr>
            </w:pPr>
            <w:r w:rsidRPr="004F2CD4">
              <w:rPr>
                <w:b/>
                <w:bCs/>
                <w:sz w:val="24"/>
                <w:szCs w:val="24"/>
              </w:rPr>
              <w:t>Bemanning</w:t>
            </w:r>
          </w:p>
        </w:tc>
      </w:tr>
      <w:tr w:rsidR="00D43759" w14:paraId="4612D4A7" w14:textId="77777777">
        <w:tc>
          <w:tcPr>
            <w:tcW w:w="5400" w:type="dxa"/>
          </w:tcPr>
          <w:p w14:paraId="24184C15" w14:textId="77777777" w:rsidR="00D43759" w:rsidRDefault="00000000">
            <w:r>
              <w:t>OVR</w:t>
            </w:r>
          </w:p>
        </w:tc>
        <w:tc>
          <w:tcPr>
            <w:tcW w:w="5400" w:type="dxa"/>
          </w:tcPr>
          <w:p w14:paraId="532B7ACC" w14:textId="77777777" w:rsidR="00D43759" w:rsidRDefault="00000000">
            <w:r>
              <w:t>Clara Karlsson</w:t>
            </w:r>
          </w:p>
        </w:tc>
      </w:tr>
      <w:tr w:rsidR="00D43759" w14:paraId="338CB6C9" w14:textId="77777777">
        <w:tc>
          <w:tcPr>
            <w:tcW w:w="5400" w:type="dxa"/>
          </w:tcPr>
          <w:p w14:paraId="5B74DDC3" w14:textId="77777777" w:rsidR="00D43759" w:rsidRDefault="00000000">
            <w:r>
              <w:t>Klocka</w:t>
            </w:r>
          </w:p>
        </w:tc>
        <w:tc>
          <w:tcPr>
            <w:tcW w:w="5400" w:type="dxa"/>
          </w:tcPr>
          <w:p w14:paraId="2D6C6C8A" w14:textId="77777777" w:rsidR="00D43759" w:rsidRDefault="00000000">
            <w:r>
              <w:t>Carl Bergman</w:t>
            </w:r>
          </w:p>
        </w:tc>
      </w:tr>
      <w:tr w:rsidR="00D43759" w14:paraId="3ECB73C7" w14:textId="77777777">
        <w:tc>
          <w:tcPr>
            <w:tcW w:w="5400" w:type="dxa"/>
          </w:tcPr>
          <w:p w14:paraId="384D0FE4" w14:textId="77777777" w:rsidR="00D43759" w:rsidRDefault="00000000">
            <w:r>
              <w:t>Speaker</w:t>
            </w:r>
          </w:p>
        </w:tc>
        <w:tc>
          <w:tcPr>
            <w:tcW w:w="5400" w:type="dxa"/>
          </w:tcPr>
          <w:p w14:paraId="7F67739E" w14:textId="77777777" w:rsidR="00D43759" w:rsidRDefault="00000000">
            <w:r>
              <w:t>Edvin Falk</w:t>
            </w:r>
          </w:p>
        </w:tc>
      </w:tr>
      <w:tr w:rsidR="00D43759" w14:paraId="31E56061" w14:textId="77777777">
        <w:tc>
          <w:tcPr>
            <w:tcW w:w="5400" w:type="dxa"/>
          </w:tcPr>
          <w:p w14:paraId="1E256B0B" w14:textId="77777777" w:rsidR="00D43759" w:rsidRDefault="00000000">
            <w:r>
              <w:t>Bås 1</w:t>
            </w:r>
          </w:p>
        </w:tc>
        <w:tc>
          <w:tcPr>
            <w:tcW w:w="5400" w:type="dxa"/>
          </w:tcPr>
          <w:p w14:paraId="1C883EFE" w14:textId="77777777" w:rsidR="00D43759" w:rsidRDefault="00000000">
            <w:r>
              <w:t>Måns Rosell</w:t>
            </w:r>
          </w:p>
        </w:tc>
      </w:tr>
      <w:tr w:rsidR="00D43759" w14:paraId="1E8C4997" w14:textId="77777777">
        <w:tc>
          <w:tcPr>
            <w:tcW w:w="5400" w:type="dxa"/>
          </w:tcPr>
          <w:p w14:paraId="47AF355E" w14:textId="77777777" w:rsidR="00D43759" w:rsidRDefault="00000000">
            <w:r>
              <w:t>Bås 2</w:t>
            </w:r>
          </w:p>
        </w:tc>
        <w:tc>
          <w:tcPr>
            <w:tcW w:w="5400" w:type="dxa"/>
          </w:tcPr>
          <w:p w14:paraId="279F1F9B" w14:textId="77777777" w:rsidR="00D43759" w:rsidRDefault="00000000">
            <w:r>
              <w:t>Hugo Grönlind</w:t>
            </w:r>
          </w:p>
        </w:tc>
      </w:tr>
      <w:tr w:rsidR="00D43759" w14:paraId="5A5DEAA4" w14:textId="77777777">
        <w:tc>
          <w:tcPr>
            <w:tcW w:w="5400" w:type="dxa"/>
          </w:tcPr>
          <w:p w14:paraId="06EFD5E3" w14:textId="77777777" w:rsidR="00D43759" w:rsidRDefault="00000000">
            <w:r>
              <w:t>Kiosk</w:t>
            </w:r>
          </w:p>
        </w:tc>
        <w:tc>
          <w:tcPr>
            <w:tcW w:w="5400" w:type="dxa"/>
          </w:tcPr>
          <w:p w14:paraId="39ED2980" w14:textId="77777777" w:rsidR="00D43759" w:rsidRDefault="00000000">
            <w:r>
              <w:t>Frank Persson, Elvin Sivonen</w:t>
            </w:r>
          </w:p>
        </w:tc>
      </w:tr>
      <w:tr w:rsidR="00D43759" w14:paraId="37688F00" w14:textId="77777777">
        <w:tc>
          <w:tcPr>
            <w:tcW w:w="5400" w:type="dxa"/>
          </w:tcPr>
          <w:p w14:paraId="5FFF78EE" w14:textId="77777777" w:rsidR="00D43759" w:rsidRDefault="00000000">
            <w:r>
              <w:t>Matchvärd</w:t>
            </w:r>
          </w:p>
        </w:tc>
        <w:tc>
          <w:tcPr>
            <w:tcW w:w="5400" w:type="dxa"/>
          </w:tcPr>
          <w:p w14:paraId="66CF3D1E" w14:textId="77777777" w:rsidR="00D43759" w:rsidRDefault="00000000">
            <w:r>
              <w:t>Lukas Hellberg + Från födda 2014</w:t>
            </w:r>
          </w:p>
        </w:tc>
      </w:tr>
    </w:tbl>
    <w:p w14:paraId="4142CA71" w14:textId="77777777" w:rsidR="00D43759" w:rsidRDefault="00D43759"/>
    <w:p w14:paraId="63C58408" w14:textId="77777777" w:rsidR="00660497" w:rsidRDefault="00660497">
      <w:pPr>
        <w:rPr>
          <w:b/>
        </w:rPr>
      </w:pPr>
    </w:p>
    <w:p w14:paraId="2E151D33" w14:textId="77777777" w:rsidR="00660497" w:rsidRDefault="00660497">
      <w:pPr>
        <w:rPr>
          <w:b/>
        </w:rPr>
      </w:pPr>
    </w:p>
    <w:p w14:paraId="3A5D29EB" w14:textId="2B671ECB" w:rsidR="00D43759" w:rsidRPr="00660497" w:rsidRDefault="00000000">
      <w:pPr>
        <w:rPr>
          <w:lang w:val="sv-SE"/>
        </w:rPr>
      </w:pPr>
      <w:r>
        <w:rPr>
          <w:b/>
        </w:rPr>
        <w:lastRenderedPageBreak/>
        <w:t>🏒</w:t>
      </w:r>
      <w:r w:rsidRPr="00660497">
        <w:rPr>
          <w:b/>
          <w:lang w:val="sv-SE"/>
        </w:rPr>
        <w:t xml:space="preserve"> Match 7</w:t>
      </w:r>
      <w:r w:rsidRPr="00660497">
        <w:rPr>
          <w:b/>
          <w:lang w:val="sv-SE"/>
        </w:rPr>
        <w:br/>
      </w:r>
      <w:r w:rsidRPr="00660497">
        <w:rPr>
          <w:lang w:val="sv-SE"/>
        </w:rPr>
        <w:t>16 januari</w:t>
      </w:r>
      <w:r w:rsidRPr="00660497">
        <w:rPr>
          <w:lang w:val="sv-SE"/>
        </w:rPr>
        <w:br/>
        <w:t>Mariestad – Sörhaga Alingsås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D43759" w14:paraId="228D1F6B" w14:textId="77777777">
        <w:tc>
          <w:tcPr>
            <w:tcW w:w="5400" w:type="dxa"/>
          </w:tcPr>
          <w:p w14:paraId="231DE02F" w14:textId="77777777" w:rsidR="00D43759" w:rsidRPr="004F2CD4" w:rsidRDefault="00000000">
            <w:pPr>
              <w:rPr>
                <w:b/>
                <w:bCs/>
                <w:sz w:val="24"/>
                <w:szCs w:val="24"/>
              </w:rPr>
            </w:pPr>
            <w:r w:rsidRPr="004F2CD4">
              <w:rPr>
                <w:b/>
                <w:bCs/>
                <w:sz w:val="24"/>
                <w:szCs w:val="24"/>
              </w:rPr>
              <w:t>Funktion</w:t>
            </w:r>
          </w:p>
        </w:tc>
        <w:tc>
          <w:tcPr>
            <w:tcW w:w="5400" w:type="dxa"/>
          </w:tcPr>
          <w:p w14:paraId="4C2E2D4F" w14:textId="77777777" w:rsidR="00D43759" w:rsidRPr="004F2CD4" w:rsidRDefault="00000000">
            <w:pPr>
              <w:rPr>
                <w:b/>
                <w:bCs/>
                <w:sz w:val="24"/>
                <w:szCs w:val="24"/>
              </w:rPr>
            </w:pPr>
            <w:r w:rsidRPr="004F2CD4">
              <w:rPr>
                <w:b/>
                <w:bCs/>
                <w:sz w:val="24"/>
                <w:szCs w:val="24"/>
              </w:rPr>
              <w:t>Bemanning</w:t>
            </w:r>
          </w:p>
        </w:tc>
      </w:tr>
      <w:tr w:rsidR="00D43759" w14:paraId="4A2BB681" w14:textId="77777777">
        <w:tc>
          <w:tcPr>
            <w:tcW w:w="5400" w:type="dxa"/>
          </w:tcPr>
          <w:p w14:paraId="1AFB1F0B" w14:textId="77777777" w:rsidR="00D43759" w:rsidRDefault="00000000">
            <w:r>
              <w:t>OVR</w:t>
            </w:r>
          </w:p>
        </w:tc>
        <w:tc>
          <w:tcPr>
            <w:tcW w:w="5400" w:type="dxa"/>
          </w:tcPr>
          <w:p w14:paraId="2EE2B44D" w14:textId="77777777" w:rsidR="00D43759" w:rsidRDefault="00000000">
            <w:r>
              <w:t>Märta Medin</w:t>
            </w:r>
          </w:p>
        </w:tc>
      </w:tr>
      <w:tr w:rsidR="00D43759" w14:paraId="73B643D2" w14:textId="77777777">
        <w:tc>
          <w:tcPr>
            <w:tcW w:w="5400" w:type="dxa"/>
          </w:tcPr>
          <w:p w14:paraId="0A05461D" w14:textId="77777777" w:rsidR="00D43759" w:rsidRDefault="00000000">
            <w:r>
              <w:t>Klocka</w:t>
            </w:r>
          </w:p>
        </w:tc>
        <w:tc>
          <w:tcPr>
            <w:tcW w:w="5400" w:type="dxa"/>
          </w:tcPr>
          <w:p w14:paraId="075F7272" w14:textId="77777777" w:rsidR="00D43759" w:rsidRDefault="00000000">
            <w:r>
              <w:t>Allan Thorell</w:t>
            </w:r>
          </w:p>
        </w:tc>
      </w:tr>
      <w:tr w:rsidR="00D43759" w14:paraId="7BC927E0" w14:textId="77777777">
        <w:tc>
          <w:tcPr>
            <w:tcW w:w="5400" w:type="dxa"/>
          </w:tcPr>
          <w:p w14:paraId="3254C946" w14:textId="77777777" w:rsidR="00D43759" w:rsidRDefault="00000000">
            <w:r>
              <w:t>Speaker</w:t>
            </w:r>
          </w:p>
        </w:tc>
        <w:tc>
          <w:tcPr>
            <w:tcW w:w="5400" w:type="dxa"/>
          </w:tcPr>
          <w:p w14:paraId="79BA512D" w14:textId="4AF2CBD6" w:rsidR="00D43759" w:rsidRDefault="00210B4E">
            <w:r>
              <w:t>Emillian Forsell</w:t>
            </w:r>
          </w:p>
        </w:tc>
      </w:tr>
      <w:tr w:rsidR="00D43759" w14:paraId="274C9726" w14:textId="77777777">
        <w:tc>
          <w:tcPr>
            <w:tcW w:w="5400" w:type="dxa"/>
          </w:tcPr>
          <w:p w14:paraId="6F0BB861" w14:textId="77777777" w:rsidR="00D43759" w:rsidRDefault="00000000">
            <w:r>
              <w:t>Bås 1</w:t>
            </w:r>
          </w:p>
        </w:tc>
        <w:tc>
          <w:tcPr>
            <w:tcW w:w="5400" w:type="dxa"/>
          </w:tcPr>
          <w:p w14:paraId="2FAD52C2" w14:textId="7B221EEB" w:rsidR="00D43759" w:rsidRDefault="004F2CD4">
            <w:r>
              <w:t>Selma Agö</w:t>
            </w:r>
          </w:p>
        </w:tc>
      </w:tr>
      <w:tr w:rsidR="00D43759" w14:paraId="3DDCBED5" w14:textId="77777777">
        <w:tc>
          <w:tcPr>
            <w:tcW w:w="5400" w:type="dxa"/>
          </w:tcPr>
          <w:p w14:paraId="404F48E6" w14:textId="77777777" w:rsidR="00D43759" w:rsidRDefault="00000000">
            <w:r>
              <w:t>Bås 2</w:t>
            </w:r>
          </w:p>
        </w:tc>
        <w:tc>
          <w:tcPr>
            <w:tcW w:w="5400" w:type="dxa"/>
          </w:tcPr>
          <w:p w14:paraId="3CAC6CF5" w14:textId="17E04504" w:rsidR="00D43759" w:rsidRDefault="00210B4E">
            <w:r>
              <w:t>Alva Lindqvist</w:t>
            </w:r>
          </w:p>
        </w:tc>
      </w:tr>
      <w:tr w:rsidR="00D43759" w14:paraId="18CF65E7" w14:textId="77777777">
        <w:tc>
          <w:tcPr>
            <w:tcW w:w="5400" w:type="dxa"/>
          </w:tcPr>
          <w:p w14:paraId="5891C453" w14:textId="77777777" w:rsidR="00D43759" w:rsidRDefault="00000000">
            <w:r>
              <w:t>Kiosk</w:t>
            </w:r>
          </w:p>
        </w:tc>
        <w:tc>
          <w:tcPr>
            <w:tcW w:w="5400" w:type="dxa"/>
          </w:tcPr>
          <w:p w14:paraId="6B2580E9" w14:textId="0D925666" w:rsidR="00D43759" w:rsidRDefault="00000000">
            <w:r>
              <w:t>Love Astin</w:t>
            </w:r>
            <w:r w:rsidR="00F213A1">
              <w:t xml:space="preserve"> + Från födda 2014</w:t>
            </w:r>
          </w:p>
        </w:tc>
      </w:tr>
      <w:tr w:rsidR="00D43759" w14:paraId="2F289659" w14:textId="77777777">
        <w:tc>
          <w:tcPr>
            <w:tcW w:w="5400" w:type="dxa"/>
          </w:tcPr>
          <w:p w14:paraId="6785211D" w14:textId="77777777" w:rsidR="00D43759" w:rsidRDefault="00000000">
            <w:r>
              <w:t>Matchvärd</w:t>
            </w:r>
          </w:p>
        </w:tc>
        <w:tc>
          <w:tcPr>
            <w:tcW w:w="5400" w:type="dxa"/>
          </w:tcPr>
          <w:p w14:paraId="79543956" w14:textId="026F7230" w:rsidR="00D43759" w:rsidRDefault="00210B4E">
            <w:r>
              <w:t>Lukas Käll</w:t>
            </w:r>
            <w:r w:rsidR="004F2CD4">
              <w:t xml:space="preserve"> + Från födda 2014</w:t>
            </w:r>
          </w:p>
        </w:tc>
      </w:tr>
    </w:tbl>
    <w:p w14:paraId="431CA2C8" w14:textId="77777777" w:rsidR="00D43759" w:rsidRDefault="00D43759"/>
    <w:sectPr w:rsidR="00D43759" w:rsidSect="0003461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5009544">
    <w:abstractNumId w:val="8"/>
  </w:num>
  <w:num w:numId="2" w16cid:durableId="1852645186">
    <w:abstractNumId w:val="6"/>
  </w:num>
  <w:num w:numId="3" w16cid:durableId="521435886">
    <w:abstractNumId w:val="5"/>
  </w:num>
  <w:num w:numId="4" w16cid:durableId="1398088761">
    <w:abstractNumId w:val="4"/>
  </w:num>
  <w:num w:numId="5" w16cid:durableId="801650739">
    <w:abstractNumId w:val="7"/>
  </w:num>
  <w:num w:numId="6" w16cid:durableId="1942176210">
    <w:abstractNumId w:val="3"/>
  </w:num>
  <w:num w:numId="7" w16cid:durableId="191262147">
    <w:abstractNumId w:val="2"/>
  </w:num>
  <w:num w:numId="8" w16cid:durableId="457837041">
    <w:abstractNumId w:val="1"/>
  </w:num>
  <w:num w:numId="9" w16cid:durableId="750666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B4E"/>
    <w:rsid w:val="0029639D"/>
    <w:rsid w:val="00326F90"/>
    <w:rsid w:val="004F2CD4"/>
    <w:rsid w:val="005E3490"/>
    <w:rsid w:val="00660497"/>
    <w:rsid w:val="00847EA5"/>
    <w:rsid w:val="00AA1D8D"/>
    <w:rsid w:val="00B47730"/>
    <w:rsid w:val="00BF1388"/>
    <w:rsid w:val="00CB0664"/>
    <w:rsid w:val="00D43759"/>
    <w:rsid w:val="00F213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ADB310"/>
  <w14:defaultImageDpi w14:val="300"/>
  <w15:docId w15:val="{F5B6D535-7724-4EB0-A3F7-CB961C2D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295</Words>
  <Characters>1569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Heimerback</dc:creator>
  <cp:keywords/>
  <dc:description>generated by python-docx</dc:description>
  <cp:lastModifiedBy>Victoria Heimerback</cp:lastModifiedBy>
  <cp:revision>5</cp:revision>
  <dcterms:created xsi:type="dcterms:W3CDTF">2026-09-27T18:27:00Z</dcterms:created>
  <dcterms:modified xsi:type="dcterms:W3CDTF">2026-09-27T19:15:00Z</dcterms:modified>
  <cp:category/>
</cp:coreProperties>
</file>