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1EAF" w14:textId="77777777" w:rsidR="00AC4CC1" w:rsidRPr="000B7320" w:rsidRDefault="00000000">
      <w:pPr>
        <w:jc w:val="center"/>
        <w:rPr>
          <w:lang w:val="sv-SE"/>
        </w:rPr>
      </w:pPr>
      <w:r>
        <w:rPr>
          <w:b/>
          <w:color w:val="003366"/>
          <w:sz w:val="44"/>
        </w:rPr>
        <w:t>🏒</w:t>
      </w:r>
      <w:r w:rsidRPr="000B7320">
        <w:rPr>
          <w:b/>
          <w:color w:val="003366"/>
          <w:sz w:val="44"/>
          <w:lang w:val="sv-SE"/>
        </w:rPr>
        <w:t xml:space="preserve"> BEMANNINGSSCHEMA U13–U16F</w:t>
      </w:r>
      <w:r w:rsidRPr="000B7320">
        <w:rPr>
          <w:b/>
          <w:color w:val="003366"/>
          <w:sz w:val="44"/>
          <w:lang w:val="sv-SE"/>
        </w:rPr>
        <w:br/>
        <w:t>HÖSTEN 2026</w:t>
      </w:r>
    </w:p>
    <w:p w14:paraId="5B2623E5" w14:textId="3420F5E1" w:rsidR="00AC4CC1" w:rsidRDefault="00AC4CC1">
      <w:pPr>
        <w:jc w:val="center"/>
      </w:pP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1176"/>
        <w:gridCol w:w="1171"/>
        <w:gridCol w:w="1171"/>
        <w:gridCol w:w="1171"/>
        <w:gridCol w:w="1171"/>
        <w:gridCol w:w="1171"/>
        <w:gridCol w:w="1171"/>
        <w:gridCol w:w="1225"/>
        <w:gridCol w:w="2160"/>
      </w:tblGrid>
      <w:tr w:rsidR="00AC4CC1" w14:paraId="48F650E5" w14:textId="77777777">
        <w:trPr>
          <w:jc w:val="center"/>
        </w:trPr>
        <w:tc>
          <w:tcPr>
            <w:tcW w:w="1171" w:type="dxa"/>
            <w:shd w:val="clear" w:color="auto" w:fill="1F4E79"/>
          </w:tcPr>
          <w:p w14:paraId="613C0000" w14:textId="77777777" w:rsidR="00AC4CC1" w:rsidRDefault="00000000">
            <w:r>
              <w:rPr>
                <w:b/>
                <w:color w:val="FFFFFF"/>
              </w:rPr>
              <w:t>Datum</w:t>
            </w:r>
          </w:p>
        </w:tc>
        <w:tc>
          <w:tcPr>
            <w:tcW w:w="1171" w:type="dxa"/>
            <w:shd w:val="clear" w:color="auto" w:fill="1F4E79"/>
          </w:tcPr>
          <w:p w14:paraId="55D8EAD9" w14:textId="77777777" w:rsidR="00AC4CC1" w:rsidRDefault="00000000">
            <w:r>
              <w:rPr>
                <w:b/>
                <w:color w:val="FFFFFF"/>
              </w:rPr>
              <w:t>Match</w:t>
            </w:r>
          </w:p>
        </w:tc>
        <w:tc>
          <w:tcPr>
            <w:tcW w:w="1171" w:type="dxa"/>
            <w:shd w:val="clear" w:color="auto" w:fill="1F4E79"/>
          </w:tcPr>
          <w:p w14:paraId="7DB6616B" w14:textId="77777777" w:rsidR="00AC4CC1" w:rsidRDefault="00000000">
            <w:r>
              <w:rPr>
                <w:b/>
                <w:color w:val="FFFFFF"/>
              </w:rPr>
              <w:t>OVR</w:t>
            </w:r>
          </w:p>
        </w:tc>
        <w:tc>
          <w:tcPr>
            <w:tcW w:w="1171" w:type="dxa"/>
            <w:shd w:val="clear" w:color="auto" w:fill="1F4E79"/>
          </w:tcPr>
          <w:p w14:paraId="58C436DD" w14:textId="77777777" w:rsidR="00AC4CC1" w:rsidRDefault="00000000">
            <w:r>
              <w:rPr>
                <w:b/>
                <w:color w:val="FFFFFF"/>
              </w:rPr>
              <w:t>Klocka</w:t>
            </w:r>
          </w:p>
        </w:tc>
        <w:tc>
          <w:tcPr>
            <w:tcW w:w="1171" w:type="dxa"/>
            <w:shd w:val="clear" w:color="auto" w:fill="1F4E79"/>
          </w:tcPr>
          <w:p w14:paraId="7A7992D3" w14:textId="77777777" w:rsidR="00AC4CC1" w:rsidRDefault="00000000">
            <w:r>
              <w:rPr>
                <w:b/>
                <w:color w:val="FFFFFF"/>
              </w:rPr>
              <w:t>Speaker</w:t>
            </w:r>
          </w:p>
        </w:tc>
        <w:tc>
          <w:tcPr>
            <w:tcW w:w="1171" w:type="dxa"/>
            <w:shd w:val="clear" w:color="auto" w:fill="1F4E79"/>
          </w:tcPr>
          <w:p w14:paraId="2502A0FD" w14:textId="77777777" w:rsidR="00AC4CC1" w:rsidRDefault="00000000">
            <w:r>
              <w:rPr>
                <w:b/>
                <w:color w:val="FFFFFF"/>
              </w:rPr>
              <w:t>Bås 1</w:t>
            </w:r>
          </w:p>
        </w:tc>
        <w:tc>
          <w:tcPr>
            <w:tcW w:w="1171" w:type="dxa"/>
            <w:shd w:val="clear" w:color="auto" w:fill="1F4E79"/>
          </w:tcPr>
          <w:p w14:paraId="70E6D8F5" w14:textId="77777777" w:rsidR="00AC4CC1" w:rsidRDefault="00000000">
            <w:r>
              <w:rPr>
                <w:b/>
                <w:color w:val="FFFFFF"/>
              </w:rPr>
              <w:t>Bås 2</w:t>
            </w:r>
          </w:p>
        </w:tc>
        <w:tc>
          <w:tcPr>
            <w:tcW w:w="1171" w:type="dxa"/>
            <w:shd w:val="clear" w:color="auto" w:fill="1F4E79"/>
          </w:tcPr>
          <w:p w14:paraId="631E210B" w14:textId="77777777" w:rsidR="00AC4CC1" w:rsidRDefault="00000000">
            <w:r>
              <w:rPr>
                <w:b/>
                <w:color w:val="FFFFFF"/>
              </w:rPr>
              <w:t>Kiosk</w:t>
            </w:r>
          </w:p>
        </w:tc>
        <w:tc>
          <w:tcPr>
            <w:tcW w:w="1171" w:type="dxa"/>
            <w:shd w:val="clear" w:color="auto" w:fill="1F4E79"/>
          </w:tcPr>
          <w:p w14:paraId="15E68E85" w14:textId="77777777" w:rsidR="00AC4CC1" w:rsidRDefault="00000000">
            <w:r>
              <w:rPr>
                <w:b/>
                <w:color w:val="FFFFFF"/>
              </w:rPr>
              <w:t>Matchvärd</w:t>
            </w:r>
          </w:p>
        </w:tc>
      </w:tr>
      <w:tr w:rsidR="00AC4CC1" w14:paraId="21B47D74" w14:textId="77777777">
        <w:trPr>
          <w:jc w:val="center"/>
        </w:trPr>
        <w:tc>
          <w:tcPr>
            <w:tcW w:w="1171" w:type="dxa"/>
            <w:shd w:val="clear" w:color="auto" w:fill="EAF2F8"/>
          </w:tcPr>
          <w:p w14:paraId="2C8A2D18" w14:textId="77777777" w:rsidR="00AC4CC1" w:rsidRDefault="00000000">
            <w:r>
              <w:t>16 oktober</w:t>
            </w:r>
          </w:p>
        </w:tc>
        <w:tc>
          <w:tcPr>
            <w:tcW w:w="1171" w:type="dxa"/>
            <w:shd w:val="clear" w:color="auto" w:fill="EAF2F8"/>
          </w:tcPr>
          <w:p w14:paraId="4BF0CBA2" w14:textId="77777777" w:rsidR="00AC4CC1" w:rsidRDefault="00000000">
            <w:r>
              <w:t>MTT – Grästorp</w:t>
            </w:r>
          </w:p>
        </w:tc>
        <w:tc>
          <w:tcPr>
            <w:tcW w:w="1171" w:type="dxa"/>
            <w:shd w:val="clear" w:color="auto" w:fill="EAF2F8"/>
          </w:tcPr>
          <w:p w14:paraId="6FC0DE7D" w14:textId="77777777" w:rsidR="00AC4CC1" w:rsidRDefault="00000000">
            <w:r>
              <w:t>Greta Lundin</w:t>
            </w:r>
          </w:p>
        </w:tc>
        <w:tc>
          <w:tcPr>
            <w:tcW w:w="1171" w:type="dxa"/>
            <w:shd w:val="clear" w:color="auto" w:fill="EAF2F8"/>
          </w:tcPr>
          <w:p w14:paraId="55245D0A" w14:textId="77777777" w:rsidR="00AC4CC1" w:rsidRDefault="00000000">
            <w:r>
              <w:t>Ebba Lundin</w:t>
            </w:r>
          </w:p>
        </w:tc>
        <w:tc>
          <w:tcPr>
            <w:tcW w:w="1171" w:type="dxa"/>
            <w:shd w:val="clear" w:color="auto" w:fill="EAF2F8"/>
          </w:tcPr>
          <w:p w14:paraId="6F123DBE" w14:textId="77777777" w:rsidR="00AC4CC1" w:rsidRDefault="00000000">
            <w:r>
              <w:t>Alva Lindqvist</w:t>
            </w:r>
          </w:p>
        </w:tc>
        <w:tc>
          <w:tcPr>
            <w:tcW w:w="1171" w:type="dxa"/>
            <w:shd w:val="clear" w:color="auto" w:fill="EAF2F8"/>
          </w:tcPr>
          <w:p w14:paraId="29D79E8E" w14:textId="77777777" w:rsidR="00AC4CC1" w:rsidRDefault="00000000">
            <w:r>
              <w:t>Clara Karlsson</w:t>
            </w:r>
          </w:p>
        </w:tc>
        <w:tc>
          <w:tcPr>
            <w:tcW w:w="1171" w:type="dxa"/>
            <w:shd w:val="clear" w:color="auto" w:fill="EAF2F8"/>
          </w:tcPr>
          <w:p w14:paraId="4FEA833A" w14:textId="77777777" w:rsidR="00AC4CC1" w:rsidRDefault="00000000">
            <w:r>
              <w:t>Astrid Törnqvist</w:t>
            </w:r>
          </w:p>
        </w:tc>
        <w:tc>
          <w:tcPr>
            <w:tcW w:w="1171" w:type="dxa"/>
            <w:shd w:val="clear" w:color="auto" w:fill="EAF2F8"/>
          </w:tcPr>
          <w:p w14:paraId="72B93982" w14:textId="77777777" w:rsidR="00AC4CC1" w:rsidRDefault="00000000">
            <w:r>
              <w:t>Filippa Bergérus, Saga Andersson</w:t>
            </w:r>
          </w:p>
        </w:tc>
        <w:tc>
          <w:tcPr>
            <w:tcW w:w="1171" w:type="dxa"/>
            <w:shd w:val="clear" w:color="auto" w:fill="EAF2F8"/>
          </w:tcPr>
          <w:p w14:paraId="46E03094" w14:textId="77777777" w:rsidR="00AC4CC1" w:rsidRDefault="00000000">
            <w:r>
              <w:t>Lykke/Celine</w:t>
            </w:r>
          </w:p>
        </w:tc>
      </w:tr>
      <w:tr w:rsidR="00AC4CC1" w14:paraId="3FDD98E4" w14:textId="77777777">
        <w:trPr>
          <w:jc w:val="center"/>
        </w:trPr>
        <w:tc>
          <w:tcPr>
            <w:tcW w:w="1171" w:type="dxa"/>
          </w:tcPr>
          <w:p w14:paraId="243D7CE5" w14:textId="77777777" w:rsidR="00AC4CC1" w:rsidRDefault="00000000">
            <w:r>
              <w:t>6 november</w:t>
            </w:r>
          </w:p>
        </w:tc>
        <w:tc>
          <w:tcPr>
            <w:tcW w:w="1171" w:type="dxa"/>
          </w:tcPr>
          <w:p w14:paraId="65ED280B" w14:textId="77777777" w:rsidR="00AC4CC1" w:rsidRDefault="00000000">
            <w:r>
              <w:t>MTT – Skövde</w:t>
            </w:r>
          </w:p>
        </w:tc>
        <w:tc>
          <w:tcPr>
            <w:tcW w:w="1171" w:type="dxa"/>
          </w:tcPr>
          <w:p w14:paraId="56261971" w14:textId="77777777" w:rsidR="00AC4CC1" w:rsidRDefault="00000000">
            <w:r>
              <w:t>Märta Medin</w:t>
            </w:r>
          </w:p>
        </w:tc>
        <w:tc>
          <w:tcPr>
            <w:tcW w:w="1171" w:type="dxa"/>
          </w:tcPr>
          <w:p w14:paraId="0EAAF007" w14:textId="77777777" w:rsidR="00AC4CC1" w:rsidRDefault="00000000">
            <w:r>
              <w:t>Selma Agö</w:t>
            </w:r>
          </w:p>
        </w:tc>
        <w:tc>
          <w:tcPr>
            <w:tcW w:w="1171" w:type="dxa"/>
          </w:tcPr>
          <w:p w14:paraId="4EC6E634" w14:textId="77777777" w:rsidR="00AC4CC1" w:rsidRDefault="00000000">
            <w:r>
              <w:t>Iris Hedström</w:t>
            </w:r>
          </w:p>
        </w:tc>
        <w:tc>
          <w:tcPr>
            <w:tcW w:w="1171" w:type="dxa"/>
          </w:tcPr>
          <w:p w14:paraId="3F7A326E" w14:textId="77777777" w:rsidR="00AC4CC1" w:rsidRDefault="00000000">
            <w:r>
              <w:t>Julia Billing</w:t>
            </w:r>
          </w:p>
        </w:tc>
        <w:tc>
          <w:tcPr>
            <w:tcW w:w="1171" w:type="dxa"/>
          </w:tcPr>
          <w:p w14:paraId="4DED821F" w14:textId="77777777" w:rsidR="00AC4CC1" w:rsidRDefault="00000000">
            <w:r>
              <w:t>Vera Larsson</w:t>
            </w:r>
          </w:p>
        </w:tc>
        <w:tc>
          <w:tcPr>
            <w:tcW w:w="1171" w:type="dxa"/>
          </w:tcPr>
          <w:p w14:paraId="2BA5C923" w14:textId="77777777" w:rsidR="00AC4CC1" w:rsidRDefault="00000000">
            <w:r>
              <w:t>Lovisa Hurtig, Tilda Ögge</w:t>
            </w:r>
          </w:p>
        </w:tc>
        <w:tc>
          <w:tcPr>
            <w:tcW w:w="1171" w:type="dxa"/>
          </w:tcPr>
          <w:p w14:paraId="12221072" w14:textId="366FE788" w:rsidR="00AC4CC1" w:rsidRDefault="00000000">
            <w:r>
              <w:t>Elsa Andersson</w:t>
            </w:r>
            <w:r w:rsidR="00082DB9">
              <w:t>/Angelina</w:t>
            </w:r>
          </w:p>
        </w:tc>
      </w:tr>
      <w:tr w:rsidR="00AC4CC1" w14:paraId="2A0A4C39" w14:textId="77777777">
        <w:trPr>
          <w:jc w:val="center"/>
        </w:trPr>
        <w:tc>
          <w:tcPr>
            <w:tcW w:w="1171" w:type="dxa"/>
            <w:shd w:val="clear" w:color="auto" w:fill="EAF2F8"/>
          </w:tcPr>
          <w:p w14:paraId="333F3480" w14:textId="77777777" w:rsidR="00AC4CC1" w:rsidRDefault="00000000">
            <w:r>
              <w:t>13 november</w:t>
            </w:r>
          </w:p>
        </w:tc>
        <w:tc>
          <w:tcPr>
            <w:tcW w:w="1171" w:type="dxa"/>
            <w:shd w:val="clear" w:color="auto" w:fill="EAF2F8"/>
          </w:tcPr>
          <w:p w14:paraId="1ACDEBE4" w14:textId="77777777" w:rsidR="00AC4CC1" w:rsidRDefault="00000000">
            <w:r>
              <w:t>MTT – Uddevalla</w:t>
            </w:r>
          </w:p>
        </w:tc>
        <w:tc>
          <w:tcPr>
            <w:tcW w:w="1171" w:type="dxa"/>
            <w:shd w:val="clear" w:color="auto" w:fill="EAF2F8"/>
          </w:tcPr>
          <w:p w14:paraId="68DF580D" w14:textId="77777777" w:rsidR="00AC4CC1" w:rsidRDefault="00000000">
            <w:r>
              <w:t>Greta Lundin</w:t>
            </w:r>
          </w:p>
        </w:tc>
        <w:tc>
          <w:tcPr>
            <w:tcW w:w="1171" w:type="dxa"/>
            <w:shd w:val="clear" w:color="auto" w:fill="EAF2F8"/>
          </w:tcPr>
          <w:p w14:paraId="5B41DCD6" w14:textId="77777777" w:rsidR="00AC4CC1" w:rsidRDefault="00000000">
            <w:r>
              <w:t>Ebba Lundin</w:t>
            </w:r>
          </w:p>
        </w:tc>
        <w:tc>
          <w:tcPr>
            <w:tcW w:w="1171" w:type="dxa"/>
            <w:shd w:val="clear" w:color="auto" w:fill="EAF2F8"/>
          </w:tcPr>
          <w:p w14:paraId="08C1F016" w14:textId="77777777" w:rsidR="00AC4CC1" w:rsidRDefault="00000000">
            <w:r>
              <w:t>Alva Lindqvist</w:t>
            </w:r>
          </w:p>
        </w:tc>
        <w:tc>
          <w:tcPr>
            <w:tcW w:w="1171" w:type="dxa"/>
            <w:shd w:val="clear" w:color="auto" w:fill="EAF2F8"/>
          </w:tcPr>
          <w:p w14:paraId="13243684" w14:textId="77777777" w:rsidR="00AC4CC1" w:rsidRDefault="00000000">
            <w:r>
              <w:t>Clara Karlsson</w:t>
            </w:r>
          </w:p>
        </w:tc>
        <w:tc>
          <w:tcPr>
            <w:tcW w:w="1171" w:type="dxa"/>
            <w:shd w:val="clear" w:color="auto" w:fill="EAF2F8"/>
          </w:tcPr>
          <w:p w14:paraId="6F4C141B" w14:textId="77777777" w:rsidR="00AC4CC1" w:rsidRDefault="00000000">
            <w:r>
              <w:t>Astrid Törnqvist</w:t>
            </w:r>
          </w:p>
        </w:tc>
        <w:tc>
          <w:tcPr>
            <w:tcW w:w="1171" w:type="dxa"/>
            <w:shd w:val="clear" w:color="auto" w:fill="EAF2F8"/>
          </w:tcPr>
          <w:p w14:paraId="54AC4BD0" w14:textId="77777777" w:rsidR="00AC4CC1" w:rsidRDefault="00000000">
            <w:r>
              <w:t>Filippa Bergérus, Saga Andersson</w:t>
            </w:r>
          </w:p>
        </w:tc>
        <w:tc>
          <w:tcPr>
            <w:tcW w:w="1171" w:type="dxa"/>
            <w:shd w:val="clear" w:color="auto" w:fill="EAF2F8"/>
          </w:tcPr>
          <w:p w14:paraId="70E55C14" w14:textId="77777777" w:rsidR="00AC4CC1" w:rsidRDefault="00000000">
            <w:r>
              <w:t>Celine/Lykke</w:t>
            </w:r>
          </w:p>
        </w:tc>
      </w:tr>
      <w:tr w:rsidR="00AC4CC1" w14:paraId="46BAE795" w14:textId="77777777">
        <w:trPr>
          <w:jc w:val="center"/>
        </w:trPr>
        <w:tc>
          <w:tcPr>
            <w:tcW w:w="1171" w:type="dxa"/>
          </w:tcPr>
          <w:p w14:paraId="681B0258" w14:textId="77777777" w:rsidR="00AC4CC1" w:rsidRDefault="00000000">
            <w:r>
              <w:t>27 november</w:t>
            </w:r>
          </w:p>
        </w:tc>
        <w:tc>
          <w:tcPr>
            <w:tcW w:w="1171" w:type="dxa"/>
          </w:tcPr>
          <w:p w14:paraId="6F35C96D" w14:textId="77777777" w:rsidR="00AC4CC1" w:rsidRDefault="00000000">
            <w:r>
              <w:t>MTT – Lidköping</w:t>
            </w:r>
          </w:p>
        </w:tc>
        <w:tc>
          <w:tcPr>
            <w:tcW w:w="1171" w:type="dxa"/>
          </w:tcPr>
          <w:p w14:paraId="7D7D442B" w14:textId="77777777" w:rsidR="00AC4CC1" w:rsidRDefault="00000000">
            <w:r>
              <w:t>Vera Larsson</w:t>
            </w:r>
          </w:p>
        </w:tc>
        <w:tc>
          <w:tcPr>
            <w:tcW w:w="1171" w:type="dxa"/>
          </w:tcPr>
          <w:p w14:paraId="49AD2347" w14:textId="77777777" w:rsidR="00AC4CC1" w:rsidRDefault="00000000">
            <w:r>
              <w:t>Julia Billing</w:t>
            </w:r>
          </w:p>
        </w:tc>
        <w:tc>
          <w:tcPr>
            <w:tcW w:w="1171" w:type="dxa"/>
          </w:tcPr>
          <w:p w14:paraId="122F25CD" w14:textId="77777777" w:rsidR="00AC4CC1" w:rsidRDefault="00000000">
            <w:r>
              <w:t>Iris Hedström</w:t>
            </w:r>
          </w:p>
        </w:tc>
        <w:tc>
          <w:tcPr>
            <w:tcW w:w="1171" w:type="dxa"/>
          </w:tcPr>
          <w:p w14:paraId="35C9D622" w14:textId="77777777" w:rsidR="00AC4CC1" w:rsidRDefault="00000000">
            <w:r>
              <w:t>Selma Agö</w:t>
            </w:r>
          </w:p>
        </w:tc>
        <w:tc>
          <w:tcPr>
            <w:tcW w:w="1171" w:type="dxa"/>
          </w:tcPr>
          <w:p w14:paraId="1B2893B8" w14:textId="77777777" w:rsidR="00AC4CC1" w:rsidRDefault="00000000">
            <w:r>
              <w:t>Märta Medin</w:t>
            </w:r>
          </w:p>
        </w:tc>
        <w:tc>
          <w:tcPr>
            <w:tcW w:w="1171" w:type="dxa"/>
          </w:tcPr>
          <w:p w14:paraId="7EB7CA9D" w14:textId="77777777" w:rsidR="00AC4CC1" w:rsidRDefault="00000000">
            <w:r>
              <w:t>Lovisa Hurtig, Tilda Ögge</w:t>
            </w:r>
          </w:p>
        </w:tc>
        <w:tc>
          <w:tcPr>
            <w:tcW w:w="1171" w:type="dxa"/>
          </w:tcPr>
          <w:p w14:paraId="6BE4E1E4" w14:textId="4E102B91" w:rsidR="00AC4CC1" w:rsidRDefault="00000000">
            <w:r>
              <w:t>Elsa Andersson</w:t>
            </w:r>
            <w:r w:rsidR="00082DB9">
              <w:t>/Angelina</w:t>
            </w:r>
          </w:p>
        </w:tc>
      </w:tr>
    </w:tbl>
    <w:p w14:paraId="0B530D6F" w14:textId="77777777" w:rsidR="00AC4CC1" w:rsidRDefault="00AC4CC1"/>
    <w:p w14:paraId="0C3707AF" w14:textId="54C8B1BD" w:rsidR="00AC4CC1" w:rsidRDefault="00000000" w:rsidP="001F244C">
      <w:pPr>
        <w:ind w:left="1440" w:firstLine="720"/>
        <w:rPr>
          <w:i/>
          <w:lang w:val="sv-SE"/>
        </w:rPr>
      </w:pPr>
      <w:r w:rsidRPr="000B7320">
        <w:rPr>
          <w:i/>
          <w:lang w:val="sv-SE"/>
        </w:rPr>
        <w:t>Kom ihåg: Om du inte kan bemanna ditt pass ansvarar du själv för att byta med någon anna</w:t>
      </w:r>
      <w:r w:rsidR="001F244C">
        <w:rPr>
          <w:i/>
          <w:lang w:val="sv-SE"/>
        </w:rPr>
        <w:t>n.</w:t>
      </w:r>
    </w:p>
    <w:p w14:paraId="68C03B79" w14:textId="77777777" w:rsidR="0001152A" w:rsidRDefault="0001152A" w:rsidP="001F244C">
      <w:pPr>
        <w:ind w:left="1440" w:firstLine="720"/>
        <w:rPr>
          <w:i/>
          <w:lang w:val="sv-SE"/>
        </w:rPr>
      </w:pPr>
    </w:p>
    <w:p w14:paraId="4167C089" w14:textId="02571515" w:rsidR="0001152A" w:rsidRDefault="0001152A" w:rsidP="001F244C">
      <w:pPr>
        <w:ind w:left="1440" w:firstLine="720"/>
        <w:rPr>
          <w:i/>
          <w:lang w:val="sv-SE"/>
        </w:rPr>
      </w:pPr>
      <w:r>
        <w:rPr>
          <w:i/>
          <w:lang w:val="sv-SE"/>
        </w:rPr>
        <w:t xml:space="preserve">16 oktober spelas matchen i Töreboda. </w:t>
      </w:r>
    </w:p>
    <w:p w14:paraId="5BAB6989" w14:textId="415E9A00" w:rsidR="0001152A" w:rsidRPr="0001152A" w:rsidRDefault="0001152A" w:rsidP="001F244C">
      <w:pPr>
        <w:ind w:left="1440" w:firstLine="720"/>
      </w:pPr>
      <w:r w:rsidRPr="0001152A">
        <w:rPr>
          <w:i/>
        </w:rPr>
        <w:t xml:space="preserve">6 </w:t>
      </w:r>
      <w:proofErr w:type="spellStart"/>
      <w:r>
        <w:rPr>
          <w:i/>
        </w:rPr>
        <w:t>n</w:t>
      </w:r>
      <w:r w:rsidRPr="0001152A">
        <w:rPr>
          <w:i/>
        </w:rPr>
        <w:t>ovember</w:t>
      </w:r>
      <w:proofErr w:type="spellEnd"/>
      <w:r w:rsidRPr="0001152A">
        <w:rPr>
          <w:i/>
        </w:rPr>
        <w:t xml:space="preserve">, 13 </w:t>
      </w:r>
      <w:proofErr w:type="spellStart"/>
      <w:r>
        <w:rPr>
          <w:i/>
        </w:rPr>
        <w:t>n</w:t>
      </w:r>
      <w:r w:rsidRPr="0001152A">
        <w:rPr>
          <w:i/>
        </w:rPr>
        <w:t>ovember</w:t>
      </w:r>
      <w:proofErr w:type="spellEnd"/>
      <w:r w:rsidRPr="0001152A">
        <w:rPr>
          <w:i/>
        </w:rPr>
        <w:t xml:space="preserve">, 27 </w:t>
      </w:r>
      <w:proofErr w:type="spellStart"/>
      <w:r>
        <w:rPr>
          <w:i/>
        </w:rPr>
        <w:t>n</w:t>
      </w:r>
      <w:r w:rsidRPr="0001152A">
        <w:rPr>
          <w:i/>
        </w:rPr>
        <w:t>ovember</w:t>
      </w:r>
      <w:proofErr w:type="spellEnd"/>
      <w:r w:rsidRPr="0001152A">
        <w:rPr>
          <w:i/>
        </w:rPr>
        <w:t xml:space="preserve"> </w:t>
      </w:r>
      <w:proofErr w:type="spellStart"/>
      <w:r w:rsidRPr="0001152A">
        <w:rPr>
          <w:i/>
        </w:rPr>
        <w:t>spelas</w:t>
      </w:r>
      <w:proofErr w:type="spellEnd"/>
      <w:r w:rsidRPr="0001152A">
        <w:rPr>
          <w:i/>
        </w:rPr>
        <w:t xml:space="preserve"> </w:t>
      </w:r>
      <w:proofErr w:type="spellStart"/>
      <w:r>
        <w:rPr>
          <w:i/>
        </w:rPr>
        <w:t>matcherna</w:t>
      </w:r>
      <w:proofErr w:type="spellEnd"/>
      <w:r>
        <w:rPr>
          <w:i/>
        </w:rPr>
        <w:t xml:space="preserve"> I Mariestad.</w:t>
      </w:r>
    </w:p>
    <w:sectPr w:rsidR="0001152A" w:rsidRPr="0001152A" w:rsidSect="000B7320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6302956">
    <w:abstractNumId w:val="8"/>
  </w:num>
  <w:num w:numId="2" w16cid:durableId="268466701">
    <w:abstractNumId w:val="6"/>
  </w:num>
  <w:num w:numId="3" w16cid:durableId="84307698">
    <w:abstractNumId w:val="5"/>
  </w:num>
  <w:num w:numId="4" w16cid:durableId="1318412811">
    <w:abstractNumId w:val="4"/>
  </w:num>
  <w:num w:numId="5" w16cid:durableId="1885827866">
    <w:abstractNumId w:val="7"/>
  </w:num>
  <w:num w:numId="6" w16cid:durableId="919870611">
    <w:abstractNumId w:val="3"/>
  </w:num>
  <w:num w:numId="7" w16cid:durableId="1100223194">
    <w:abstractNumId w:val="2"/>
  </w:num>
  <w:num w:numId="8" w16cid:durableId="297808098">
    <w:abstractNumId w:val="1"/>
  </w:num>
  <w:num w:numId="9" w16cid:durableId="1490714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52A"/>
    <w:rsid w:val="00034616"/>
    <w:rsid w:val="0006063C"/>
    <w:rsid w:val="00082DB9"/>
    <w:rsid w:val="000B7320"/>
    <w:rsid w:val="0015074B"/>
    <w:rsid w:val="001F244C"/>
    <w:rsid w:val="0029639D"/>
    <w:rsid w:val="002F5F19"/>
    <w:rsid w:val="00326F90"/>
    <w:rsid w:val="00AA1D8D"/>
    <w:rsid w:val="00AC4CC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7BB97"/>
  <w14:defaultImageDpi w14:val="300"/>
  <w15:docId w15:val="{747DDC5C-15AD-4206-999F-EC939C87B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Heimerback</dc:creator>
  <cp:keywords/>
  <dc:description>generated by python-docx</dc:description>
  <cp:lastModifiedBy>Victoria Heimerback</cp:lastModifiedBy>
  <cp:revision>10</cp:revision>
  <dcterms:created xsi:type="dcterms:W3CDTF">2026-09-18T10:52:00Z</dcterms:created>
  <dcterms:modified xsi:type="dcterms:W3CDTF">2026-09-18T10:56:00Z</dcterms:modified>
  <cp:category/>
</cp:coreProperties>
</file>