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B530A" w14:textId="77777777" w:rsidR="006C59F8" w:rsidRPr="002F4101" w:rsidRDefault="00000000">
      <w:pPr>
        <w:pStyle w:val="Rubrik1"/>
        <w:rPr>
          <w:color w:val="4F6228" w:themeColor="accent3" w:themeShade="80"/>
          <w:sz w:val="36"/>
          <w:szCs w:val="36"/>
        </w:rPr>
      </w:pPr>
      <w:r w:rsidRPr="002F4101">
        <w:rPr>
          <w:color w:val="4F6228" w:themeColor="accent3" w:themeShade="80"/>
          <w:sz w:val="36"/>
          <w:szCs w:val="36"/>
        </w:rPr>
        <w:t>Rutin: Nyckelgömma</w:t>
      </w:r>
    </w:p>
    <w:p w14:paraId="3B1D6DF7" w14:textId="77777777" w:rsidR="006C59F8" w:rsidRDefault="00000000">
      <w:r>
        <w:t>Nyckelgömman är placerad till höger om entrédörren.</w:t>
      </w:r>
    </w:p>
    <w:p w14:paraId="73107392" w14:textId="77777777" w:rsidR="006C59F8" w:rsidRPr="002F4101" w:rsidRDefault="00000000">
      <w:pPr>
        <w:pStyle w:val="Rubrik2"/>
        <w:rPr>
          <w:color w:val="4F6228" w:themeColor="accent3" w:themeShade="80"/>
        </w:rPr>
      </w:pPr>
      <w:r w:rsidRPr="002F4101">
        <w:rPr>
          <w:color w:val="4F6228" w:themeColor="accent3" w:themeShade="80"/>
        </w:rPr>
        <w:t>Så här gör du:</w:t>
      </w:r>
    </w:p>
    <w:p w14:paraId="592E95E2" w14:textId="77777777" w:rsidR="006C59F8" w:rsidRDefault="00000000">
      <w:pPr>
        <w:pStyle w:val="Numreradlista"/>
      </w:pPr>
      <w:r>
        <w:t>Öppna skyddshöljet.</w:t>
      </w:r>
    </w:p>
    <w:p w14:paraId="6B38E407" w14:textId="77777777" w:rsidR="006C59F8" w:rsidRDefault="00000000">
      <w:pPr>
        <w:pStyle w:val="Numreradlista"/>
      </w:pPr>
      <w:r>
        <w:t>Ställ in koden som du har fått från kansliet.</w:t>
      </w:r>
    </w:p>
    <w:p w14:paraId="0090D416" w14:textId="77777777" w:rsidR="006C59F8" w:rsidRDefault="00000000">
      <w:pPr>
        <w:pStyle w:val="Numreradlista"/>
      </w:pPr>
      <w:r>
        <w:t>Tryck in de två knapparna på sidorna för att öppna locket.</w:t>
      </w:r>
    </w:p>
    <w:p w14:paraId="4F250710" w14:textId="77777777" w:rsidR="006C59F8" w:rsidRDefault="00000000">
      <w:pPr>
        <w:pStyle w:val="Numreradlista"/>
      </w:pPr>
      <w:r>
        <w:t>Ta ut nyckeln.</w:t>
      </w:r>
    </w:p>
    <w:p w14:paraId="5A8CDE0F" w14:textId="77777777" w:rsidR="006C59F8" w:rsidRPr="002F4101" w:rsidRDefault="00000000">
      <w:pPr>
        <w:pStyle w:val="Rubrik2"/>
        <w:rPr>
          <w:color w:val="4F6228" w:themeColor="accent3" w:themeShade="80"/>
        </w:rPr>
      </w:pPr>
      <w:r w:rsidRPr="002F4101">
        <w:rPr>
          <w:color w:val="4F6228" w:themeColor="accent3" w:themeShade="80"/>
        </w:rPr>
        <w:t>När du är klar:</w:t>
      </w:r>
    </w:p>
    <w:p w14:paraId="692FC44E" w14:textId="77777777" w:rsidR="006C59F8" w:rsidRDefault="00000000">
      <w:pPr>
        <w:pStyle w:val="Numreradlista"/>
      </w:pPr>
      <w:r>
        <w:t>Stäng locket.</w:t>
      </w:r>
    </w:p>
    <w:p w14:paraId="688AE2E3" w14:textId="77777777" w:rsidR="006C59F8" w:rsidRDefault="00000000">
      <w:pPr>
        <w:pStyle w:val="Numreradlista"/>
      </w:pPr>
      <w:r>
        <w:t>Nollställ koden genom att snurra bort den.</w:t>
      </w:r>
    </w:p>
    <w:p w14:paraId="332F16A7" w14:textId="77777777" w:rsidR="006C59F8" w:rsidRDefault="00000000">
      <w:pPr>
        <w:pStyle w:val="Numreradlista"/>
      </w:pPr>
      <w:proofErr w:type="spellStart"/>
      <w:r>
        <w:t>Stäng</w:t>
      </w:r>
      <w:proofErr w:type="spellEnd"/>
      <w:r>
        <w:t xml:space="preserve"> </w:t>
      </w:r>
      <w:proofErr w:type="spellStart"/>
      <w:r>
        <w:t>skyddshöljet</w:t>
      </w:r>
      <w:proofErr w:type="spellEnd"/>
      <w:r>
        <w:t>.</w:t>
      </w:r>
    </w:p>
    <w:p w14:paraId="15FE5DED" w14:textId="77777777" w:rsidR="002F4101" w:rsidRDefault="002F4101" w:rsidP="002F4101">
      <w:pPr>
        <w:pStyle w:val="Numreradlista"/>
        <w:numPr>
          <w:ilvl w:val="0"/>
          <w:numId w:val="0"/>
        </w:numPr>
        <w:ind w:left="360" w:hanging="360"/>
      </w:pPr>
    </w:p>
    <w:p w14:paraId="195B749B" w14:textId="77777777" w:rsidR="002F4101" w:rsidRDefault="002F4101" w:rsidP="002F4101">
      <w:pPr>
        <w:pStyle w:val="Numreradlista"/>
        <w:numPr>
          <w:ilvl w:val="0"/>
          <w:numId w:val="0"/>
        </w:numPr>
        <w:ind w:left="360" w:hanging="360"/>
      </w:pPr>
    </w:p>
    <w:p w14:paraId="49D76FA7" w14:textId="5D587CAC" w:rsidR="002F4101" w:rsidRDefault="002F4101" w:rsidP="002F4101">
      <w:pPr>
        <w:pStyle w:val="Numreradlista"/>
        <w:numPr>
          <w:ilvl w:val="0"/>
          <w:numId w:val="0"/>
        </w:numPr>
        <w:ind w:left="360" w:hanging="360"/>
      </w:pPr>
      <w:r w:rsidRPr="002F4101">
        <w:drawing>
          <wp:inline distT="0" distB="0" distL="0" distR="0" wp14:anchorId="26B3B64A" wp14:editId="74CA3466">
            <wp:extent cx="5486400" cy="2415540"/>
            <wp:effectExtent l="0" t="0" r="0" b="3810"/>
            <wp:docPr id="187589135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89135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410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0171578">
    <w:abstractNumId w:val="8"/>
  </w:num>
  <w:num w:numId="2" w16cid:durableId="479005984">
    <w:abstractNumId w:val="6"/>
  </w:num>
  <w:num w:numId="3" w16cid:durableId="733503218">
    <w:abstractNumId w:val="5"/>
  </w:num>
  <w:num w:numId="4" w16cid:durableId="973680275">
    <w:abstractNumId w:val="4"/>
  </w:num>
  <w:num w:numId="5" w16cid:durableId="2021076107">
    <w:abstractNumId w:val="7"/>
  </w:num>
  <w:num w:numId="6" w16cid:durableId="1575698166">
    <w:abstractNumId w:val="3"/>
  </w:num>
  <w:num w:numId="7" w16cid:durableId="16975990">
    <w:abstractNumId w:val="2"/>
  </w:num>
  <w:num w:numId="8" w16cid:durableId="1499226167">
    <w:abstractNumId w:val="1"/>
  </w:num>
  <w:num w:numId="9" w16cid:durableId="794716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4101"/>
    <w:rsid w:val="00326F90"/>
    <w:rsid w:val="006C59F8"/>
    <w:rsid w:val="00AA1D8D"/>
    <w:rsid w:val="00B47730"/>
    <w:rsid w:val="00CB0664"/>
    <w:rsid w:val="00DF544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C920E5"/>
  <w14:defaultImageDpi w14:val="300"/>
  <w15:docId w15:val="{C7097C9A-4935-4763-8EEC-B13603D50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Kansli Lekstorps IF</cp:lastModifiedBy>
  <cp:revision>2</cp:revision>
  <dcterms:created xsi:type="dcterms:W3CDTF">2026-03-25T23:03:00Z</dcterms:created>
  <dcterms:modified xsi:type="dcterms:W3CDTF">2026-03-25T23:03:00Z</dcterms:modified>
  <cp:category/>
</cp:coreProperties>
</file>