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04F61" w14:textId="29ACA003" w:rsidR="003D59AE" w:rsidRDefault="0086036A">
      <w:pPr>
        <w:jc w:val="center"/>
        <w:rPr>
          <w:rFonts w:ascii="Aptos Display" w:hAnsi="Aptos Display"/>
          <w:b/>
          <w:color w:val="1F4E79"/>
          <w:sz w:val="38"/>
        </w:rPr>
      </w:pPr>
      <w:r>
        <w:rPr>
          <w:rFonts w:ascii="Aptos Display" w:hAnsi="Aptos Display"/>
          <w:b/>
          <w:color w:val="1F4E79"/>
          <w:sz w:val="38"/>
        </w:rPr>
        <w:t xml:space="preserve">RULLANDE </w:t>
      </w:r>
      <w:r w:rsidR="00FD7458">
        <w:rPr>
          <w:rFonts w:ascii="Aptos Display" w:hAnsi="Aptos Display"/>
          <w:b/>
          <w:color w:val="1F4E79"/>
          <w:sz w:val="38"/>
        </w:rPr>
        <w:t xml:space="preserve">SSCHEMA </w:t>
      </w:r>
    </w:p>
    <w:p w14:paraId="723EC068" w14:textId="723C3330" w:rsidR="00FD7458" w:rsidRDefault="00FD7458">
      <w:pPr>
        <w:jc w:val="center"/>
      </w:pPr>
      <w:r>
        <w:rPr>
          <w:rFonts w:ascii="Aptos Display" w:hAnsi="Aptos Display"/>
          <w:b/>
          <w:color w:val="1F4E79"/>
          <w:sz w:val="38"/>
        </w:rPr>
        <w:t>KIOSK/SEK/MATCHVÄRD</w:t>
      </w:r>
    </w:p>
    <w:p w14:paraId="4B92B343" w14:textId="77777777" w:rsidR="000258AC" w:rsidRDefault="0086036A" w:rsidP="000258AC">
      <w:pPr>
        <w:jc w:val="center"/>
        <w:rPr>
          <w:b/>
          <w:sz w:val="24"/>
        </w:rPr>
      </w:pPr>
      <w:r>
        <w:rPr>
          <w:b/>
          <w:sz w:val="24"/>
        </w:rPr>
        <w:t>IBK Tygriket 99 – F15/1</w:t>
      </w:r>
      <w:r w:rsidR="000258AC">
        <w:rPr>
          <w:b/>
          <w:sz w:val="24"/>
        </w:rPr>
        <w:t>6</w:t>
      </w:r>
    </w:p>
    <w:tbl>
      <w:tblPr>
        <w:tblpPr w:leftFromText="141" w:rightFromText="141" w:vertAnchor="text" w:horzAnchor="margin" w:tblpXSpec="center" w:tblpY="1831"/>
        <w:tblW w:w="716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152"/>
        <w:gridCol w:w="2034"/>
        <w:gridCol w:w="2034"/>
        <w:gridCol w:w="1944"/>
      </w:tblGrid>
      <w:tr w:rsidR="00392F72" w:rsidRPr="000258AC" w14:paraId="25CF59B6" w14:textId="77777777" w:rsidTr="00392F72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vAlign w:val="center"/>
            <w:hideMark/>
          </w:tcPr>
          <w:p w14:paraId="2F2243A6" w14:textId="77777777" w:rsidR="00392F72" w:rsidRPr="000258AC" w:rsidRDefault="00392F72" w:rsidP="00392F72">
            <w:pPr>
              <w:jc w:val="center"/>
              <w:rPr>
                <w:lang w:val="sv-SE"/>
              </w:rPr>
            </w:pPr>
            <w:r w:rsidRPr="000258AC">
              <w:rPr>
                <w:b/>
                <w:bCs/>
                <w:lang w:val="sv-SE"/>
              </w:rPr>
              <w:t>Match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vAlign w:val="center"/>
            <w:hideMark/>
          </w:tcPr>
          <w:p w14:paraId="508A0B60" w14:textId="77777777" w:rsidR="00392F72" w:rsidRPr="000258AC" w:rsidRDefault="00392F72" w:rsidP="00392F72">
            <w:pPr>
              <w:jc w:val="center"/>
              <w:rPr>
                <w:lang w:val="sv-SE"/>
              </w:rPr>
            </w:pPr>
            <w:r w:rsidRPr="000258AC">
              <w:rPr>
                <w:b/>
                <w:bCs/>
                <w:lang w:val="sv-SE"/>
              </w:rPr>
              <w:t>Kiosk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vAlign w:val="center"/>
            <w:hideMark/>
          </w:tcPr>
          <w:p w14:paraId="5AE33412" w14:textId="77777777" w:rsidR="00392F72" w:rsidRPr="000258AC" w:rsidRDefault="00392F72" w:rsidP="00392F72">
            <w:pPr>
              <w:jc w:val="center"/>
              <w:rPr>
                <w:lang w:val="sv-SE"/>
              </w:rPr>
            </w:pPr>
            <w:r w:rsidRPr="000258AC">
              <w:rPr>
                <w:b/>
                <w:bCs/>
                <w:lang w:val="sv-SE"/>
              </w:rPr>
              <w:t>Sek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vAlign w:val="center"/>
            <w:hideMark/>
          </w:tcPr>
          <w:p w14:paraId="59517A58" w14:textId="77777777" w:rsidR="00392F72" w:rsidRPr="000258AC" w:rsidRDefault="00392F72" w:rsidP="00392F72">
            <w:pPr>
              <w:jc w:val="center"/>
              <w:rPr>
                <w:lang w:val="sv-SE"/>
              </w:rPr>
            </w:pPr>
            <w:r w:rsidRPr="000258AC">
              <w:rPr>
                <w:b/>
                <w:bCs/>
                <w:lang w:val="sv-SE"/>
              </w:rPr>
              <w:t>Matchvärd</w:t>
            </w:r>
          </w:p>
        </w:tc>
      </w:tr>
      <w:tr w:rsidR="00392F72" w:rsidRPr="000258AC" w14:paraId="3042A643" w14:textId="77777777" w:rsidTr="00392F72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B1697F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17 okt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728E077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Ellen</w:t>
            </w:r>
            <w:r>
              <w:rPr>
                <w:lang w:val="sv-SE"/>
              </w:rPr>
              <w:t>/Eliza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37F8F8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Signe</w:t>
            </w:r>
            <w:r>
              <w:rPr>
                <w:lang w:val="sv-SE"/>
              </w:rPr>
              <w:t>/Annie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C56FD5C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Adele</w:t>
            </w:r>
          </w:p>
        </w:tc>
      </w:tr>
      <w:tr w:rsidR="00392F72" w:rsidRPr="000258AC" w14:paraId="7261624D" w14:textId="77777777" w:rsidTr="00392F72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07F12B4A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31 okt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4A166C48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Iris</w:t>
            </w:r>
            <w:r>
              <w:rPr>
                <w:lang w:val="sv-SE"/>
              </w:rPr>
              <w:t>/Adele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5944DB0C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Luna</w:t>
            </w:r>
            <w:r>
              <w:rPr>
                <w:lang w:val="sv-SE"/>
              </w:rPr>
              <w:t>/Selma/Linnea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419453D8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Isabella/Amanda</w:t>
            </w:r>
          </w:p>
        </w:tc>
      </w:tr>
      <w:tr w:rsidR="00392F72" w:rsidRPr="000258AC" w14:paraId="70C449CD" w14:textId="77777777" w:rsidTr="00392F72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052633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14 nov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99740AD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Isabella/Amanda</w:t>
            </w:r>
            <w:r>
              <w:rPr>
                <w:lang w:val="sv-SE"/>
              </w:rPr>
              <w:t>/Alicia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9917FE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Ester</w:t>
            </w:r>
            <w:r>
              <w:rPr>
                <w:lang w:val="sv-SE"/>
              </w:rPr>
              <w:t>/Ellen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E3A61BD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Eliza</w:t>
            </w:r>
          </w:p>
        </w:tc>
      </w:tr>
      <w:tr w:rsidR="00392F72" w:rsidRPr="000258AC" w14:paraId="17FF635C" w14:textId="77777777" w:rsidTr="00392F72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35503BE1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21 nov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6215EAB2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Signe</w:t>
            </w:r>
            <w:r>
              <w:rPr>
                <w:lang w:val="sv-SE"/>
              </w:rPr>
              <w:t>/Annie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7DD9A532" w14:textId="77777777" w:rsidR="00392F72" w:rsidRPr="000258AC" w:rsidRDefault="00392F72" w:rsidP="00392F72">
            <w:pPr>
              <w:rPr>
                <w:lang w:val="sv-SE"/>
              </w:rPr>
            </w:pPr>
            <w:r>
              <w:rPr>
                <w:lang w:val="sv-SE"/>
              </w:rPr>
              <w:t>Adele/Iris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21A37D01" w14:textId="77777777" w:rsidR="00392F72" w:rsidRPr="000258AC" w:rsidRDefault="00392F72" w:rsidP="00392F72">
            <w:pPr>
              <w:rPr>
                <w:lang w:val="sv-SE"/>
              </w:rPr>
            </w:pPr>
            <w:r>
              <w:rPr>
                <w:lang w:val="sv-SE"/>
              </w:rPr>
              <w:t>Luna/</w:t>
            </w:r>
            <w:r w:rsidRPr="000258AC">
              <w:rPr>
                <w:lang w:val="sv-SE"/>
              </w:rPr>
              <w:t>Selma</w:t>
            </w:r>
          </w:p>
        </w:tc>
      </w:tr>
      <w:tr w:rsidR="00392F72" w:rsidRPr="000258AC" w14:paraId="4C422784" w14:textId="77777777" w:rsidTr="00392F72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B938BA7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22 nov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661473B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Luna</w:t>
            </w:r>
            <w:r>
              <w:rPr>
                <w:lang w:val="sv-SE"/>
              </w:rPr>
              <w:t>/Selma/Linnea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CF679CC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Isabella/Amanda</w:t>
            </w:r>
            <w:r>
              <w:rPr>
                <w:lang w:val="sv-SE"/>
              </w:rPr>
              <w:t>/Alicia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AB7F5F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Ester</w:t>
            </w:r>
          </w:p>
        </w:tc>
      </w:tr>
      <w:tr w:rsidR="00392F72" w:rsidRPr="000258AC" w14:paraId="1EE2F1AB" w14:textId="77777777" w:rsidTr="00392F72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20F2E226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29 nov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20DA9490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Ellen</w:t>
            </w:r>
            <w:r>
              <w:rPr>
                <w:lang w:val="sv-SE"/>
              </w:rPr>
              <w:t>/Eliza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7C821A19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Signe</w:t>
            </w:r>
            <w:r>
              <w:rPr>
                <w:lang w:val="sv-SE"/>
              </w:rPr>
              <w:t>/Annie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26301D5B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Adele</w:t>
            </w:r>
          </w:p>
        </w:tc>
      </w:tr>
      <w:tr w:rsidR="00392F72" w:rsidRPr="000258AC" w14:paraId="3A56C245" w14:textId="77777777" w:rsidTr="00392F72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5DFD26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12 dec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C54DFB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Iris</w:t>
            </w:r>
            <w:r>
              <w:rPr>
                <w:lang w:val="sv-SE"/>
              </w:rPr>
              <w:t>/Annie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4D7258" w14:textId="7E804BA4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Luna</w:t>
            </w:r>
            <w:r w:rsidR="004C61FC">
              <w:rPr>
                <w:lang w:val="sv-SE"/>
              </w:rPr>
              <w:t>/Selma</w:t>
            </w:r>
            <w:r>
              <w:rPr>
                <w:lang w:val="sv-SE"/>
              </w:rPr>
              <w:t>/Linne</w:t>
            </w:r>
            <w:r w:rsidR="004C61FC">
              <w:rPr>
                <w:lang w:val="sv-SE"/>
              </w:rPr>
              <w:t>a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2883D7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Isabella/Amanda</w:t>
            </w:r>
          </w:p>
        </w:tc>
      </w:tr>
      <w:tr w:rsidR="00392F72" w:rsidRPr="000258AC" w14:paraId="67CC22A9" w14:textId="77777777" w:rsidTr="00392F72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2D67B1F3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12 dec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7E228BCB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Alicia</w:t>
            </w:r>
            <w:r>
              <w:rPr>
                <w:lang w:val="sv-SE"/>
              </w:rPr>
              <w:t>/Ester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0E59E6C1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Ellen</w:t>
            </w:r>
            <w:r>
              <w:rPr>
                <w:lang w:val="sv-SE"/>
              </w:rPr>
              <w:t>/Eliza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29F64545" w14:textId="77777777" w:rsidR="00392F72" w:rsidRPr="000258AC" w:rsidRDefault="00392F72" w:rsidP="00392F72">
            <w:pPr>
              <w:rPr>
                <w:lang w:val="sv-SE"/>
              </w:rPr>
            </w:pPr>
            <w:r w:rsidRPr="000258AC">
              <w:rPr>
                <w:lang w:val="sv-SE"/>
              </w:rPr>
              <w:t>Signe</w:t>
            </w:r>
          </w:p>
        </w:tc>
      </w:tr>
    </w:tbl>
    <w:p w14:paraId="258414CA" w14:textId="582DDF77" w:rsidR="000258AC" w:rsidRDefault="000258AC" w:rsidP="000258AC">
      <w:pPr>
        <w:pStyle w:val="Punktlista"/>
        <w:numPr>
          <w:ilvl w:val="0"/>
          <w:numId w:val="0"/>
        </w:numPr>
        <w:spacing w:after="20"/>
        <w:jc w:val="center"/>
      </w:pPr>
    </w:p>
    <w:p w14:paraId="0B1E5185" w14:textId="1F98D625" w:rsidR="003D59AE" w:rsidRDefault="003D59AE"/>
    <w:sectPr w:rsidR="003D59AE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3621991">
    <w:abstractNumId w:val="8"/>
  </w:num>
  <w:num w:numId="2" w16cid:durableId="2084526432">
    <w:abstractNumId w:val="6"/>
  </w:num>
  <w:num w:numId="3" w16cid:durableId="53237132">
    <w:abstractNumId w:val="5"/>
  </w:num>
  <w:num w:numId="4" w16cid:durableId="1596480866">
    <w:abstractNumId w:val="4"/>
  </w:num>
  <w:num w:numId="5" w16cid:durableId="684863213">
    <w:abstractNumId w:val="7"/>
  </w:num>
  <w:num w:numId="6" w16cid:durableId="1411542005">
    <w:abstractNumId w:val="3"/>
  </w:num>
  <w:num w:numId="7" w16cid:durableId="307705452">
    <w:abstractNumId w:val="2"/>
  </w:num>
  <w:num w:numId="8" w16cid:durableId="1715690977">
    <w:abstractNumId w:val="1"/>
  </w:num>
  <w:num w:numId="9" w16cid:durableId="1131944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8AC"/>
    <w:rsid w:val="00034616"/>
    <w:rsid w:val="0006063C"/>
    <w:rsid w:val="0015074B"/>
    <w:rsid w:val="00186837"/>
    <w:rsid w:val="002952E8"/>
    <w:rsid w:val="0029639D"/>
    <w:rsid w:val="00326F90"/>
    <w:rsid w:val="00392F72"/>
    <w:rsid w:val="003D59AE"/>
    <w:rsid w:val="0044580A"/>
    <w:rsid w:val="004C61FC"/>
    <w:rsid w:val="0086036A"/>
    <w:rsid w:val="00A21981"/>
    <w:rsid w:val="00AA1D8D"/>
    <w:rsid w:val="00B47730"/>
    <w:rsid w:val="00CB0664"/>
    <w:rsid w:val="00D1173B"/>
    <w:rsid w:val="00FC693F"/>
    <w:rsid w:val="00FD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65A310"/>
  <w14:defaultImageDpi w14:val="300"/>
  <w15:docId w15:val="{34F89637-04CB-4B0D-9344-8046506A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72</Words>
  <Characters>387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Jessica Sörman</cp:lastModifiedBy>
  <cp:revision>6</cp:revision>
  <dcterms:created xsi:type="dcterms:W3CDTF">2026-10-10T18:26:00Z</dcterms:created>
  <dcterms:modified xsi:type="dcterms:W3CDTF">2026-10-11T19:39:00Z</dcterms:modified>
  <cp:category/>
</cp:coreProperties>
</file>