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441" w:rsidRDefault="00596491">
      <w:pPr>
        <w:pStyle w:val="Rubrik"/>
        <w:jc w:val="center"/>
      </w:pPr>
      <w:r>
        <w:t>STYRELSEMÖTE</w:t>
      </w:r>
    </w:p>
    <w:p w:rsidR="00614441" w:rsidRDefault="00596491">
      <w:pPr>
        <w:jc w:val="center"/>
        <w:rPr>
          <w:rFonts w:hint="eastAsia"/>
        </w:rPr>
      </w:pPr>
      <w:r>
        <w:rPr>
          <w:b/>
          <w:sz w:val="22"/>
        </w:rPr>
        <w:t>IBK Husar Eksjö • 10 augusti 2026</w:t>
      </w:r>
    </w:p>
    <w:tbl>
      <w:tblPr>
        <w:tblW w:w="0" w:type="auto"/>
        <w:jc w:val="center"/>
        <w:tblLayout w:type="fixed"/>
        <w:tblLook w:val="04A0" w:firstRow="1" w:lastRow="0" w:firstColumn="1" w:lastColumn="0" w:noHBand="0" w:noVBand="1"/>
      </w:tblPr>
      <w:tblGrid>
        <w:gridCol w:w="4986"/>
        <w:gridCol w:w="4986"/>
      </w:tblGrid>
      <w:tr w:rsidR="00614441">
        <w:trPr>
          <w:jc w:val="center"/>
        </w:trPr>
        <w:tc>
          <w:tcPr>
            <w:tcW w:w="4986" w:type="dxa"/>
            <w:shd w:val="clear" w:color="auto" w:fill="F2F4F7"/>
            <w:vAlign w:val="center"/>
          </w:tcPr>
          <w:p w:rsidR="00614441" w:rsidRDefault="00596491">
            <w:pPr>
              <w:rPr>
                <w:rFonts w:hint="eastAsia"/>
              </w:rPr>
            </w:pPr>
            <w:r>
              <w:rPr>
                <w:b/>
              </w:rPr>
              <w:t>Närvarande</w:t>
            </w:r>
          </w:p>
        </w:tc>
        <w:tc>
          <w:tcPr>
            <w:tcW w:w="4986" w:type="dxa"/>
            <w:shd w:val="clear" w:color="auto" w:fill="F2F4F7"/>
            <w:vAlign w:val="center"/>
          </w:tcPr>
          <w:p w:rsidR="00614441" w:rsidRDefault="00596491">
            <w:pPr>
              <w:rPr>
                <w:rFonts w:hint="eastAsia"/>
              </w:rPr>
            </w:pPr>
            <w:r>
              <w:t>Rickard Bergh, Johan Hoff, Kim Johansson, Ann-L</w:t>
            </w:r>
            <w:r w:rsidR="0094074F">
              <w:t xml:space="preserve">ouise Bergh, Martina </w:t>
            </w:r>
            <w:proofErr w:type="spellStart"/>
            <w:r w:rsidR="0094074F">
              <w:t>Sommarnatt</w:t>
            </w:r>
            <w:proofErr w:type="spellEnd"/>
            <w:r w:rsidR="0094074F">
              <w:t xml:space="preserve"> och</w:t>
            </w:r>
            <w:bookmarkStart w:id="0" w:name="_GoBack"/>
            <w:bookmarkEnd w:id="0"/>
            <w:r>
              <w:t xml:space="preserve"> Pierr</w:t>
            </w:r>
            <w:r w:rsidR="0094074F">
              <w:t>e Eriksson</w:t>
            </w:r>
          </w:p>
        </w:tc>
      </w:tr>
      <w:tr w:rsidR="00614441">
        <w:trPr>
          <w:jc w:val="center"/>
        </w:trPr>
        <w:tc>
          <w:tcPr>
            <w:tcW w:w="4986" w:type="dxa"/>
            <w:shd w:val="clear" w:color="auto" w:fill="FFFFFF"/>
            <w:vAlign w:val="center"/>
          </w:tcPr>
          <w:p w:rsidR="00614441" w:rsidRDefault="00596491">
            <w:pPr>
              <w:rPr>
                <w:rFonts w:hint="eastAsia"/>
              </w:rPr>
            </w:pPr>
            <w:r>
              <w:rPr>
                <w:b/>
              </w:rPr>
              <w:t>Sekreterare</w:t>
            </w:r>
          </w:p>
        </w:tc>
        <w:tc>
          <w:tcPr>
            <w:tcW w:w="4986" w:type="dxa"/>
            <w:shd w:val="clear" w:color="auto" w:fill="FFFFFF"/>
            <w:vAlign w:val="center"/>
          </w:tcPr>
          <w:p w:rsidR="00614441" w:rsidRDefault="00596491">
            <w:pPr>
              <w:rPr>
                <w:rFonts w:hint="eastAsia"/>
              </w:rPr>
            </w:pPr>
            <w:r>
              <w:t>Kim Johansson</w:t>
            </w:r>
          </w:p>
        </w:tc>
      </w:tr>
      <w:tr w:rsidR="00614441">
        <w:trPr>
          <w:jc w:val="center"/>
        </w:trPr>
        <w:tc>
          <w:tcPr>
            <w:tcW w:w="4986" w:type="dxa"/>
            <w:shd w:val="clear" w:color="auto" w:fill="F2F4F7"/>
            <w:vAlign w:val="center"/>
          </w:tcPr>
          <w:p w:rsidR="00614441" w:rsidRDefault="00596491">
            <w:pPr>
              <w:rPr>
                <w:rFonts w:hint="eastAsia"/>
              </w:rPr>
            </w:pPr>
            <w:r>
              <w:rPr>
                <w:b/>
              </w:rPr>
              <w:t>Nästa möte</w:t>
            </w:r>
          </w:p>
        </w:tc>
        <w:tc>
          <w:tcPr>
            <w:tcW w:w="4986" w:type="dxa"/>
            <w:shd w:val="clear" w:color="auto" w:fill="F2F4F7"/>
            <w:vAlign w:val="center"/>
          </w:tcPr>
          <w:p w:rsidR="00614441" w:rsidRDefault="00596491">
            <w:pPr>
              <w:rPr>
                <w:rFonts w:hint="eastAsia"/>
              </w:rPr>
            </w:pPr>
            <w:r>
              <w:t>7 september 2026 kl. 18.00</w:t>
            </w:r>
          </w:p>
        </w:tc>
      </w:tr>
    </w:tbl>
    <w:p w:rsidR="00614441" w:rsidRDefault="00614441">
      <w:pPr>
        <w:rPr>
          <w:rFonts w:hint="eastAsia"/>
        </w:rPr>
      </w:pPr>
    </w:p>
    <w:p w:rsidR="00614441" w:rsidRDefault="00596491">
      <w:pPr>
        <w:pStyle w:val="Rubrik1"/>
      </w:pPr>
      <w:r>
        <w:t>1. Föregående mötesprotokoll</w:t>
      </w:r>
    </w:p>
    <w:p w:rsidR="00614441" w:rsidRDefault="00596491">
      <w:pPr>
        <w:rPr>
          <w:rFonts w:hint="eastAsia"/>
        </w:rPr>
      </w:pPr>
      <w:r>
        <w:t>Föregående mötesprotokoll godkändes.</w:t>
      </w:r>
    </w:p>
    <w:p w:rsidR="00614441" w:rsidRDefault="00596491">
      <w:pPr>
        <w:pStyle w:val="Beslut"/>
        <w:shd w:val="clear" w:color="auto" w:fill="EAF0F8"/>
        <w:rPr>
          <w:rFonts w:hint="eastAsia"/>
        </w:rPr>
      </w:pPr>
      <w:r>
        <w:rPr>
          <w:b/>
        </w:rPr>
        <w:t xml:space="preserve">Beslut: </w:t>
      </w:r>
      <w:r>
        <w:t>Färdiga mötesprotokoll ska, efter eventuella korrigeringar, skickas via e-post till samtliga styrelsemedlemmar av sekreteraren eller ordföranden.</w:t>
      </w:r>
    </w:p>
    <w:p w:rsidR="00614441" w:rsidRDefault="00596491">
      <w:pPr>
        <w:rPr>
          <w:rFonts w:hint="eastAsia"/>
        </w:rPr>
      </w:pPr>
      <w:proofErr w:type="spellStart"/>
      <w:r>
        <w:t>Träningstiderna</w:t>
      </w:r>
      <w:proofErr w:type="spellEnd"/>
      <w:r>
        <w:t xml:space="preserve"> </w:t>
      </w:r>
      <w:proofErr w:type="spellStart"/>
      <w:r>
        <w:t>för</w:t>
      </w:r>
      <w:proofErr w:type="spellEnd"/>
      <w:r>
        <w:t xml:space="preserve"> </w:t>
      </w:r>
      <w:proofErr w:type="spellStart"/>
      <w:r>
        <w:t>säsongen</w:t>
      </w:r>
      <w:proofErr w:type="spellEnd"/>
      <w:r>
        <w:t xml:space="preserve"> 2026/27 har förmedlats till klubben.</w:t>
      </w:r>
    </w:p>
    <w:p w:rsidR="00614441" w:rsidRDefault="00596491">
      <w:pPr>
        <w:pStyle w:val="Rubrik1"/>
      </w:pPr>
      <w:r>
        <w:t>2. Preliminärt resultat och balansräkning</w:t>
      </w:r>
    </w:p>
    <w:p w:rsidR="00614441" w:rsidRDefault="00596491">
      <w:pPr>
        <w:rPr>
          <w:rFonts w:hint="eastAsia"/>
        </w:rPr>
      </w:pPr>
      <w:r>
        <w:t>Det är för närvarande begränsad ekonomisk aktivitet och resultatet visar inte något större underskott. En faktura återstår avseende uterinken. Slutredovisning behöver genomföras innan SISU betalar ut medlen.</w:t>
      </w:r>
    </w:p>
    <w:p w:rsidR="00614441" w:rsidRDefault="00596491">
      <w:pPr>
        <w:rPr>
          <w:rFonts w:hint="eastAsia"/>
        </w:rPr>
      </w:pPr>
      <w:r>
        <w:t>I övrigt pågår den löpande ekonomin med bland annat lokalhyror. Hallhyrorna börjar inom kort komma in eftersom bokningarna startar under veckan, exempelvis för herrtruppen.</w:t>
      </w:r>
    </w:p>
    <w:p w:rsidR="00614441" w:rsidRDefault="00596491">
      <w:pPr>
        <w:pStyle w:val="Rubrik1"/>
      </w:pPr>
      <w:r>
        <w:t>3. Material</w:t>
      </w:r>
    </w:p>
    <w:p w:rsidR="00614441" w:rsidRDefault="00596491">
      <w:pPr>
        <w:rPr>
          <w:rFonts w:hint="eastAsia"/>
        </w:rPr>
      </w:pPr>
      <w:r>
        <w:t>Samtal med Mattias har ännu inte skett efter semestern. Överlämningen till Joakim Ekenmo kommer att ske successivt och behöver få ta tid.</w:t>
      </w:r>
    </w:p>
    <w:p w:rsidR="00614441" w:rsidRDefault="00596491">
      <w:pPr>
        <w:rPr>
          <w:rFonts w:hint="eastAsia"/>
        </w:rPr>
      </w:pPr>
      <w:r>
        <w:t>Den stora beställningen planeras till den 31 augusti. Kim lyfte bland annat att B-lagets reservställ är slitet.</w:t>
      </w:r>
    </w:p>
    <w:p w:rsidR="00614441" w:rsidRDefault="00596491">
      <w:pPr>
        <w:pStyle w:val="Beslut"/>
        <w:shd w:val="clear" w:color="auto" w:fill="EAF0F8"/>
        <w:rPr>
          <w:rFonts w:hint="eastAsia"/>
        </w:rPr>
      </w:pPr>
      <w:r>
        <w:rPr>
          <w:b/>
        </w:rPr>
        <w:t xml:space="preserve">Beslut: </w:t>
      </w:r>
      <w:r>
        <w:t>Kim kontaktar Mattias för att kontrollera om B-lagets reservställ finns med i planeringen.</w:t>
      </w:r>
    </w:p>
    <w:p w:rsidR="00614441" w:rsidRDefault="00596491">
      <w:pPr>
        <w:rPr>
          <w:rFonts w:hint="eastAsia"/>
        </w:rPr>
      </w:pPr>
      <w:r>
        <w:t>Ordföranden kontrollerar avtalet med Klubbhuset. Enligt avtalet har föreningen rätt till ett besök från Klubbhuset. Årets besök är planerat till den 26 september. I samband med besöket är tanken att planera A-lagets första hemmamatch i Smålandscupen, en träningsmatch för B-laget samt, om möjligt, en träningsmatch för något av juniorlagen på morgonen. Det är en fördel om det gästande laget också har avtal med Klubbhuset.</w:t>
      </w:r>
    </w:p>
    <w:p w:rsidR="00614441" w:rsidRDefault="00596491">
      <w:pPr>
        <w:pStyle w:val="Beslut"/>
        <w:shd w:val="clear" w:color="auto" w:fill="EAF0F8"/>
        <w:rPr>
          <w:rFonts w:hint="eastAsia"/>
        </w:rPr>
      </w:pPr>
      <w:r>
        <w:rPr>
          <w:b/>
        </w:rPr>
        <w:t xml:space="preserve">Beslut: </w:t>
      </w:r>
      <w:r>
        <w:t>Johan Hoff undersöker möjligheten att anordna en träningsmatch för sitt lag på morgonen.</w:t>
      </w:r>
    </w:p>
    <w:p w:rsidR="00614441" w:rsidRDefault="00596491">
      <w:pPr>
        <w:pStyle w:val="Beslut"/>
        <w:shd w:val="clear" w:color="auto" w:fill="EAF0F8"/>
        <w:rPr>
          <w:rFonts w:hint="eastAsia"/>
        </w:rPr>
      </w:pPr>
      <w:r>
        <w:rPr>
          <w:b/>
        </w:rPr>
        <w:t xml:space="preserve">Beslut: </w:t>
      </w:r>
      <w:r>
        <w:t>Ordföranden kontaktar Mattias för att kontrollera om förbeställningen har skickats.</w:t>
      </w:r>
    </w:p>
    <w:p w:rsidR="00614441" w:rsidRDefault="00596491">
      <w:pPr>
        <w:pStyle w:val="Rubrik1"/>
      </w:pPr>
      <w:r>
        <w:t>4. Lagen</w:t>
      </w:r>
    </w:p>
    <w:p w:rsidR="00614441" w:rsidRDefault="00596491">
      <w:pPr>
        <w:rPr>
          <w:rFonts w:hint="eastAsia"/>
        </w:rPr>
      </w:pPr>
      <w:r>
        <w:rPr>
          <w:b/>
        </w:rPr>
        <w:t xml:space="preserve">A-herr: </w:t>
      </w:r>
      <w:r>
        <w:t>Två lag planeras, A- och B-lag, med uppskattningsvis 50 spelare. Träningstiderna är planerade till måndagar och onsdagar med uppdelning mellan lagen. Sommarträningar har genomförts och inomhusträningen startar torsdag.</w:t>
      </w:r>
    </w:p>
    <w:p w:rsidR="00614441" w:rsidRDefault="00596491">
      <w:pPr>
        <w:rPr>
          <w:rFonts w:hint="eastAsia"/>
        </w:rPr>
      </w:pPr>
      <w:r>
        <w:rPr>
          <w:b/>
        </w:rPr>
        <w:lastRenderedPageBreak/>
        <w:t xml:space="preserve">Damlaget: </w:t>
      </w:r>
      <w:r>
        <w:t>Laget har dragits ur. Flera spelare har tackat nej på grund av bland annat skador, graviditeter och studier. Det har även varit oklart om tränare funnits tillgängliga. Ett eventuellt samarbete med Nässjö har diskuterats, men bedöms inte vara aktuellt utifrån det låga spelarantalet och bristen på tränare.</w:t>
      </w:r>
    </w:p>
    <w:p w:rsidR="00614441" w:rsidRDefault="00596491">
      <w:pPr>
        <w:pStyle w:val="Beslut"/>
        <w:shd w:val="clear" w:color="auto" w:fill="EAF0F8"/>
        <w:rPr>
          <w:rFonts w:hint="eastAsia"/>
        </w:rPr>
      </w:pPr>
      <w:r>
        <w:rPr>
          <w:b/>
        </w:rPr>
        <w:t xml:space="preserve">Beslut: </w:t>
      </w:r>
      <w:r>
        <w:t>Ingen damlagstrupp anmäls för säsongen 2026/27. Därmed utgår även posten som damlagsrepresentant ur styrelsen.</w:t>
      </w:r>
    </w:p>
    <w:p w:rsidR="00614441" w:rsidRDefault="006317C3">
      <w:pPr>
        <w:rPr>
          <w:rFonts w:hint="eastAsia"/>
        </w:rPr>
      </w:pPr>
      <w:r>
        <w:rPr>
          <w:b/>
        </w:rPr>
        <w:t>P13</w:t>
      </w:r>
      <w:r w:rsidR="00596491">
        <w:rPr>
          <w:b/>
        </w:rPr>
        <w:t xml:space="preserve">: </w:t>
      </w:r>
      <w:proofErr w:type="spellStart"/>
      <w:r w:rsidR="00596491">
        <w:t>Startar</w:t>
      </w:r>
      <w:proofErr w:type="spellEnd"/>
      <w:r w:rsidR="00596491">
        <w:t xml:space="preserve"> </w:t>
      </w:r>
      <w:proofErr w:type="spellStart"/>
      <w:r w:rsidR="00596491">
        <w:t>när</w:t>
      </w:r>
      <w:proofErr w:type="spellEnd"/>
      <w:r w:rsidR="00596491">
        <w:t xml:space="preserve"> </w:t>
      </w:r>
      <w:proofErr w:type="spellStart"/>
      <w:r w:rsidR="00596491">
        <w:t>fotbollssäsongen</w:t>
      </w:r>
      <w:proofErr w:type="spellEnd"/>
      <w:r w:rsidR="00596491">
        <w:t xml:space="preserve"> är slut, eventuellt tidigare tillsammans med P14/15 i början av </w:t>
      </w:r>
      <w:proofErr w:type="gramStart"/>
      <w:r w:rsidR="00596491">
        <w:t>september</w:t>
      </w:r>
      <w:proofErr w:type="gramEnd"/>
      <w:r w:rsidR="00596491">
        <w:t>. Gruppen bedöms ha en spelare född 2011. Ytterligare spelare kan vara på väg in, men detta är oklart. Målvaktssidan är tunn med endast en målvakt i nuläget.</w:t>
      </w:r>
    </w:p>
    <w:p w:rsidR="00614441" w:rsidRDefault="00596491">
      <w:pPr>
        <w:rPr>
          <w:rFonts w:hint="eastAsia"/>
        </w:rPr>
      </w:pPr>
      <w:r>
        <w:rPr>
          <w:b/>
        </w:rPr>
        <w:t xml:space="preserve">P14/15: </w:t>
      </w:r>
      <w:r>
        <w:t>Inga avhopp har rapporterats. Kim kan vara hjälptränare vid behov. Ivan från A-truppen ska stötta som tränare. Filip slutar som tränare.</w:t>
      </w:r>
    </w:p>
    <w:p w:rsidR="00614441" w:rsidRDefault="00596491">
      <w:pPr>
        <w:rPr>
          <w:rFonts w:hint="eastAsia"/>
        </w:rPr>
      </w:pPr>
      <w:r>
        <w:rPr>
          <w:b/>
        </w:rPr>
        <w:t xml:space="preserve">P16: </w:t>
      </w:r>
      <w:r>
        <w:t>Ingen ny information har inkommit. Det har diskuterats med Alfred om att vissa spelare kan vara aktuella för att prova på och träna med P14/15. Diskussionen fortsätter.</w:t>
      </w:r>
    </w:p>
    <w:p w:rsidR="00614441" w:rsidRDefault="00596491">
      <w:pPr>
        <w:rPr>
          <w:rFonts w:hint="eastAsia"/>
        </w:rPr>
      </w:pPr>
      <w:r>
        <w:rPr>
          <w:b/>
        </w:rPr>
        <w:t xml:space="preserve">P17/18: </w:t>
      </w:r>
      <w:r>
        <w:t>Laget har tidigare lånat ut spelare till P16. Styrelsen har inte fått någon ny information från lagets tränare.</w:t>
      </w:r>
    </w:p>
    <w:p w:rsidR="00614441" w:rsidRDefault="00596491">
      <w:pPr>
        <w:rPr>
          <w:rFonts w:hint="eastAsia"/>
        </w:rPr>
      </w:pPr>
      <w:r>
        <w:rPr>
          <w:b/>
        </w:rPr>
        <w:t xml:space="preserve">P19: </w:t>
      </w:r>
      <w:r>
        <w:t>Ytterligare en uppstartsaktivitet behövs. När utskick görs för 20-kullen bör även 19-kullen inkluderas. Det är viktigt att föreningen fortsätter vara aktiv i utskick för att få ungdomar att prova på innebandy.</w:t>
      </w:r>
    </w:p>
    <w:p w:rsidR="00614441" w:rsidRDefault="00596491">
      <w:pPr>
        <w:pStyle w:val="Beslut"/>
        <w:shd w:val="clear" w:color="auto" w:fill="FFF4D6"/>
        <w:rPr>
          <w:rFonts w:hint="eastAsia"/>
        </w:rPr>
      </w:pPr>
      <w:r>
        <w:rPr>
          <w:b/>
        </w:rPr>
        <w:t xml:space="preserve">Fortsatt hantering: </w:t>
      </w:r>
      <w:r>
        <w:t xml:space="preserve">Styrelsen behöver ta ställning till vem som kontaktar Kaj och vem som ansvarar för träningarna – Johan Hoff </w:t>
      </w:r>
      <w:proofErr w:type="spellStart"/>
      <w:r>
        <w:t>eller</w:t>
      </w:r>
      <w:proofErr w:type="spellEnd"/>
      <w:r>
        <w:t xml:space="preserve"> </w:t>
      </w:r>
      <w:proofErr w:type="spellStart"/>
      <w:r>
        <w:t>ledarna</w:t>
      </w:r>
      <w:proofErr w:type="spellEnd"/>
      <w:r>
        <w:t xml:space="preserve"> </w:t>
      </w:r>
      <w:proofErr w:type="spellStart"/>
      <w:r>
        <w:t>för</w:t>
      </w:r>
      <w:proofErr w:type="spellEnd"/>
      <w:r>
        <w:t xml:space="preserve"> 20-gruppen.</w:t>
      </w:r>
      <w:r w:rsidR="006317C3">
        <w:t xml:space="preserve"> </w:t>
      </w:r>
      <w:proofErr w:type="spellStart"/>
      <w:r w:rsidR="006317C3">
        <w:t>Punkt</w:t>
      </w:r>
      <w:proofErr w:type="spellEnd"/>
      <w:r w:rsidR="006317C3">
        <w:t xml:space="preserve"> till </w:t>
      </w:r>
      <w:proofErr w:type="spellStart"/>
      <w:r w:rsidR="006317C3">
        <w:t>nästa</w:t>
      </w:r>
      <w:proofErr w:type="spellEnd"/>
      <w:r w:rsidR="006317C3">
        <w:t xml:space="preserve"> </w:t>
      </w:r>
      <w:proofErr w:type="spellStart"/>
      <w:r w:rsidR="006317C3">
        <w:t>styrelsemöte</w:t>
      </w:r>
      <w:proofErr w:type="spellEnd"/>
      <w:r w:rsidR="006317C3">
        <w:t xml:space="preserve">. </w:t>
      </w:r>
    </w:p>
    <w:p w:rsidR="00614441" w:rsidRDefault="006317C3">
      <w:pPr>
        <w:rPr>
          <w:rFonts w:hint="eastAsia"/>
        </w:rPr>
      </w:pPr>
      <w:r>
        <w:rPr>
          <w:b/>
        </w:rPr>
        <w:t>F 17/18</w:t>
      </w:r>
      <w:r w:rsidR="00596491">
        <w:rPr>
          <w:b/>
        </w:rPr>
        <w:t xml:space="preserve">: </w:t>
      </w:r>
      <w:proofErr w:type="spellStart"/>
      <w:r w:rsidR="00596491">
        <w:t>En</w:t>
      </w:r>
      <w:proofErr w:type="spellEnd"/>
      <w:r w:rsidR="00596491">
        <w:t xml:space="preserve"> </w:t>
      </w:r>
      <w:proofErr w:type="spellStart"/>
      <w:proofErr w:type="gramStart"/>
      <w:r w:rsidR="00596491">
        <w:t>ny</w:t>
      </w:r>
      <w:proofErr w:type="spellEnd"/>
      <w:proofErr w:type="gramEnd"/>
      <w:r w:rsidR="00596491">
        <w:t xml:space="preserve"> </w:t>
      </w:r>
      <w:proofErr w:type="spellStart"/>
      <w:r w:rsidR="00596491">
        <w:t>hjälptränare</w:t>
      </w:r>
      <w:proofErr w:type="spellEnd"/>
      <w:r w:rsidR="00596491">
        <w:t xml:space="preserve"> har tillkommit och eventuellt två nya spelare. Inga spelartapp har rapporterats. Gruppen är tveksam till de planerade sammandragsmatcherna.</w:t>
      </w:r>
    </w:p>
    <w:p w:rsidR="00614441" w:rsidRDefault="00596491">
      <w:pPr>
        <w:pStyle w:val="Beslut"/>
        <w:shd w:val="clear" w:color="auto" w:fill="EAF0F8"/>
        <w:rPr>
          <w:rFonts w:hint="eastAsia"/>
        </w:rPr>
      </w:pPr>
      <w:r>
        <w:rPr>
          <w:b/>
        </w:rPr>
        <w:t xml:space="preserve">Beslut: </w:t>
      </w:r>
      <w:r>
        <w:t>Beslut om deltagande i sammandragsmatcherna behöver fattas senast den 9 september. Därefter tillkommer kostnad för urdragning.</w:t>
      </w:r>
    </w:p>
    <w:p w:rsidR="00614441" w:rsidRDefault="006317C3">
      <w:pPr>
        <w:rPr>
          <w:rFonts w:hint="eastAsia"/>
        </w:rPr>
      </w:pPr>
      <w:r>
        <w:rPr>
          <w:b/>
        </w:rPr>
        <w:t>P/F 20</w:t>
      </w:r>
      <w:r w:rsidR="00596491">
        <w:rPr>
          <w:b/>
        </w:rPr>
        <w:t xml:space="preserve">: </w:t>
      </w:r>
      <w:proofErr w:type="spellStart"/>
      <w:r w:rsidR="00596491">
        <w:t>Flera</w:t>
      </w:r>
      <w:proofErr w:type="spellEnd"/>
      <w:r w:rsidR="00596491">
        <w:t xml:space="preserve"> </w:t>
      </w:r>
      <w:proofErr w:type="spellStart"/>
      <w:r w:rsidR="00596491">
        <w:t>spelare</w:t>
      </w:r>
      <w:proofErr w:type="spellEnd"/>
      <w:r w:rsidR="00596491">
        <w:t xml:space="preserve"> </w:t>
      </w:r>
      <w:proofErr w:type="spellStart"/>
      <w:r w:rsidR="00596491">
        <w:t>från</w:t>
      </w:r>
      <w:proofErr w:type="spellEnd"/>
      <w:r w:rsidR="00596491">
        <w:t xml:space="preserve"> A-truppen väntas träna gruppen. Praktisk hjälp kommer att behövas.</w:t>
      </w:r>
    </w:p>
    <w:p w:rsidR="00614441" w:rsidRDefault="00596491">
      <w:pPr>
        <w:rPr>
          <w:rFonts w:hint="eastAsia"/>
        </w:rPr>
      </w:pPr>
      <w:r>
        <w:rPr>
          <w:b/>
        </w:rPr>
        <w:t xml:space="preserve">Ledarmöte: </w:t>
      </w:r>
      <w:r>
        <w:t>Johan nämnde bland annat behovet av målvaktskläder.</w:t>
      </w:r>
    </w:p>
    <w:p w:rsidR="00614441" w:rsidRDefault="00596491">
      <w:pPr>
        <w:pStyle w:val="Beslut"/>
        <w:shd w:val="clear" w:color="auto" w:fill="EAF0F8"/>
        <w:rPr>
          <w:rFonts w:hint="eastAsia"/>
        </w:rPr>
      </w:pPr>
      <w:r>
        <w:rPr>
          <w:b/>
        </w:rPr>
        <w:t xml:space="preserve">Beslut: </w:t>
      </w:r>
      <w:r>
        <w:t>Ordföranden kontaktar Mattias för att bedöma om ett ledarmöte behöver hållas innan årets stora beställning skickas, så att så mycket som möjligt kan inkluderas.</w:t>
      </w:r>
    </w:p>
    <w:p w:rsidR="00614441" w:rsidRDefault="00596491">
      <w:pPr>
        <w:pStyle w:val="Rubrik1"/>
      </w:pPr>
      <w:r>
        <w:t>5. Träningstider</w:t>
      </w:r>
    </w:p>
    <w:p w:rsidR="00614441" w:rsidRDefault="00596491">
      <w:pPr>
        <w:rPr>
          <w:rFonts w:hint="eastAsia"/>
        </w:rPr>
      </w:pPr>
      <w:r>
        <w:t xml:space="preserve">Ordföranden visade årets träningstider. När damlagets tider försvann uppstod fler luckor, vilket har förbättrat möjligheterna för ungdomslagen. Volleybollen har i år </w:t>
      </w:r>
      <w:proofErr w:type="spellStart"/>
      <w:r>
        <w:t>fått</w:t>
      </w:r>
      <w:proofErr w:type="spellEnd"/>
      <w:r>
        <w:t xml:space="preserve"> </w:t>
      </w:r>
      <w:proofErr w:type="spellStart"/>
      <w:r>
        <w:t>en</w:t>
      </w:r>
      <w:proofErr w:type="spellEnd"/>
      <w:r>
        <w:t xml:space="preserve"> </w:t>
      </w:r>
      <w:proofErr w:type="spellStart"/>
      <w:r>
        <w:t>annan</w:t>
      </w:r>
      <w:proofErr w:type="spellEnd"/>
      <w:r>
        <w:t xml:space="preserve"> </w:t>
      </w:r>
      <w:proofErr w:type="spellStart"/>
      <w:r>
        <w:t>tid</w:t>
      </w:r>
      <w:proofErr w:type="spellEnd"/>
      <w:r>
        <w:t xml:space="preserve"> </w:t>
      </w:r>
      <w:proofErr w:type="spellStart"/>
      <w:r>
        <w:t>och</w:t>
      </w:r>
      <w:proofErr w:type="spellEnd"/>
      <w:r>
        <w:t xml:space="preserve"> </w:t>
      </w:r>
      <w:proofErr w:type="spellStart"/>
      <w:r>
        <w:t>har</w:t>
      </w:r>
      <w:proofErr w:type="spellEnd"/>
      <w:r>
        <w:t xml:space="preserve"> </w:t>
      </w:r>
      <w:r w:rsidR="00DA521B">
        <w:t xml:space="preserve">nu </w:t>
      </w:r>
      <w:proofErr w:type="spellStart"/>
      <w:r w:rsidR="00DA521B">
        <w:t>sista</w:t>
      </w:r>
      <w:proofErr w:type="spellEnd"/>
      <w:r w:rsidR="00DA521B">
        <w:t xml:space="preserve"> </w:t>
      </w:r>
      <w:proofErr w:type="spellStart"/>
      <w:r w:rsidR="00DA521B">
        <w:t>tid</w:t>
      </w:r>
      <w:proofErr w:type="spellEnd"/>
      <w:r w:rsidR="00DA521B">
        <w:t>.</w:t>
      </w:r>
    </w:p>
    <w:p w:rsidR="00614441" w:rsidRDefault="00596491">
      <w:pPr>
        <w:pStyle w:val="Rubrik1"/>
      </w:pPr>
      <w:r>
        <w:t>6. Matchtider</w:t>
      </w:r>
    </w:p>
    <w:p w:rsidR="00614441" w:rsidRDefault="00596491">
      <w:pPr>
        <w:rPr>
          <w:rFonts w:hint="eastAsia"/>
        </w:rPr>
      </w:pPr>
      <w:r>
        <w:t>Matcherna är inlagda i IBIS.</w:t>
      </w:r>
    </w:p>
    <w:p w:rsidR="00614441" w:rsidRDefault="00596491">
      <w:pPr>
        <w:pStyle w:val="Rubrik1"/>
      </w:pPr>
      <w:r>
        <w:t>7. Domare</w:t>
      </w:r>
    </w:p>
    <w:p w:rsidR="00614441" w:rsidRDefault="00596491">
      <w:pPr>
        <w:rPr>
          <w:rFonts w:hint="eastAsia"/>
        </w:rPr>
      </w:pPr>
      <w:r>
        <w:t>Ann-Louise har pratat med Martin, som kommer till föreningen för utbildningar.</w:t>
      </w:r>
    </w:p>
    <w:p w:rsidR="00614441" w:rsidRDefault="00596491">
      <w:pPr>
        <w:pStyle w:val="Beslut"/>
        <w:shd w:val="clear" w:color="auto" w:fill="EAF0F8"/>
        <w:rPr>
          <w:rFonts w:hint="eastAsia"/>
        </w:rPr>
      </w:pPr>
      <w:r>
        <w:rPr>
          <w:b/>
        </w:rPr>
        <w:t xml:space="preserve">Beslut: </w:t>
      </w:r>
      <w:r>
        <w:t>Kim kontaktar föregående års domare för att undersöka vilka som även kan vara domare i år. Ann-Louise ser över vilka utbildningar respektive person behöver.</w:t>
      </w:r>
    </w:p>
    <w:p w:rsidR="00614441" w:rsidRDefault="00596491">
      <w:pPr>
        <w:rPr>
          <w:rFonts w:hint="eastAsia"/>
        </w:rPr>
      </w:pPr>
      <w:r>
        <w:t>Styrelsen diskuterade stödet avseende att ”köpa ut” utbildningsplatser. Föreningen har 12 platser till en kostnad av 14 400 kr. Varje person utöver detta kostar 1 200 kr. Kim och Ann-Louise samverkar kring detta på samma sätt som tidigare år. Det är viktigt att spelare födda 2012 inkluderas i utbildningen för att kunna döma under året. Samverkan sker även med Johan Hoff eftersom spelare födda 2012 ingår i hans trupp.</w:t>
      </w:r>
    </w:p>
    <w:p w:rsidR="00614441" w:rsidRDefault="00596491">
      <w:pPr>
        <w:rPr>
          <w:rFonts w:hint="eastAsia"/>
        </w:rPr>
      </w:pPr>
      <w:r>
        <w:t>Johan Hoff frågade om domarutbildning är aktuell för föreningens tränare. Det är inte aktuellt i år eftersom kostnaden inte finns med i budgeten.</w:t>
      </w:r>
    </w:p>
    <w:p w:rsidR="00614441" w:rsidRDefault="00596491">
      <w:pPr>
        <w:pStyle w:val="Rubrik1"/>
      </w:pPr>
      <w:r>
        <w:t>8. Övergångar</w:t>
      </w:r>
    </w:p>
    <w:p w:rsidR="00614441" w:rsidRDefault="00596491">
      <w:pPr>
        <w:rPr>
          <w:rFonts w:hint="eastAsia"/>
        </w:rPr>
      </w:pPr>
      <w:r>
        <w:t>Styrelsen förde en längre diskussion om eventuella övergångar inför säsongen och om spelaren eller klubben ska stå för avgiften i samband med klubbyte.</w:t>
      </w:r>
    </w:p>
    <w:p w:rsidR="00614441" w:rsidRDefault="00596491">
      <w:pPr>
        <w:pStyle w:val="Beslut"/>
        <w:shd w:val="clear" w:color="auto" w:fill="EAF0F8"/>
        <w:rPr>
          <w:rFonts w:hint="eastAsia"/>
        </w:rPr>
      </w:pPr>
      <w:r>
        <w:rPr>
          <w:b/>
        </w:rPr>
        <w:t xml:space="preserve">Beslut: </w:t>
      </w:r>
      <w:r>
        <w:t>Klubben står för övergångsavgiften för spelare som kommer från en annan klubb i en högre serie. Klubben står inte för avgiften när en spelare kommer från samma division och serie, eller när en spelare under pågående säsong själv väljer att byta klubb för att hjälpa sin moderklubb. Vid motsvarande framtida situationer ska dialog föras med den mottagande klubben om denna kan stå för både övergången och en eventuell återgång.</w:t>
      </w:r>
    </w:p>
    <w:p w:rsidR="00614441" w:rsidRDefault="00596491">
      <w:pPr>
        <w:rPr>
          <w:rFonts w:hint="eastAsia"/>
        </w:rPr>
      </w:pPr>
      <w:r>
        <w:t>Inga övergångsavgifter betalas innan medlemsavgiften har betalats.</w:t>
      </w:r>
    </w:p>
    <w:p w:rsidR="00614441" w:rsidRDefault="00596491">
      <w:pPr>
        <w:pStyle w:val="Rubrik1"/>
      </w:pPr>
      <w:r>
        <w:t>9. Kontroll av uppgifter i aktivitetsplanen</w:t>
      </w:r>
    </w:p>
    <w:p w:rsidR="00614441" w:rsidRDefault="00596491">
      <w:pPr>
        <w:rPr>
          <w:rFonts w:hint="eastAsia"/>
        </w:rPr>
      </w:pPr>
      <w:r>
        <w:t>Ordföranden gick igenom aktivitetsplanen.</w:t>
      </w:r>
    </w:p>
    <w:p w:rsidR="00614441" w:rsidRDefault="00596491">
      <w:pPr>
        <w:pStyle w:val="Beslut"/>
        <w:shd w:val="clear" w:color="auto" w:fill="EAF0F8"/>
        <w:rPr>
          <w:rFonts w:hint="eastAsia"/>
        </w:rPr>
      </w:pPr>
      <w:r>
        <w:rPr>
          <w:b/>
        </w:rPr>
        <w:t xml:space="preserve">Beslut: </w:t>
      </w:r>
      <w:r>
        <w:t>Ordföranden kallar Johan, Åkervall och Rolf till sponsormöte.</w:t>
      </w:r>
    </w:p>
    <w:p w:rsidR="00614441" w:rsidRDefault="00596491">
      <w:pPr>
        <w:pStyle w:val="Beslut"/>
        <w:shd w:val="clear" w:color="auto" w:fill="EAF0F8"/>
        <w:rPr>
          <w:rFonts w:hint="eastAsia"/>
        </w:rPr>
      </w:pPr>
      <w:r>
        <w:rPr>
          <w:b/>
        </w:rPr>
        <w:t xml:space="preserve">Beslut: </w:t>
      </w:r>
      <w:r>
        <w:t>Information om registerutdrag tas upp på ledarmötet.</w:t>
      </w:r>
    </w:p>
    <w:p w:rsidR="00614441" w:rsidRDefault="00596491">
      <w:pPr>
        <w:pStyle w:val="Rubrik1"/>
      </w:pPr>
      <w:r>
        <w:t>10. Uterinken</w:t>
      </w:r>
    </w:p>
    <w:p w:rsidR="00614441" w:rsidRDefault="00596491">
      <w:pPr>
        <w:rPr>
          <w:rFonts w:hint="eastAsia"/>
        </w:rPr>
      </w:pPr>
      <w:r>
        <w:t>Uterinken är klar och invigd. Containern bearbetas och ska förses med dekaler. Kommunen står för bygglovet. Rinken används redan av bland annat ungdomar och hockeyspelare.</w:t>
      </w:r>
    </w:p>
    <w:p w:rsidR="00614441" w:rsidRDefault="00596491">
      <w:pPr>
        <w:pStyle w:val="Beslut"/>
        <w:shd w:val="clear" w:color="auto" w:fill="EAF0F8"/>
        <w:rPr>
          <w:rFonts w:hint="eastAsia"/>
        </w:rPr>
      </w:pPr>
      <w:r>
        <w:rPr>
          <w:b/>
        </w:rPr>
        <w:t xml:space="preserve">Beslut: </w:t>
      </w:r>
      <w:r>
        <w:t>Ordföranden kontrollerar om Micke S har fått rätt logotyp.</w:t>
      </w:r>
    </w:p>
    <w:p w:rsidR="00614441" w:rsidRDefault="00596491">
      <w:pPr>
        <w:pStyle w:val="Rubrik1"/>
      </w:pPr>
      <w:r>
        <w:t>11. Övrigt</w:t>
      </w:r>
    </w:p>
    <w:p w:rsidR="00614441" w:rsidRDefault="00596491">
      <w:pPr>
        <w:rPr>
          <w:rFonts w:hint="eastAsia"/>
        </w:rPr>
      </w:pPr>
      <w:r>
        <w:rPr>
          <w:b/>
        </w:rPr>
        <w:t xml:space="preserve">Kamera i hallarna: </w:t>
      </w:r>
      <w:r>
        <w:t>Ordföranden ska se över kommunens senaste beslut. Utifrån nuvarande information verkar kamerainstallationen inte bli av.</w:t>
      </w:r>
    </w:p>
    <w:p w:rsidR="00614441" w:rsidRDefault="00596491">
      <w:pPr>
        <w:rPr>
          <w:rFonts w:hint="eastAsia"/>
        </w:rPr>
      </w:pPr>
      <w:r>
        <w:rPr>
          <w:b/>
        </w:rPr>
        <w:t xml:space="preserve">Bidrag om cirka 16 000 kr: </w:t>
      </w:r>
      <w:r>
        <w:t>Ann-Louise tog upp de medel föreningen har fått och frågan om vad de får användas till.</w:t>
      </w:r>
    </w:p>
    <w:p w:rsidR="00614441" w:rsidRDefault="00596491">
      <w:pPr>
        <w:pStyle w:val="Beslut"/>
        <w:shd w:val="clear" w:color="auto" w:fill="EAF0F8"/>
        <w:rPr>
          <w:rFonts w:hint="eastAsia"/>
        </w:rPr>
      </w:pPr>
      <w:r>
        <w:rPr>
          <w:b/>
        </w:rPr>
        <w:t xml:space="preserve">Beslut: </w:t>
      </w:r>
      <w:r>
        <w:t>Ann-Louise undersöker hur medlen får användas.</w:t>
      </w:r>
    </w:p>
    <w:p w:rsidR="00614441" w:rsidRDefault="00614441">
      <w:pPr>
        <w:rPr>
          <w:rFonts w:hint="eastAsia"/>
        </w:rPr>
      </w:pPr>
    </w:p>
    <w:p w:rsidR="00614441" w:rsidRDefault="00596491">
      <w:pPr>
        <w:rPr>
          <w:rFonts w:hint="eastAsia"/>
        </w:rPr>
      </w:pPr>
      <w:r>
        <w:rPr>
          <w:b/>
        </w:rPr>
        <w:t xml:space="preserve">Fikaansvarig nästa möte: </w:t>
      </w:r>
      <w:r>
        <w:t>Ann-Louise</w:t>
      </w:r>
    </w:p>
    <w:p w:rsidR="00614441" w:rsidRDefault="00596491">
      <w:pPr>
        <w:rPr>
          <w:rFonts w:hint="eastAsia"/>
        </w:rPr>
      </w:pPr>
      <w:r>
        <w:rPr>
          <w:b/>
        </w:rPr>
        <w:t xml:space="preserve">Nästa möte: </w:t>
      </w:r>
      <w:r>
        <w:t>7 september 2026 kl. 18.00</w:t>
      </w:r>
    </w:p>
    <w:p w:rsidR="00614441" w:rsidRDefault="00614441">
      <w:pPr>
        <w:rPr>
          <w:rFonts w:hint="eastAsia"/>
        </w:rPr>
      </w:pPr>
    </w:p>
    <w:tbl>
      <w:tblPr>
        <w:tblW w:w="0" w:type="auto"/>
        <w:jc w:val="center"/>
        <w:tblLook w:val="04A0" w:firstRow="1" w:lastRow="0" w:firstColumn="1" w:lastColumn="0" w:noHBand="0" w:noVBand="1"/>
      </w:tblPr>
      <w:tblGrid>
        <w:gridCol w:w="4986"/>
        <w:gridCol w:w="4986"/>
      </w:tblGrid>
      <w:tr w:rsidR="00614441">
        <w:trPr>
          <w:jc w:val="center"/>
        </w:trPr>
        <w:tc>
          <w:tcPr>
            <w:tcW w:w="4986" w:type="dxa"/>
          </w:tcPr>
          <w:p w:rsidR="00614441" w:rsidRDefault="00596491">
            <w:pPr>
              <w:spacing w:after="40"/>
              <w:rPr>
                <w:rFonts w:hint="eastAsia"/>
              </w:rPr>
            </w:pPr>
            <w:r>
              <w:t>________________________________</w:t>
            </w:r>
          </w:p>
        </w:tc>
        <w:tc>
          <w:tcPr>
            <w:tcW w:w="4986" w:type="dxa"/>
          </w:tcPr>
          <w:p w:rsidR="00614441" w:rsidRDefault="00596491">
            <w:pPr>
              <w:spacing w:after="40"/>
              <w:rPr>
                <w:rFonts w:hint="eastAsia"/>
              </w:rPr>
            </w:pPr>
            <w:r>
              <w:t>________________________________</w:t>
            </w:r>
          </w:p>
        </w:tc>
      </w:tr>
      <w:tr w:rsidR="00614441">
        <w:trPr>
          <w:jc w:val="center"/>
        </w:trPr>
        <w:tc>
          <w:tcPr>
            <w:tcW w:w="4986" w:type="dxa"/>
          </w:tcPr>
          <w:p w:rsidR="00614441" w:rsidRDefault="00596491">
            <w:pPr>
              <w:spacing w:after="40"/>
              <w:rPr>
                <w:rFonts w:hint="eastAsia"/>
              </w:rPr>
            </w:pPr>
            <w:r>
              <w:t>Rickard Bergh</w:t>
            </w:r>
            <w:r>
              <w:br/>
              <w:t>Ordförande</w:t>
            </w:r>
          </w:p>
        </w:tc>
        <w:tc>
          <w:tcPr>
            <w:tcW w:w="4986" w:type="dxa"/>
          </w:tcPr>
          <w:p w:rsidR="00614441" w:rsidRDefault="00596491">
            <w:pPr>
              <w:spacing w:after="40"/>
              <w:rPr>
                <w:rFonts w:hint="eastAsia"/>
              </w:rPr>
            </w:pPr>
            <w:r>
              <w:t>Kim Johansson</w:t>
            </w:r>
            <w:r>
              <w:br/>
              <w:t>Sekreterare</w:t>
            </w:r>
          </w:p>
        </w:tc>
      </w:tr>
    </w:tbl>
    <w:p w:rsidR="00596491" w:rsidRDefault="00596491">
      <w:pPr>
        <w:rPr>
          <w:rFonts w:hint="eastAsia"/>
        </w:rPr>
      </w:pPr>
    </w:p>
    <w:sectPr w:rsidR="00596491" w:rsidSect="00034616">
      <w:headerReference w:type="default" r:id="rId8"/>
      <w:footerReference w:type="default" r:id="rId9"/>
      <w:pgSz w:w="12240" w:h="15840"/>
      <w:pgMar w:top="850" w:right="1134" w:bottom="85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6491" w:rsidRDefault="00596491">
      <w:pPr>
        <w:spacing w:after="0" w:line="240" w:lineRule="auto"/>
        <w:rPr>
          <w:rFonts w:hint="eastAsia"/>
        </w:rPr>
      </w:pPr>
      <w:r>
        <w:separator/>
      </w:r>
    </w:p>
  </w:endnote>
  <w:endnote w:type="continuationSeparator" w:id="0">
    <w:p w:rsidR="00596491" w:rsidRDefault="00596491">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Apto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4441" w:rsidRDefault="00596491">
    <w:pPr>
      <w:pStyle w:val="Sidfot"/>
      <w:jc w:val="center"/>
      <w:rPr>
        <w:rFonts w:hint="eastAsia"/>
      </w:rPr>
    </w:pPr>
    <w:r>
      <w:rPr>
        <w:sz w:val="16"/>
      </w:rPr>
      <w:t>IBK Husar Eksjö • Styrelsemöte 2026-08-10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6491" w:rsidRDefault="00596491">
      <w:pPr>
        <w:spacing w:after="0" w:line="240" w:lineRule="auto"/>
        <w:rPr>
          <w:rFonts w:hint="eastAsia"/>
        </w:rPr>
      </w:pPr>
      <w:r>
        <w:separator/>
      </w:r>
    </w:p>
  </w:footnote>
  <w:footnote w:type="continuationSeparator" w:id="0">
    <w:p w:rsidR="00596491" w:rsidRDefault="00596491">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4441" w:rsidRDefault="00596491">
    <w:pPr>
      <w:pStyle w:val="Sidhuvud"/>
      <w:rPr>
        <w:rFonts w:hint="eastAsia"/>
      </w:rPr>
    </w:pPr>
    <w:r>
      <w:rPr>
        <w:noProof/>
        <w:lang w:val="sv-SE" w:eastAsia="sv-SE"/>
      </w:rPr>
      <w:drawing>
        <wp:inline distT="0" distB="0" distL="0" distR="0">
          <wp:extent cx="827999" cy="83519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bk_husar_logo.png"/>
                  <pic:cNvPicPr/>
                </pic:nvPicPr>
                <pic:blipFill>
                  <a:blip r:embed="rId1"/>
                  <a:stretch>
                    <a:fillRect/>
                  </a:stretch>
                </pic:blipFill>
                <pic:spPr>
                  <a:xfrm>
                    <a:off x="0" y="0"/>
                    <a:ext cx="827999" cy="8351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reradlist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reradlist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ktlist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ktlist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reradlist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ktlista"/>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2"/>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596491"/>
    <w:rsid w:val="00614441"/>
    <w:rsid w:val="006317C3"/>
    <w:rsid w:val="0094074F"/>
    <w:rsid w:val="00AA1D8D"/>
    <w:rsid w:val="00B47730"/>
    <w:rsid w:val="00C82A73"/>
    <w:rsid w:val="00CB0664"/>
    <w:rsid w:val="00DA521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2990F8"/>
  <w14:defaultImageDpi w14:val="300"/>
  <w15:docId w15:val="{5FE18EF2-5AE9-42C1-A280-8092B49E4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100" w:line="259" w:lineRule="auto"/>
    </w:pPr>
    <w:rPr>
      <w:rFonts w:ascii="Aptos" w:hAnsi="Aptos"/>
      <w:sz w:val="21"/>
    </w:rPr>
  </w:style>
  <w:style w:type="paragraph" w:styleId="Rubrik1">
    <w:name w:val="heading 1"/>
    <w:basedOn w:val="Normal"/>
    <w:next w:val="Normal"/>
    <w:link w:val="Rubrik1Char"/>
    <w:uiPriority w:val="9"/>
    <w:qFormat/>
    <w:rsid w:val="00FC693F"/>
    <w:pPr>
      <w:keepNext/>
      <w:keepLines/>
      <w:spacing w:before="200"/>
      <w:outlineLvl w:val="0"/>
    </w:pPr>
    <w:rPr>
      <w:rFonts w:asciiTheme="majorHAnsi" w:eastAsiaTheme="majorEastAsia" w:hAnsiTheme="majorHAnsi" w:cstheme="majorBidi"/>
      <w:b/>
      <w:bCs/>
      <w:color w:val="365F91" w:themeColor="accent1" w:themeShade="BF"/>
      <w:sz w:val="26"/>
      <w:szCs w:val="28"/>
    </w:rPr>
  </w:style>
  <w:style w:type="paragraph" w:styleId="Rubrik2">
    <w:name w:val="heading 2"/>
    <w:basedOn w:val="Normal"/>
    <w:next w:val="Normal"/>
    <w:link w:val="Rubrik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2"/>
      <w:szCs w:val="26"/>
    </w:rPr>
  </w:style>
  <w:style w:type="paragraph" w:styleId="Rubrik3">
    <w:name w:val="heading 3"/>
    <w:basedOn w:val="Normal"/>
    <w:next w:val="Normal"/>
    <w:link w:val="Rubri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Rubrik4">
    <w:name w:val="heading 4"/>
    <w:basedOn w:val="Normal"/>
    <w:next w:val="Normal"/>
    <w:link w:val="Rubri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Rubrik5">
    <w:name w:val="heading 5"/>
    <w:basedOn w:val="Normal"/>
    <w:next w:val="Normal"/>
    <w:link w:val="Rubri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Rubrik6">
    <w:name w:val="heading 6"/>
    <w:basedOn w:val="Normal"/>
    <w:next w:val="Normal"/>
    <w:link w:val="Rubri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Rubrik7">
    <w:name w:val="heading 7"/>
    <w:basedOn w:val="Normal"/>
    <w:next w:val="Normal"/>
    <w:link w:val="Rubri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Rubrik9">
    <w:name w:val="heading 9"/>
    <w:basedOn w:val="Normal"/>
    <w:next w:val="Normal"/>
    <w:link w:val="Rubri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E618BF"/>
    <w:pPr>
      <w:tabs>
        <w:tab w:val="center" w:pos="4680"/>
        <w:tab w:val="right" w:pos="9360"/>
      </w:tabs>
      <w:spacing w:after="0" w:line="240" w:lineRule="auto"/>
    </w:pPr>
  </w:style>
  <w:style w:type="character" w:customStyle="1" w:styleId="SidhuvudChar">
    <w:name w:val="Sidhuvud Char"/>
    <w:basedOn w:val="Standardstycketeckensnitt"/>
    <w:link w:val="Sidhuvud"/>
    <w:uiPriority w:val="99"/>
    <w:rsid w:val="00E618BF"/>
  </w:style>
  <w:style w:type="paragraph" w:styleId="Sidfot">
    <w:name w:val="footer"/>
    <w:basedOn w:val="Normal"/>
    <w:link w:val="SidfotChar"/>
    <w:uiPriority w:val="99"/>
    <w:unhideWhenUsed/>
    <w:rsid w:val="00E618BF"/>
    <w:pPr>
      <w:tabs>
        <w:tab w:val="center" w:pos="4680"/>
        <w:tab w:val="right" w:pos="9360"/>
      </w:tabs>
      <w:spacing w:after="0" w:line="240" w:lineRule="auto"/>
    </w:pPr>
  </w:style>
  <w:style w:type="character" w:customStyle="1" w:styleId="SidfotChar">
    <w:name w:val="Sidfot Char"/>
    <w:basedOn w:val="Standardstycketeckensnitt"/>
    <w:link w:val="Sidfot"/>
    <w:uiPriority w:val="99"/>
    <w:rsid w:val="00E618BF"/>
  </w:style>
  <w:style w:type="paragraph" w:styleId="Ingetavstnd">
    <w:name w:val="No Spacing"/>
    <w:uiPriority w:val="1"/>
    <w:qFormat/>
    <w:rsid w:val="00FC693F"/>
    <w:pPr>
      <w:spacing w:after="0" w:line="240" w:lineRule="auto"/>
    </w:pPr>
  </w:style>
  <w:style w:type="character" w:customStyle="1" w:styleId="Rubrik1Char">
    <w:name w:val="Rubrik 1 Char"/>
    <w:basedOn w:val="Standardstycketeckensnitt"/>
    <w:link w:val="Rubri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FC693F"/>
    <w:rPr>
      <w:rFonts w:asciiTheme="majorHAnsi" w:eastAsiaTheme="majorEastAsia" w:hAnsiTheme="majorHAnsi" w:cstheme="majorBidi"/>
      <w:b/>
      <w:bCs/>
      <w:color w:val="4F81BD" w:themeColor="accent1"/>
      <w:sz w:val="26"/>
      <w:szCs w:val="26"/>
    </w:rPr>
  </w:style>
  <w:style w:type="character" w:customStyle="1" w:styleId="Rubrik3Char">
    <w:name w:val="Rubrik 3 Char"/>
    <w:basedOn w:val="Standardstycketeckensnitt"/>
    <w:link w:val="Rubrik3"/>
    <w:uiPriority w:val="9"/>
    <w:rsid w:val="00FC693F"/>
    <w:rPr>
      <w:rFonts w:asciiTheme="majorHAnsi" w:eastAsiaTheme="majorEastAsia" w:hAnsiTheme="majorHAnsi" w:cstheme="majorBidi"/>
      <w:b/>
      <w:bCs/>
      <w:color w:val="4F81BD" w:themeColor="accent1"/>
    </w:rPr>
  </w:style>
  <w:style w:type="paragraph" w:styleId="Rubrik">
    <w:name w:val="Title"/>
    <w:basedOn w:val="Normal"/>
    <w:next w:val="Normal"/>
    <w:link w:val="RubrikChar"/>
    <w:uiPriority w:val="10"/>
    <w:qFormat/>
    <w:rsid w:val="00FC693F"/>
    <w:pPr>
      <w:pBdr>
        <w:bottom w:val="single" w:sz="8" w:space="4" w:color="4F81BD" w:themeColor="accent1"/>
      </w:pBdr>
      <w:spacing w:before="200" w:line="240" w:lineRule="auto"/>
      <w:contextualSpacing/>
    </w:pPr>
    <w:rPr>
      <w:rFonts w:asciiTheme="majorHAnsi" w:eastAsiaTheme="majorEastAsia" w:hAnsiTheme="majorHAnsi" w:cstheme="majorBidi"/>
      <w:b/>
      <w:color w:val="17365D" w:themeColor="text2" w:themeShade="BF"/>
      <w:spacing w:val="5"/>
      <w:kern w:val="28"/>
      <w:sz w:val="36"/>
      <w:szCs w:val="52"/>
    </w:rPr>
  </w:style>
  <w:style w:type="character" w:customStyle="1" w:styleId="RubrikChar">
    <w:name w:val="Rubrik Char"/>
    <w:basedOn w:val="Standardstycketeckensnitt"/>
    <w:link w:val="Rubrik"/>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derrubrik">
    <w:name w:val="Subtitle"/>
    <w:basedOn w:val="Normal"/>
    <w:next w:val="Normal"/>
    <w:link w:val="Underrubrik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rubrikChar">
    <w:name w:val="Underrubrik Char"/>
    <w:basedOn w:val="Standardstycketeckensnitt"/>
    <w:link w:val="Underrubrik"/>
    <w:uiPriority w:val="11"/>
    <w:rsid w:val="00FC693F"/>
    <w:rPr>
      <w:rFonts w:asciiTheme="majorHAnsi" w:eastAsiaTheme="majorEastAsia" w:hAnsiTheme="majorHAnsi" w:cstheme="majorBidi"/>
      <w:i/>
      <w:iCs/>
      <w:color w:val="4F81BD" w:themeColor="accent1"/>
      <w:spacing w:val="15"/>
      <w:sz w:val="24"/>
      <w:szCs w:val="24"/>
    </w:rPr>
  </w:style>
  <w:style w:type="paragraph" w:styleId="Liststycke">
    <w:name w:val="List Paragraph"/>
    <w:basedOn w:val="Normal"/>
    <w:uiPriority w:val="34"/>
    <w:qFormat/>
    <w:rsid w:val="00FC693F"/>
    <w:pPr>
      <w:ind w:left="720"/>
      <w:contextualSpacing/>
    </w:pPr>
  </w:style>
  <w:style w:type="paragraph" w:styleId="Brdtext">
    <w:name w:val="Body Text"/>
    <w:basedOn w:val="Normal"/>
    <w:link w:val="BrdtextChar"/>
    <w:uiPriority w:val="99"/>
    <w:unhideWhenUsed/>
    <w:rsid w:val="00AA1D8D"/>
    <w:pPr>
      <w:spacing w:after="120"/>
    </w:pPr>
  </w:style>
  <w:style w:type="character" w:customStyle="1" w:styleId="BrdtextChar">
    <w:name w:val="Brödtext Char"/>
    <w:basedOn w:val="Standardstycketeckensnitt"/>
    <w:link w:val="Brdtext"/>
    <w:uiPriority w:val="99"/>
    <w:rsid w:val="00AA1D8D"/>
  </w:style>
  <w:style w:type="paragraph" w:styleId="Brdtext2">
    <w:name w:val="Body Text 2"/>
    <w:basedOn w:val="Normal"/>
    <w:link w:val="Brdtext2Char"/>
    <w:uiPriority w:val="99"/>
    <w:unhideWhenUsed/>
    <w:rsid w:val="00AA1D8D"/>
    <w:pPr>
      <w:spacing w:after="120" w:line="480" w:lineRule="auto"/>
    </w:pPr>
  </w:style>
  <w:style w:type="character" w:customStyle="1" w:styleId="Brdtext2Char">
    <w:name w:val="Brödtext 2 Char"/>
    <w:basedOn w:val="Standardstycketeckensnitt"/>
    <w:link w:val="Brdtext2"/>
    <w:uiPriority w:val="99"/>
    <w:rsid w:val="00AA1D8D"/>
  </w:style>
  <w:style w:type="paragraph" w:styleId="Brdtext3">
    <w:name w:val="Body Text 3"/>
    <w:basedOn w:val="Normal"/>
    <w:link w:val="Brdtext3Char"/>
    <w:uiPriority w:val="99"/>
    <w:unhideWhenUsed/>
    <w:rsid w:val="00AA1D8D"/>
    <w:pPr>
      <w:spacing w:after="120"/>
    </w:pPr>
    <w:rPr>
      <w:sz w:val="16"/>
      <w:szCs w:val="16"/>
    </w:rPr>
  </w:style>
  <w:style w:type="character" w:customStyle="1" w:styleId="Brdtext3Char">
    <w:name w:val="Brödtext 3 Char"/>
    <w:basedOn w:val="Standardstycketeckensnitt"/>
    <w:link w:val="Brdtext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Punktlista">
    <w:name w:val="List Bullet"/>
    <w:basedOn w:val="Normal"/>
    <w:uiPriority w:val="99"/>
    <w:unhideWhenUsed/>
    <w:rsid w:val="00326F90"/>
    <w:pPr>
      <w:numPr>
        <w:numId w:val="1"/>
      </w:numPr>
      <w:contextualSpacing/>
    </w:pPr>
  </w:style>
  <w:style w:type="paragraph" w:styleId="Punktlista2">
    <w:name w:val="List Bullet 2"/>
    <w:basedOn w:val="Normal"/>
    <w:uiPriority w:val="99"/>
    <w:unhideWhenUsed/>
    <w:rsid w:val="00326F90"/>
    <w:pPr>
      <w:numPr>
        <w:numId w:val="2"/>
      </w:numPr>
      <w:contextualSpacing/>
    </w:pPr>
  </w:style>
  <w:style w:type="paragraph" w:styleId="Punktlista3">
    <w:name w:val="List Bullet 3"/>
    <w:basedOn w:val="Normal"/>
    <w:uiPriority w:val="99"/>
    <w:unhideWhenUsed/>
    <w:rsid w:val="00326F90"/>
    <w:pPr>
      <w:numPr>
        <w:numId w:val="3"/>
      </w:numPr>
      <w:contextualSpacing/>
    </w:pPr>
  </w:style>
  <w:style w:type="paragraph" w:styleId="Numreradlista">
    <w:name w:val="List Number"/>
    <w:basedOn w:val="Normal"/>
    <w:uiPriority w:val="99"/>
    <w:unhideWhenUsed/>
    <w:rsid w:val="00326F90"/>
    <w:pPr>
      <w:numPr>
        <w:numId w:val="5"/>
      </w:numPr>
      <w:contextualSpacing/>
    </w:pPr>
  </w:style>
  <w:style w:type="paragraph" w:styleId="Numreradlista2">
    <w:name w:val="List Number 2"/>
    <w:basedOn w:val="Normal"/>
    <w:uiPriority w:val="99"/>
    <w:unhideWhenUsed/>
    <w:rsid w:val="0029639D"/>
    <w:pPr>
      <w:numPr>
        <w:numId w:val="6"/>
      </w:numPr>
      <w:contextualSpacing/>
    </w:pPr>
  </w:style>
  <w:style w:type="paragraph" w:styleId="Numreradlista3">
    <w:name w:val="List Number 3"/>
    <w:basedOn w:val="Normal"/>
    <w:uiPriority w:val="99"/>
    <w:unhideWhenUsed/>
    <w:rsid w:val="0029639D"/>
    <w:pPr>
      <w:numPr>
        <w:numId w:val="7"/>
      </w:numPr>
      <w:contextualSpacing/>
    </w:pPr>
  </w:style>
  <w:style w:type="paragraph" w:styleId="Listafortstt">
    <w:name w:val="List Continue"/>
    <w:basedOn w:val="Normal"/>
    <w:uiPriority w:val="99"/>
    <w:unhideWhenUsed/>
    <w:rsid w:val="0029639D"/>
    <w:pPr>
      <w:spacing w:after="120"/>
      <w:ind w:left="360"/>
      <w:contextualSpacing/>
    </w:pPr>
  </w:style>
  <w:style w:type="paragraph" w:styleId="Listafortstt2">
    <w:name w:val="List Continue 2"/>
    <w:basedOn w:val="Normal"/>
    <w:uiPriority w:val="99"/>
    <w:unhideWhenUsed/>
    <w:rsid w:val="0029639D"/>
    <w:pPr>
      <w:spacing w:after="120"/>
      <w:ind w:left="720"/>
      <w:contextualSpacing/>
    </w:pPr>
  </w:style>
  <w:style w:type="paragraph" w:styleId="Listafortstt3">
    <w:name w:val="List Continue 3"/>
    <w:basedOn w:val="Normal"/>
    <w:uiPriority w:val="99"/>
    <w:unhideWhenUsed/>
    <w:rsid w:val="0029639D"/>
    <w:pPr>
      <w:spacing w:after="120"/>
      <w:ind w:left="1080"/>
      <w:contextualSpacing/>
    </w:pPr>
  </w:style>
  <w:style w:type="paragraph" w:styleId="Makrotext">
    <w:name w:val="macro"/>
    <w:link w:val="Mak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Char">
    <w:name w:val="Makrotext Char"/>
    <w:basedOn w:val="Standardstycketeckensnitt"/>
    <w:link w:val="Makrotext"/>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Standardstycketeckensnitt"/>
    <w:link w:val="Citat"/>
    <w:uiPriority w:val="29"/>
    <w:rsid w:val="00FC693F"/>
    <w:rPr>
      <w:i/>
      <w:iCs/>
      <w:color w:val="000000" w:themeColor="text1"/>
    </w:rPr>
  </w:style>
  <w:style w:type="character" w:customStyle="1" w:styleId="Rubrik4Char">
    <w:name w:val="Rubrik 4 Char"/>
    <w:basedOn w:val="Standardstycketeckensnitt"/>
    <w:link w:val="Rubrik4"/>
    <w:uiPriority w:val="9"/>
    <w:semiHidden/>
    <w:rsid w:val="00FC693F"/>
    <w:rPr>
      <w:rFonts w:asciiTheme="majorHAnsi" w:eastAsiaTheme="majorEastAsia" w:hAnsiTheme="majorHAnsi" w:cstheme="majorBidi"/>
      <w:b/>
      <w:bCs/>
      <w:i/>
      <w:iCs/>
      <w:color w:val="4F81BD" w:themeColor="accent1"/>
    </w:rPr>
  </w:style>
  <w:style w:type="character" w:customStyle="1" w:styleId="Rubrik5Char">
    <w:name w:val="Rubrik 5 Char"/>
    <w:basedOn w:val="Standardstycketeckensnitt"/>
    <w:link w:val="Rubrik5"/>
    <w:uiPriority w:val="9"/>
    <w:semiHidden/>
    <w:rsid w:val="00FC693F"/>
    <w:rPr>
      <w:rFonts w:asciiTheme="majorHAnsi" w:eastAsiaTheme="majorEastAsia" w:hAnsiTheme="majorHAnsi" w:cstheme="majorBidi"/>
      <w:color w:val="243F60" w:themeColor="accent1" w:themeShade="7F"/>
    </w:rPr>
  </w:style>
  <w:style w:type="character" w:customStyle="1" w:styleId="Rubrik6Char">
    <w:name w:val="Rubrik 6 Char"/>
    <w:basedOn w:val="Standardstycketeckensnitt"/>
    <w:link w:val="Rubrik6"/>
    <w:uiPriority w:val="9"/>
    <w:semiHidden/>
    <w:rsid w:val="00FC693F"/>
    <w:rPr>
      <w:rFonts w:asciiTheme="majorHAnsi" w:eastAsiaTheme="majorEastAsia" w:hAnsiTheme="majorHAnsi" w:cstheme="majorBidi"/>
      <w:i/>
      <w:iCs/>
      <w:color w:val="243F60" w:themeColor="accent1" w:themeShade="7F"/>
    </w:rPr>
  </w:style>
  <w:style w:type="character" w:customStyle="1" w:styleId="Rubrik7Char">
    <w:name w:val="Rubrik 7 Char"/>
    <w:basedOn w:val="Standardstycketeckensnitt"/>
    <w:link w:val="Rubrik7"/>
    <w:uiPriority w:val="9"/>
    <w:semiHidden/>
    <w:rsid w:val="00FC693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C693F"/>
    <w:rPr>
      <w:rFonts w:asciiTheme="majorHAnsi" w:eastAsiaTheme="majorEastAsia" w:hAnsiTheme="majorHAnsi" w:cstheme="majorBidi"/>
      <w:color w:val="4F81BD" w:themeColor="accent1"/>
      <w:sz w:val="20"/>
      <w:szCs w:val="20"/>
    </w:rPr>
  </w:style>
  <w:style w:type="character" w:customStyle="1" w:styleId="Rubrik9Char">
    <w:name w:val="Rubrik 9 Char"/>
    <w:basedOn w:val="Standardstycketeckensnitt"/>
    <w:link w:val="Rubrik9"/>
    <w:uiPriority w:val="9"/>
    <w:semiHidden/>
    <w:rsid w:val="00FC693F"/>
    <w:rPr>
      <w:rFonts w:asciiTheme="majorHAnsi" w:eastAsiaTheme="majorEastAsia" w:hAnsiTheme="majorHAnsi" w:cstheme="majorBidi"/>
      <w:i/>
      <w:iCs/>
      <w:color w:val="404040" w:themeColor="text1" w:themeTint="BF"/>
      <w:sz w:val="20"/>
      <w:szCs w:val="20"/>
    </w:rPr>
  </w:style>
  <w:style w:type="paragraph" w:styleId="Beskrivning">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ark">
    <w:name w:val="Strong"/>
    <w:basedOn w:val="Standardstycketeckensnitt"/>
    <w:uiPriority w:val="22"/>
    <w:qFormat/>
    <w:rsid w:val="00FC693F"/>
    <w:rPr>
      <w:b/>
      <w:bCs/>
    </w:rPr>
  </w:style>
  <w:style w:type="character" w:styleId="Betoning">
    <w:name w:val="Emphasis"/>
    <w:basedOn w:val="Standardstycketeckensnitt"/>
    <w:uiPriority w:val="20"/>
    <w:qFormat/>
    <w:rsid w:val="00FC693F"/>
    <w:rPr>
      <w:i/>
      <w:iCs/>
    </w:rPr>
  </w:style>
  <w:style w:type="paragraph" w:styleId="Starktcitat">
    <w:name w:val="Intense Quote"/>
    <w:basedOn w:val="Normal"/>
    <w:next w:val="Normal"/>
    <w:link w:val="Starkt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StarktcitatChar">
    <w:name w:val="Starkt citat Char"/>
    <w:basedOn w:val="Standardstycketeckensnitt"/>
    <w:link w:val="Starktcitat"/>
    <w:uiPriority w:val="30"/>
    <w:rsid w:val="00FC693F"/>
    <w:rPr>
      <w:b/>
      <w:bCs/>
      <w:i/>
      <w:iCs/>
      <w:color w:val="4F81BD" w:themeColor="accent1"/>
    </w:rPr>
  </w:style>
  <w:style w:type="character" w:styleId="Diskretbetoning">
    <w:name w:val="Subtle Emphasis"/>
    <w:basedOn w:val="Standardstycketeckensnitt"/>
    <w:uiPriority w:val="19"/>
    <w:qFormat/>
    <w:rsid w:val="00FC693F"/>
    <w:rPr>
      <w:i/>
      <w:iCs/>
      <w:color w:val="808080" w:themeColor="text1" w:themeTint="7F"/>
    </w:rPr>
  </w:style>
  <w:style w:type="character" w:styleId="Starkbetoning">
    <w:name w:val="Intense Emphasis"/>
    <w:basedOn w:val="Standardstycketeckensnitt"/>
    <w:uiPriority w:val="21"/>
    <w:qFormat/>
    <w:rsid w:val="00FC693F"/>
    <w:rPr>
      <w:b/>
      <w:bCs/>
      <w:i/>
      <w:iCs/>
      <w:color w:val="4F81BD" w:themeColor="accent1"/>
    </w:rPr>
  </w:style>
  <w:style w:type="character" w:styleId="Diskretreferens">
    <w:name w:val="Subtle Reference"/>
    <w:basedOn w:val="Standardstycketeckensnitt"/>
    <w:uiPriority w:val="31"/>
    <w:qFormat/>
    <w:rsid w:val="00FC693F"/>
    <w:rPr>
      <w:smallCaps/>
      <w:color w:val="C0504D" w:themeColor="accent2"/>
      <w:u w:val="single"/>
    </w:rPr>
  </w:style>
  <w:style w:type="character" w:styleId="Starkreferens">
    <w:name w:val="Intense Reference"/>
    <w:basedOn w:val="Standardstycketeckensnitt"/>
    <w:uiPriority w:val="32"/>
    <w:qFormat/>
    <w:rsid w:val="00FC693F"/>
    <w:rPr>
      <w:b/>
      <w:bCs/>
      <w:smallCaps/>
      <w:color w:val="C0504D" w:themeColor="accent2"/>
      <w:spacing w:val="5"/>
      <w:u w:val="single"/>
    </w:rPr>
  </w:style>
  <w:style w:type="character" w:styleId="Bokenstitel">
    <w:name w:val="Book Title"/>
    <w:basedOn w:val="Standardstycketeckensnitt"/>
    <w:uiPriority w:val="33"/>
    <w:qFormat/>
    <w:rsid w:val="00FC693F"/>
    <w:rPr>
      <w:b/>
      <w:bCs/>
      <w:smallCaps/>
      <w:spacing w:val="5"/>
    </w:rPr>
  </w:style>
  <w:style w:type="paragraph" w:styleId="Innehllsfrteckningsrubrik">
    <w:name w:val="TOC Heading"/>
    <w:basedOn w:val="Rubrik1"/>
    <w:next w:val="Normal"/>
    <w:uiPriority w:val="39"/>
    <w:semiHidden/>
    <w:unhideWhenUsed/>
    <w:qFormat/>
    <w:rsid w:val="00FC693F"/>
    <w:pPr>
      <w:outlineLvl w:val="9"/>
    </w:pPr>
  </w:style>
  <w:style w:type="table" w:styleId="Tabellrutnt">
    <w:name w:val="Table Grid"/>
    <w:basedOn w:val="Normaltabel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skuggning">
    <w:name w:val="Light Shading"/>
    <w:basedOn w:val="Normaltabel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jusskuggning-dekorfrg2">
    <w:name w:val="Light Shading Accent 2"/>
    <w:basedOn w:val="Normaltabel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jusskuggning-dekorfrg3">
    <w:name w:val="Light Shading Accent 3"/>
    <w:basedOn w:val="Normaltabel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jusskuggning-dekorfrg4">
    <w:name w:val="Light Shading Accent 4"/>
    <w:basedOn w:val="Normaltabel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jusskuggning-dekorfrg5">
    <w:name w:val="Light Shading Accent 5"/>
    <w:basedOn w:val="Normaltabel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jusskuggning-dekorfrg6">
    <w:name w:val="Light Shading Accent 6"/>
    <w:basedOn w:val="Normaltabel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juslista">
    <w:name w:val="Light List"/>
    <w:basedOn w:val="Normaltabel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juslista-dekorfrg2">
    <w:name w:val="Light List Accent 2"/>
    <w:basedOn w:val="Normaltabel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juslista-dekorfrg3">
    <w:name w:val="Light List Accent 3"/>
    <w:basedOn w:val="Normaltabel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juslista-dekorfrg4">
    <w:name w:val="Light List Accent 4"/>
    <w:basedOn w:val="Normaltabel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juslista-dekorfrg5">
    <w:name w:val="Light List Accent 5"/>
    <w:basedOn w:val="Normaltabel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juslista-dekorfrg6">
    <w:name w:val="Light List Accent 6"/>
    <w:basedOn w:val="Normaltabel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justrutnt">
    <w:name w:val="Light Grid"/>
    <w:basedOn w:val="Normaltabel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justrutnt-dekorfrg2">
    <w:name w:val="Light Grid Accent 2"/>
    <w:basedOn w:val="Normaltabel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justrutnt-dekorfrg3">
    <w:name w:val="Light Grid Accent 3"/>
    <w:basedOn w:val="Normaltabel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justrutnt-dekorfrg4">
    <w:name w:val="Light Grid Accent 4"/>
    <w:basedOn w:val="Normaltabel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justrutnt-dekorfrg5">
    <w:name w:val="Light Grid Accent 5"/>
    <w:basedOn w:val="Normaltabel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justrutnt-dekorfrg6">
    <w:name w:val="Light Grid Accent 6"/>
    <w:basedOn w:val="Normaltabel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llanmrkskuggning1">
    <w:name w:val="Medium Shading 1"/>
    <w:basedOn w:val="Normaltabel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lista1">
    <w:name w:val="Medium List 1"/>
    <w:basedOn w:val="Normaltabel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llanmrklista1-dekorfrg2">
    <w:name w:val="Medium List 1 Accent 2"/>
    <w:basedOn w:val="Normaltabel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llanmrklista1-dekorfrg3">
    <w:name w:val="Medium List 1 Accent 3"/>
    <w:basedOn w:val="Normaltabel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llanmrklista1-dekorfrg4">
    <w:name w:val="Medium List 1 Accent 4"/>
    <w:basedOn w:val="Normaltabel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llanmrklista1-dekorfrg5">
    <w:name w:val="Medium List 1 Accent 5"/>
    <w:basedOn w:val="Normaltabel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llanmrklista1-dekorfrg6">
    <w:name w:val="Medium List 1 Accent 6"/>
    <w:basedOn w:val="Normaltabel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llanmrklista2">
    <w:name w:val="Medium List 2"/>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trutnt1">
    <w:name w:val="Medium Grid 1"/>
    <w:basedOn w:val="Normaltabel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llanmrktrutnt1-dekorfrg2">
    <w:name w:val="Medium Grid 1 Accent 2"/>
    <w:basedOn w:val="Normaltabel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llanmrktrutnt1-dekorfrg3">
    <w:name w:val="Medium Grid 1 Accent 3"/>
    <w:basedOn w:val="Normaltabel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llanmrktrutnt1-dekorfrg4">
    <w:name w:val="Medium Grid 1 Accent 4"/>
    <w:basedOn w:val="Normaltabel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llanmrktrutnt1-dekorfrg5">
    <w:name w:val="Medium Grid 1 Accent 5"/>
    <w:basedOn w:val="Normaltabel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llanmrktrutnt1-dekorfrg6">
    <w:name w:val="Medium Grid 1 Accent 6"/>
    <w:basedOn w:val="Normaltabel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llanmrktrutnt2">
    <w:name w:val="Medium Grid 2"/>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llanmrktrutnt3-dekorfrg2">
    <w:name w:val="Medium Grid 3 Accent 2"/>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llanmrktrutnt3-dekorfrg3">
    <w:name w:val="Medium Grid 3 Accent 3"/>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llanmrktrutnt3-dekorfrg4">
    <w:name w:val="Medium Grid 3 Accent 4"/>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llanmrktrutnt3-dekorfrg5">
    <w:name w:val="Medium Grid 3 Accent 5"/>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llanmrktrutnt3-dekorfrg6">
    <w:name w:val="Medium Grid 3 Accent 6"/>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rklista">
    <w:name w:val="Dark List"/>
    <w:basedOn w:val="Normaltabel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a-dekorfrg2">
    <w:name w:val="Dark List Accent 2"/>
    <w:basedOn w:val="Normaltabel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a-dekorfrg3">
    <w:name w:val="Dark List Accent 3"/>
    <w:basedOn w:val="Normaltabel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a-dekorfrg4">
    <w:name w:val="Dark List Accent 4"/>
    <w:basedOn w:val="Normaltabel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a-dekorfrg5">
    <w:name w:val="Dark List Accent 5"/>
    <w:basedOn w:val="Normaltabel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a-dekorfrg6">
    <w:name w:val="Dark List Accent 6"/>
    <w:basedOn w:val="Normaltabel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rgadskuggning">
    <w:name w:val="Colorful Shading"/>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rgadskuggning-dekorfrg4">
    <w:name w:val="Colorful Shading Accent 4"/>
    <w:basedOn w:val="Normaltabel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rgadlista">
    <w:name w:val="Colorful List"/>
    <w:basedOn w:val="Normaltabel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rgadlista-dekorfrg2">
    <w:name w:val="Colorful List Accent 2"/>
    <w:basedOn w:val="Normaltabel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rgadlista-dekorfrg3">
    <w:name w:val="Colorful List Accent 3"/>
    <w:basedOn w:val="Normaltabel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rgadlista-dekorfrg4">
    <w:name w:val="Colorful List Accent 4"/>
    <w:basedOn w:val="Normaltabel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rgadlista-dekorfrg5">
    <w:name w:val="Colorful List Accent 5"/>
    <w:basedOn w:val="Normaltabel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rgadlista-dekorfrg6">
    <w:name w:val="Colorful List Accent 6"/>
    <w:basedOn w:val="Normaltabel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rgatrutnt">
    <w:name w:val="Colorful Grid"/>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rgatrutnt-dekorfrg2">
    <w:name w:val="Colorful Grid Accent 2"/>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rgatrutnt-dekorfrg3">
    <w:name w:val="Colorful Grid Accent 3"/>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rgatrutnt-dekorfrg4">
    <w:name w:val="Colorful Grid Accent 4"/>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rgatrutnt-dekorfrg5">
    <w:name w:val="Colorful Grid Accent 5"/>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rgatrutnt-dekorfrg6">
    <w:name w:val="Colorful Grid Accent 6"/>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eslut">
    <w:name w:val="Beslut"/>
    <w:pPr>
      <w:spacing w:before="60" w:after="140"/>
      <w:ind w:left="255" w:right="113"/>
    </w:pPr>
    <w:rPr>
      <w:rFonts w:ascii="Aptos" w:hAnsi="Aptos"/>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7EF3B-BF5E-4E14-ADB3-79592895F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1120</Words>
  <Characters>5940</Characters>
  <Application>Microsoft Office Word</Application>
  <DocSecurity>4</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7046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Johansson Kim</cp:lastModifiedBy>
  <cp:revision>2</cp:revision>
  <dcterms:created xsi:type="dcterms:W3CDTF">2026-08-18T09:43:00Z</dcterms:created>
  <dcterms:modified xsi:type="dcterms:W3CDTF">2026-08-18T09:43:00Z</dcterms:modified>
  <cp:category/>
</cp:coreProperties>
</file>