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8155C" w14:textId="07CCF9A9" w:rsidR="002F0B3A" w:rsidRPr="00402E7F" w:rsidRDefault="00714FBE">
      <w:pPr>
        <w:jc w:val="center"/>
        <w:rPr>
          <w:szCs w:val="20"/>
          <w:lang w:val="sv-SE"/>
        </w:rPr>
      </w:pPr>
      <w:r w:rsidRPr="00C23DFB">
        <w:rPr>
          <w:b/>
          <w:sz w:val="30"/>
          <w:szCs w:val="30"/>
          <w:lang w:val="sv-SE"/>
        </w:rPr>
        <w:t>VÅR LAGPOLICY</w:t>
      </w:r>
      <w:r w:rsidR="00C23DFB">
        <w:rPr>
          <w:b/>
          <w:sz w:val="30"/>
          <w:szCs w:val="30"/>
          <w:lang w:val="sv-SE"/>
        </w:rPr>
        <w:br/>
      </w:r>
      <w:r w:rsidRPr="00402E7F">
        <w:rPr>
          <w:b/>
          <w:szCs w:val="20"/>
        </w:rPr>
        <w:t>🏒</w:t>
      </w:r>
      <w:r w:rsidRPr="00402E7F">
        <w:rPr>
          <w:b/>
          <w:szCs w:val="20"/>
          <w:lang w:val="sv-SE"/>
        </w:rPr>
        <w:t xml:space="preserve"> HÄLSA – RESPEKTERA – KÄMPA – PEPPA – HA KUL</w:t>
      </w:r>
    </w:p>
    <w:p w14:paraId="3C483E44" w14:textId="77777777" w:rsidR="002F0B3A" w:rsidRPr="00402E7F" w:rsidRDefault="00714FBE">
      <w:pPr>
        <w:spacing w:before="100" w:after="40"/>
        <w:rPr>
          <w:szCs w:val="20"/>
        </w:rPr>
      </w:pPr>
      <w:r w:rsidRPr="00402E7F">
        <w:rPr>
          <w:b/>
          <w:szCs w:val="20"/>
          <w:lang w:val="sv-SE"/>
        </w:rPr>
        <w:t>1. Vi är bra kompisar</w:t>
      </w:r>
    </w:p>
    <w:p w14:paraId="3A899A5C" w14:textId="77777777" w:rsidR="002F0B3A" w:rsidRPr="00402E7F" w:rsidRDefault="00714FBE">
      <w:pPr>
        <w:pStyle w:val="Punktlista"/>
        <w:spacing w:after="30"/>
        <w:rPr>
          <w:szCs w:val="20"/>
          <w:lang w:val="sv-SE"/>
        </w:rPr>
      </w:pPr>
      <w:r w:rsidRPr="00402E7F">
        <w:rPr>
          <w:szCs w:val="20"/>
          <w:lang w:val="sv-SE"/>
        </w:rPr>
        <w:t>Vi hälsar på varandra och på ledare.</w:t>
      </w:r>
    </w:p>
    <w:p w14:paraId="4BF3853A" w14:textId="77777777" w:rsidR="002F0B3A" w:rsidRPr="00402E7F" w:rsidRDefault="00714FBE">
      <w:pPr>
        <w:pStyle w:val="Punktlista"/>
        <w:spacing w:after="30"/>
        <w:rPr>
          <w:szCs w:val="20"/>
          <w:lang w:val="sv-SE"/>
        </w:rPr>
      </w:pPr>
      <w:r w:rsidRPr="00402E7F">
        <w:rPr>
          <w:szCs w:val="20"/>
          <w:lang w:val="sv-SE"/>
        </w:rPr>
        <w:t>Vi peppar och hjälper våra lagkamrater.</w:t>
      </w:r>
    </w:p>
    <w:p w14:paraId="584AD8B0" w14:textId="77777777" w:rsidR="002F0B3A" w:rsidRPr="00402E7F" w:rsidRDefault="00714FBE">
      <w:pPr>
        <w:pStyle w:val="Punktlista"/>
        <w:spacing w:after="30"/>
        <w:rPr>
          <w:szCs w:val="20"/>
        </w:rPr>
      </w:pPr>
      <w:r w:rsidRPr="00402E7F">
        <w:rPr>
          <w:szCs w:val="20"/>
        </w:rPr>
        <w:t xml:space="preserve">Ingen </w:t>
      </w:r>
      <w:proofErr w:type="spellStart"/>
      <w:r w:rsidRPr="00402E7F">
        <w:rPr>
          <w:szCs w:val="20"/>
        </w:rPr>
        <w:t>lämnas</w:t>
      </w:r>
      <w:proofErr w:type="spellEnd"/>
      <w:r w:rsidRPr="00402E7F">
        <w:rPr>
          <w:szCs w:val="20"/>
        </w:rPr>
        <w:t xml:space="preserve"> </w:t>
      </w:r>
      <w:proofErr w:type="spellStart"/>
      <w:r w:rsidRPr="00402E7F">
        <w:rPr>
          <w:szCs w:val="20"/>
        </w:rPr>
        <w:t>utanför</w:t>
      </w:r>
      <w:proofErr w:type="spellEnd"/>
      <w:r w:rsidRPr="00402E7F">
        <w:rPr>
          <w:szCs w:val="20"/>
        </w:rPr>
        <w:t>.</w:t>
      </w:r>
    </w:p>
    <w:p w14:paraId="4A67B0E1" w14:textId="77777777" w:rsidR="002F0B3A" w:rsidRPr="00402E7F" w:rsidRDefault="00714FBE">
      <w:pPr>
        <w:pStyle w:val="Punktlista"/>
        <w:spacing w:after="30"/>
        <w:rPr>
          <w:szCs w:val="20"/>
          <w:lang w:val="sv-SE"/>
        </w:rPr>
      </w:pPr>
      <w:r w:rsidRPr="00402E7F">
        <w:rPr>
          <w:szCs w:val="20"/>
          <w:lang w:val="sv-SE"/>
        </w:rPr>
        <w:t>Vi respekterar att alla är olika och utvecklas olika snabbt.</w:t>
      </w:r>
    </w:p>
    <w:p w14:paraId="06F97285" w14:textId="77777777" w:rsidR="002F0B3A" w:rsidRPr="00402E7F" w:rsidRDefault="00714FBE">
      <w:pPr>
        <w:spacing w:before="100" w:after="40"/>
        <w:rPr>
          <w:b/>
          <w:szCs w:val="20"/>
        </w:rPr>
      </w:pPr>
      <w:r w:rsidRPr="00402E7F">
        <w:rPr>
          <w:b/>
          <w:szCs w:val="20"/>
        </w:rPr>
        <w:t>2. Vi visar respekt</w:t>
      </w:r>
    </w:p>
    <w:p w14:paraId="2AAB166F" w14:textId="1A0F44AB" w:rsidR="002F0B3A" w:rsidRPr="00402E7F" w:rsidRDefault="00714FBE">
      <w:pPr>
        <w:pStyle w:val="Punktlista"/>
        <w:spacing w:after="30"/>
        <w:rPr>
          <w:szCs w:val="20"/>
          <w:lang w:val="sv-SE"/>
        </w:rPr>
      </w:pPr>
      <w:r w:rsidRPr="00402E7F">
        <w:rPr>
          <w:szCs w:val="20"/>
          <w:lang w:val="sv-SE"/>
        </w:rPr>
        <w:t>Nolltolerans mot mobbning, kränkningar och nedvärderande kommentarer.</w:t>
      </w:r>
    </w:p>
    <w:p w14:paraId="00886A0F" w14:textId="77777777" w:rsidR="002F0B3A" w:rsidRPr="00402E7F" w:rsidRDefault="00714FBE">
      <w:pPr>
        <w:pStyle w:val="Punktlista"/>
        <w:spacing w:after="30"/>
        <w:rPr>
          <w:szCs w:val="20"/>
          <w:lang w:val="sv-SE"/>
        </w:rPr>
      </w:pPr>
      <w:r w:rsidRPr="00402E7F">
        <w:rPr>
          <w:szCs w:val="20"/>
          <w:lang w:val="sv-SE"/>
        </w:rPr>
        <w:t>Vi pratar med varandra – inte om varandra.</w:t>
      </w:r>
    </w:p>
    <w:p w14:paraId="0C596ABD" w14:textId="77777777" w:rsidR="002F0B3A" w:rsidRPr="00402E7F" w:rsidRDefault="00714FBE">
      <w:pPr>
        <w:pStyle w:val="Punktlista"/>
        <w:spacing w:after="30"/>
        <w:rPr>
          <w:szCs w:val="20"/>
          <w:lang w:val="sv-SE"/>
        </w:rPr>
      </w:pPr>
      <w:r w:rsidRPr="00402E7F">
        <w:rPr>
          <w:szCs w:val="20"/>
          <w:lang w:val="sv-SE"/>
        </w:rPr>
        <w:t>Vi respekterar motståndare, domare och andra lag.</w:t>
      </w:r>
    </w:p>
    <w:p w14:paraId="5D608B5C" w14:textId="77777777" w:rsidR="002F0B3A" w:rsidRPr="00402E7F" w:rsidRDefault="00714FBE">
      <w:pPr>
        <w:pStyle w:val="Punktlista"/>
        <w:spacing w:after="30"/>
        <w:rPr>
          <w:szCs w:val="20"/>
          <w:lang w:val="sv-SE"/>
        </w:rPr>
      </w:pPr>
      <w:r w:rsidRPr="00402E7F">
        <w:rPr>
          <w:szCs w:val="20"/>
          <w:lang w:val="sv-SE"/>
        </w:rPr>
        <w:t>Vi accepterar ledarnas beslut även när vi inte håller med.</w:t>
      </w:r>
    </w:p>
    <w:p w14:paraId="2335A05B" w14:textId="7FA62666" w:rsidR="00124EA8" w:rsidRPr="00402E7F" w:rsidRDefault="00124EA8">
      <w:pPr>
        <w:pStyle w:val="Punktlista"/>
        <w:spacing w:after="30"/>
        <w:rPr>
          <w:szCs w:val="20"/>
          <w:lang w:val="sv-SE"/>
        </w:rPr>
      </w:pPr>
      <w:r w:rsidRPr="00402E7F">
        <w:rPr>
          <w:szCs w:val="20"/>
          <w:lang w:val="sv-SE"/>
        </w:rPr>
        <w:t>Vi använder vårdat språk.</w:t>
      </w:r>
    </w:p>
    <w:p w14:paraId="5BCF1E53" w14:textId="77777777" w:rsidR="002F0B3A" w:rsidRPr="00402E7F" w:rsidRDefault="00714FBE">
      <w:pPr>
        <w:spacing w:before="100" w:after="40"/>
        <w:rPr>
          <w:b/>
          <w:szCs w:val="20"/>
        </w:rPr>
      </w:pPr>
      <w:r w:rsidRPr="00402E7F">
        <w:rPr>
          <w:b/>
          <w:szCs w:val="20"/>
        </w:rPr>
        <w:t>3. Vi gör alltid vårt bästa</w:t>
      </w:r>
    </w:p>
    <w:p w14:paraId="33CB4CD7" w14:textId="77777777" w:rsidR="002F0B3A" w:rsidRPr="00402E7F" w:rsidRDefault="00714FBE">
      <w:pPr>
        <w:pStyle w:val="Punktlista"/>
        <w:spacing w:after="30"/>
        <w:rPr>
          <w:szCs w:val="20"/>
          <w:lang w:val="sv-SE"/>
        </w:rPr>
      </w:pPr>
      <w:r w:rsidRPr="00402E7F">
        <w:rPr>
          <w:szCs w:val="20"/>
          <w:lang w:val="sv-SE"/>
        </w:rPr>
        <w:t>Vi behöver inte vara bäst – men vi ska alltid försöka.</w:t>
      </w:r>
    </w:p>
    <w:p w14:paraId="194FA328" w14:textId="77777777" w:rsidR="002F0B3A" w:rsidRPr="00402E7F" w:rsidRDefault="00714FBE">
      <w:pPr>
        <w:pStyle w:val="Punktlista"/>
        <w:spacing w:after="30"/>
        <w:rPr>
          <w:szCs w:val="20"/>
          <w:lang w:val="sv-SE"/>
        </w:rPr>
      </w:pPr>
      <w:r w:rsidRPr="00402E7F">
        <w:rPr>
          <w:szCs w:val="20"/>
          <w:lang w:val="sv-SE"/>
        </w:rPr>
        <w:t>Misstag är en del av hockeyn.</w:t>
      </w:r>
    </w:p>
    <w:p w14:paraId="1F330136" w14:textId="77777777" w:rsidR="002F0B3A" w:rsidRPr="00402E7F" w:rsidRDefault="00714FBE">
      <w:pPr>
        <w:pStyle w:val="Punktlista"/>
        <w:spacing w:after="30"/>
        <w:rPr>
          <w:szCs w:val="20"/>
          <w:lang w:val="sv-SE"/>
        </w:rPr>
      </w:pPr>
      <w:r w:rsidRPr="00402E7F">
        <w:rPr>
          <w:szCs w:val="20"/>
          <w:lang w:val="sv-SE"/>
        </w:rPr>
        <w:t>Vi uppmuntrar varandra när någon misslyckas.</w:t>
      </w:r>
    </w:p>
    <w:p w14:paraId="02C239A1" w14:textId="77777777" w:rsidR="002F0B3A" w:rsidRPr="00402E7F" w:rsidRDefault="00714FBE">
      <w:pPr>
        <w:pStyle w:val="Punktlista"/>
        <w:spacing w:after="30"/>
        <w:rPr>
          <w:szCs w:val="20"/>
          <w:lang w:val="sv-SE"/>
        </w:rPr>
      </w:pPr>
      <w:r w:rsidRPr="00402E7F">
        <w:rPr>
          <w:szCs w:val="20"/>
          <w:lang w:val="sv-SE"/>
        </w:rPr>
        <w:t>Vi ger inte upp när det går tungt.</w:t>
      </w:r>
    </w:p>
    <w:p w14:paraId="70299420" w14:textId="77777777" w:rsidR="002F0B3A" w:rsidRPr="00402E7F" w:rsidRDefault="00714FBE">
      <w:pPr>
        <w:spacing w:before="100" w:after="40"/>
        <w:rPr>
          <w:b/>
          <w:szCs w:val="20"/>
        </w:rPr>
      </w:pPr>
      <w:r w:rsidRPr="00402E7F">
        <w:rPr>
          <w:b/>
          <w:szCs w:val="20"/>
        </w:rPr>
        <w:t>4. Ordning och reda</w:t>
      </w:r>
    </w:p>
    <w:p w14:paraId="06248A24" w14:textId="1B2BD922" w:rsidR="002F0B3A" w:rsidRPr="00402E7F" w:rsidRDefault="00714FBE" w:rsidP="00124EA8">
      <w:pPr>
        <w:pStyle w:val="Punktlista"/>
        <w:spacing w:after="30"/>
        <w:rPr>
          <w:szCs w:val="20"/>
          <w:lang w:val="sv-SE"/>
        </w:rPr>
      </w:pPr>
      <w:r w:rsidRPr="00402E7F">
        <w:rPr>
          <w:szCs w:val="20"/>
          <w:lang w:val="sv-SE"/>
        </w:rPr>
        <w:t>Vi håller ordning</w:t>
      </w:r>
      <w:r w:rsidR="00124EA8" w:rsidRPr="00402E7F">
        <w:rPr>
          <w:szCs w:val="20"/>
          <w:lang w:val="sv-SE"/>
        </w:rPr>
        <w:t xml:space="preserve"> på våra saker</w:t>
      </w:r>
      <w:r w:rsidRPr="00402E7F">
        <w:rPr>
          <w:szCs w:val="20"/>
          <w:lang w:val="sv-SE"/>
        </w:rPr>
        <w:t xml:space="preserve"> i omklädningsrummet.</w:t>
      </w:r>
      <w:r w:rsidR="00124EA8" w:rsidRPr="00402E7F">
        <w:rPr>
          <w:szCs w:val="20"/>
          <w:lang w:val="sv-SE"/>
        </w:rPr>
        <w:t xml:space="preserve"> Inga klubbor i omklädningsrummet.</w:t>
      </w:r>
    </w:p>
    <w:p w14:paraId="2F8E013F" w14:textId="0B6C2A80" w:rsidR="00ED7177" w:rsidRPr="00402E7F" w:rsidRDefault="00443A14" w:rsidP="00124EA8">
      <w:pPr>
        <w:pStyle w:val="Punktlista"/>
        <w:spacing w:after="30"/>
        <w:rPr>
          <w:szCs w:val="20"/>
          <w:lang w:val="sv-SE"/>
        </w:rPr>
      </w:pPr>
      <w:r w:rsidRPr="00402E7F">
        <w:rPr>
          <w:szCs w:val="20"/>
          <w:lang w:val="sv-SE"/>
        </w:rPr>
        <w:t>M</w:t>
      </w:r>
      <w:r w:rsidR="00ED7177" w:rsidRPr="00402E7F">
        <w:rPr>
          <w:szCs w:val="20"/>
          <w:lang w:val="sv-SE"/>
        </w:rPr>
        <w:t>obiler/klockor</w:t>
      </w:r>
      <w:r w:rsidRPr="00402E7F">
        <w:rPr>
          <w:szCs w:val="20"/>
          <w:lang w:val="sv-SE"/>
        </w:rPr>
        <w:t xml:space="preserve"> ska ligga i väskan</w:t>
      </w:r>
      <w:r w:rsidR="00ED7177" w:rsidRPr="00402E7F">
        <w:rPr>
          <w:szCs w:val="20"/>
          <w:lang w:val="sv-SE"/>
        </w:rPr>
        <w:t xml:space="preserve"> i omklädningsrummet. </w:t>
      </w:r>
    </w:p>
    <w:p w14:paraId="607006EF" w14:textId="77777777" w:rsidR="002F0B3A" w:rsidRPr="00402E7F" w:rsidRDefault="00714FBE">
      <w:pPr>
        <w:pStyle w:val="Punktlista"/>
        <w:spacing w:after="30"/>
        <w:rPr>
          <w:szCs w:val="20"/>
          <w:lang w:val="sv-SE"/>
        </w:rPr>
      </w:pPr>
      <w:r w:rsidRPr="00402E7F">
        <w:rPr>
          <w:szCs w:val="20"/>
          <w:lang w:val="sv-SE"/>
        </w:rPr>
        <w:t>Vi tar hand om klubbens och andras utrustning.</w:t>
      </w:r>
    </w:p>
    <w:p w14:paraId="44C6D7C4" w14:textId="77777777" w:rsidR="002F0B3A" w:rsidRPr="00402E7F" w:rsidRDefault="00714FBE">
      <w:pPr>
        <w:pStyle w:val="Punktlista"/>
        <w:spacing w:after="30"/>
        <w:rPr>
          <w:szCs w:val="20"/>
          <w:lang w:val="sv-SE"/>
        </w:rPr>
      </w:pPr>
      <w:r w:rsidRPr="00402E7F">
        <w:rPr>
          <w:szCs w:val="20"/>
          <w:lang w:val="sv-SE"/>
        </w:rPr>
        <w:t>Skridskoskydd används alltid när vi går med skridskor utanför isen.</w:t>
      </w:r>
    </w:p>
    <w:p w14:paraId="4E0C204C" w14:textId="22A3ECF8" w:rsidR="00ED7177" w:rsidRPr="00402E7F" w:rsidRDefault="00714FBE" w:rsidP="00ED7177">
      <w:pPr>
        <w:pStyle w:val="Punktlista"/>
        <w:spacing w:after="30"/>
        <w:rPr>
          <w:szCs w:val="20"/>
          <w:lang w:val="sv-SE"/>
        </w:rPr>
      </w:pPr>
      <w:r w:rsidRPr="00402E7F">
        <w:rPr>
          <w:szCs w:val="20"/>
          <w:lang w:val="sv-SE"/>
        </w:rPr>
        <w:t>Vi lämnar omklädningsrummet i bättre skick än vi fann det.</w:t>
      </w:r>
    </w:p>
    <w:p w14:paraId="717335A9" w14:textId="77777777" w:rsidR="002F0B3A" w:rsidRPr="00402E7F" w:rsidRDefault="00714FBE">
      <w:pPr>
        <w:spacing w:before="100" w:after="40"/>
        <w:rPr>
          <w:b/>
          <w:szCs w:val="20"/>
        </w:rPr>
      </w:pPr>
      <w:r w:rsidRPr="00402E7F">
        <w:rPr>
          <w:b/>
          <w:szCs w:val="20"/>
        </w:rPr>
        <w:t>5. Vi passar tider</w:t>
      </w:r>
    </w:p>
    <w:p w14:paraId="6BDE847C" w14:textId="073EDD14" w:rsidR="002F0B3A" w:rsidRPr="00402E7F" w:rsidRDefault="00714FBE">
      <w:pPr>
        <w:pStyle w:val="Punktlista"/>
        <w:spacing w:after="30"/>
        <w:rPr>
          <w:szCs w:val="20"/>
          <w:lang w:val="sv-SE"/>
        </w:rPr>
      </w:pPr>
      <w:r w:rsidRPr="00402E7F">
        <w:rPr>
          <w:szCs w:val="20"/>
          <w:lang w:val="sv-SE"/>
        </w:rPr>
        <w:t>Vi kommer i god tid och är färdig</w:t>
      </w:r>
      <w:r w:rsidR="00124EA8" w:rsidRPr="00402E7F">
        <w:rPr>
          <w:szCs w:val="20"/>
          <w:lang w:val="sv-SE"/>
        </w:rPr>
        <w:t>om</w:t>
      </w:r>
      <w:r w:rsidRPr="00402E7F">
        <w:rPr>
          <w:szCs w:val="20"/>
          <w:lang w:val="sv-SE"/>
        </w:rPr>
        <w:t xml:space="preserve">bytta när </w:t>
      </w:r>
      <w:r w:rsidR="00124EA8" w:rsidRPr="00402E7F">
        <w:rPr>
          <w:szCs w:val="20"/>
          <w:lang w:val="sv-SE"/>
        </w:rPr>
        <w:t>genomgången</w:t>
      </w:r>
      <w:r w:rsidRPr="00402E7F">
        <w:rPr>
          <w:szCs w:val="20"/>
          <w:lang w:val="sv-SE"/>
        </w:rPr>
        <w:t xml:space="preserve"> börjar.</w:t>
      </w:r>
    </w:p>
    <w:p w14:paraId="528D7F0F" w14:textId="77777777" w:rsidR="002F0B3A" w:rsidRPr="00402E7F" w:rsidRDefault="00714FBE">
      <w:pPr>
        <w:pStyle w:val="Punktlista"/>
        <w:spacing w:after="30"/>
        <w:rPr>
          <w:szCs w:val="20"/>
          <w:lang w:val="sv-SE"/>
        </w:rPr>
      </w:pPr>
      <w:r w:rsidRPr="00402E7F">
        <w:rPr>
          <w:szCs w:val="20"/>
          <w:lang w:val="sv-SE"/>
        </w:rPr>
        <w:t>Vi respekterar lagets träningstider och aktiviteter.</w:t>
      </w:r>
    </w:p>
    <w:p w14:paraId="19503F96" w14:textId="5EA9A75E" w:rsidR="002F0B3A" w:rsidRPr="00402E7F" w:rsidRDefault="00714FBE">
      <w:pPr>
        <w:pStyle w:val="Punktlista"/>
        <w:spacing w:after="30"/>
        <w:rPr>
          <w:szCs w:val="20"/>
          <w:lang w:val="sv-SE"/>
        </w:rPr>
      </w:pPr>
      <w:r w:rsidRPr="00402E7F">
        <w:rPr>
          <w:szCs w:val="20"/>
          <w:lang w:val="sv-SE"/>
        </w:rPr>
        <w:t>Kan man inte komma eller blir sen meddelar man ledarna</w:t>
      </w:r>
      <w:r w:rsidR="00124EA8" w:rsidRPr="00402E7F">
        <w:rPr>
          <w:szCs w:val="20"/>
          <w:lang w:val="sv-SE"/>
        </w:rPr>
        <w:t xml:space="preserve"> i god tid</w:t>
      </w:r>
      <w:r w:rsidRPr="00402E7F">
        <w:rPr>
          <w:szCs w:val="20"/>
          <w:lang w:val="sv-SE"/>
        </w:rPr>
        <w:t>.</w:t>
      </w:r>
    </w:p>
    <w:p w14:paraId="36A42EDD" w14:textId="57D1D561" w:rsidR="002F0B3A" w:rsidRPr="00402E7F" w:rsidRDefault="00714FBE">
      <w:pPr>
        <w:spacing w:before="100" w:after="40"/>
        <w:rPr>
          <w:b/>
          <w:szCs w:val="20"/>
        </w:rPr>
      </w:pPr>
      <w:r w:rsidRPr="00402E7F">
        <w:rPr>
          <w:b/>
          <w:szCs w:val="20"/>
        </w:rPr>
        <w:t xml:space="preserve">6. Vi </w:t>
      </w:r>
      <w:proofErr w:type="spellStart"/>
      <w:r w:rsidR="00ED7177" w:rsidRPr="00402E7F">
        <w:rPr>
          <w:b/>
          <w:szCs w:val="20"/>
        </w:rPr>
        <w:t>är</w:t>
      </w:r>
      <w:proofErr w:type="spellEnd"/>
      <w:r w:rsidRPr="00402E7F">
        <w:rPr>
          <w:b/>
          <w:szCs w:val="20"/>
        </w:rPr>
        <w:t xml:space="preserve"> </w:t>
      </w:r>
      <w:proofErr w:type="spellStart"/>
      <w:r w:rsidRPr="00402E7F">
        <w:rPr>
          <w:b/>
          <w:szCs w:val="20"/>
        </w:rPr>
        <w:t>förberedda</w:t>
      </w:r>
      <w:proofErr w:type="spellEnd"/>
    </w:p>
    <w:p w14:paraId="53A6B82A" w14:textId="77777777" w:rsidR="002F0B3A" w:rsidRPr="00402E7F" w:rsidRDefault="00714FBE">
      <w:pPr>
        <w:pStyle w:val="Punktlista"/>
        <w:spacing w:after="30"/>
        <w:rPr>
          <w:szCs w:val="20"/>
          <w:lang w:val="sv-SE"/>
        </w:rPr>
      </w:pPr>
      <w:r w:rsidRPr="00402E7F">
        <w:rPr>
          <w:szCs w:val="20"/>
          <w:lang w:val="sv-SE"/>
        </w:rPr>
        <w:t>Vi äter bra och dricker vatten.</w:t>
      </w:r>
    </w:p>
    <w:p w14:paraId="51F773EC" w14:textId="56CED1E7" w:rsidR="00ED7177" w:rsidRPr="00402E7F" w:rsidRDefault="00ED7177">
      <w:pPr>
        <w:pStyle w:val="Punktlista"/>
        <w:spacing w:after="30"/>
        <w:rPr>
          <w:szCs w:val="20"/>
          <w:lang w:val="sv-SE"/>
        </w:rPr>
      </w:pPr>
      <w:r w:rsidRPr="00402E7F">
        <w:rPr>
          <w:szCs w:val="20"/>
          <w:lang w:val="sv-SE"/>
        </w:rPr>
        <w:t>Vi äter inte sötsaker och snacks innan eller under match/poolspel/cup.</w:t>
      </w:r>
    </w:p>
    <w:p w14:paraId="3DF401F8" w14:textId="77777777" w:rsidR="002F0B3A" w:rsidRPr="00402E7F" w:rsidRDefault="00714FBE">
      <w:pPr>
        <w:pStyle w:val="Punktlista"/>
        <w:spacing w:after="30"/>
        <w:rPr>
          <w:szCs w:val="20"/>
          <w:lang w:val="sv-SE"/>
        </w:rPr>
      </w:pPr>
      <w:r w:rsidRPr="00402E7F">
        <w:rPr>
          <w:szCs w:val="20"/>
          <w:lang w:val="sv-SE"/>
        </w:rPr>
        <w:t>Vi ser till att få tillräckligt med sömn.</w:t>
      </w:r>
    </w:p>
    <w:p w14:paraId="54FC5159" w14:textId="77777777" w:rsidR="002F0B3A" w:rsidRPr="00402E7F" w:rsidRDefault="00714FBE">
      <w:pPr>
        <w:pStyle w:val="Punktlista"/>
        <w:spacing w:after="30"/>
        <w:rPr>
          <w:szCs w:val="20"/>
          <w:lang w:val="sv-SE"/>
        </w:rPr>
      </w:pPr>
      <w:r w:rsidRPr="00402E7F">
        <w:rPr>
          <w:szCs w:val="20"/>
          <w:lang w:val="sv-SE"/>
        </w:rPr>
        <w:t>Vi har med oss rätt utrustning och ser till att den fungerar.</w:t>
      </w:r>
    </w:p>
    <w:p w14:paraId="6EC99D65" w14:textId="77777777" w:rsidR="002F0B3A" w:rsidRPr="00402E7F" w:rsidRDefault="00714FBE">
      <w:pPr>
        <w:pStyle w:val="Punktlista"/>
        <w:spacing w:after="30"/>
        <w:rPr>
          <w:szCs w:val="20"/>
          <w:lang w:val="sv-SE"/>
        </w:rPr>
      </w:pPr>
      <w:r w:rsidRPr="00402E7F">
        <w:rPr>
          <w:szCs w:val="20"/>
          <w:lang w:val="sv-SE"/>
        </w:rPr>
        <w:t>Vi kommer med rätt inställning – redo att träna och ha roligt.</w:t>
      </w:r>
    </w:p>
    <w:p w14:paraId="47A81245" w14:textId="77777777" w:rsidR="002F0B3A" w:rsidRPr="00402E7F" w:rsidRDefault="00714FBE">
      <w:pPr>
        <w:spacing w:before="100" w:after="40"/>
        <w:rPr>
          <w:b/>
          <w:szCs w:val="20"/>
        </w:rPr>
      </w:pPr>
      <w:r w:rsidRPr="00402E7F">
        <w:rPr>
          <w:b/>
          <w:szCs w:val="20"/>
        </w:rPr>
        <w:t>7. Vi är ett lag</w:t>
      </w:r>
    </w:p>
    <w:p w14:paraId="15D1AE2C" w14:textId="77777777" w:rsidR="002F0B3A" w:rsidRPr="00402E7F" w:rsidRDefault="00714FBE">
      <w:pPr>
        <w:pStyle w:val="Punktlista"/>
        <w:spacing w:after="30"/>
        <w:rPr>
          <w:szCs w:val="20"/>
          <w:lang w:val="sv-SE"/>
        </w:rPr>
      </w:pPr>
      <w:r w:rsidRPr="00402E7F">
        <w:rPr>
          <w:szCs w:val="20"/>
          <w:lang w:val="sv-SE"/>
        </w:rPr>
        <w:t>Vi vinner tillsammans och förlorar tillsammans.</w:t>
      </w:r>
    </w:p>
    <w:p w14:paraId="28137DF1" w14:textId="77777777" w:rsidR="002F0B3A" w:rsidRPr="00402E7F" w:rsidRDefault="00714FBE">
      <w:pPr>
        <w:pStyle w:val="Punktlista"/>
        <w:spacing w:after="30"/>
        <w:rPr>
          <w:szCs w:val="20"/>
          <w:lang w:val="sv-SE"/>
        </w:rPr>
      </w:pPr>
      <w:r w:rsidRPr="00402E7F">
        <w:rPr>
          <w:szCs w:val="20"/>
          <w:lang w:val="sv-SE"/>
        </w:rPr>
        <w:t>Vi hjälper varandra att bli bättre.</w:t>
      </w:r>
    </w:p>
    <w:p w14:paraId="0ED3439F" w14:textId="77777777" w:rsidR="002F0B3A" w:rsidRPr="00402E7F" w:rsidRDefault="00714FBE">
      <w:pPr>
        <w:pStyle w:val="Punktlista"/>
        <w:spacing w:after="30"/>
        <w:rPr>
          <w:szCs w:val="20"/>
        </w:rPr>
      </w:pPr>
      <w:r w:rsidRPr="00402E7F">
        <w:rPr>
          <w:szCs w:val="20"/>
        </w:rPr>
        <w:t xml:space="preserve">Vi </w:t>
      </w:r>
      <w:proofErr w:type="spellStart"/>
      <w:r w:rsidRPr="00402E7F">
        <w:rPr>
          <w:szCs w:val="20"/>
        </w:rPr>
        <w:t>firar</w:t>
      </w:r>
      <w:proofErr w:type="spellEnd"/>
      <w:r w:rsidRPr="00402E7F">
        <w:rPr>
          <w:szCs w:val="20"/>
        </w:rPr>
        <w:t xml:space="preserve"> </w:t>
      </w:r>
      <w:proofErr w:type="spellStart"/>
      <w:r w:rsidRPr="00402E7F">
        <w:rPr>
          <w:szCs w:val="20"/>
        </w:rPr>
        <w:t>varandras</w:t>
      </w:r>
      <w:proofErr w:type="spellEnd"/>
      <w:r w:rsidRPr="00402E7F">
        <w:rPr>
          <w:szCs w:val="20"/>
        </w:rPr>
        <w:t xml:space="preserve"> </w:t>
      </w:r>
      <w:proofErr w:type="spellStart"/>
      <w:r w:rsidRPr="00402E7F">
        <w:rPr>
          <w:szCs w:val="20"/>
        </w:rPr>
        <w:t>framgångar</w:t>
      </w:r>
      <w:proofErr w:type="spellEnd"/>
      <w:r w:rsidRPr="00402E7F">
        <w:rPr>
          <w:szCs w:val="20"/>
        </w:rPr>
        <w:t>.</w:t>
      </w:r>
    </w:p>
    <w:p w14:paraId="59D5DFA9" w14:textId="77777777" w:rsidR="002F0B3A" w:rsidRPr="00402E7F" w:rsidRDefault="00714FBE">
      <w:pPr>
        <w:pStyle w:val="Punktlista"/>
        <w:spacing w:after="30"/>
        <w:rPr>
          <w:szCs w:val="20"/>
          <w:lang w:val="sv-SE"/>
        </w:rPr>
      </w:pPr>
      <w:r w:rsidRPr="00402E7F">
        <w:rPr>
          <w:szCs w:val="20"/>
          <w:lang w:val="sv-SE"/>
        </w:rPr>
        <w:t>Ingen spelare är viktigare än laget.</w:t>
      </w:r>
    </w:p>
    <w:p w14:paraId="7CF2395F" w14:textId="77777777" w:rsidR="002F0B3A" w:rsidRPr="00402E7F" w:rsidRDefault="00714FBE">
      <w:pPr>
        <w:spacing w:before="100" w:after="40"/>
        <w:rPr>
          <w:b/>
          <w:szCs w:val="20"/>
        </w:rPr>
      </w:pPr>
      <w:r w:rsidRPr="00402E7F">
        <w:rPr>
          <w:b/>
          <w:szCs w:val="20"/>
        </w:rPr>
        <w:t xml:space="preserve">8. Vi </w:t>
      </w:r>
      <w:proofErr w:type="spellStart"/>
      <w:r w:rsidRPr="00402E7F">
        <w:rPr>
          <w:b/>
          <w:szCs w:val="20"/>
        </w:rPr>
        <w:t>vågar</w:t>
      </w:r>
      <w:proofErr w:type="spellEnd"/>
      <w:r w:rsidRPr="00402E7F">
        <w:rPr>
          <w:b/>
          <w:szCs w:val="20"/>
        </w:rPr>
        <w:t>!</w:t>
      </w:r>
    </w:p>
    <w:p w14:paraId="738FEFB0" w14:textId="77777777" w:rsidR="002F0B3A" w:rsidRPr="00402E7F" w:rsidRDefault="00714FBE">
      <w:pPr>
        <w:pStyle w:val="Punktlista"/>
        <w:spacing w:after="30"/>
        <w:rPr>
          <w:szCs w:val="20"/>
          <w:lang w:val="sv-SE"/>
        </w:rPr>
      </w:pPr>
      <w:r w:rsidRPr="00402E7F">
        <w:rPr>
          <w:szCs w:val="20"/>
          <w:lang w:val="sv-SE"/>
        </w:rPr>
        <w:t>Vi vågar försöka, misslyckas och försöka igen.</w:t>
      </w:r>
    </w:p>
    <w:p w14:paraId="73EB2EA4" w14:textId="77777777" w:rsidR="002F0B3A" w:rsidRPr="00402E7F" w:rsidRDefault="00714FBE">
      <w:pPr>
        <w:pStyle w:val="Punktlista"/>
        <w:spacing w:after="30"/>
        <w:rPr>
          <w:szCs w:val="20"/>
          <w:lang w:val="sv-SE"/>
        </w:rPr>
      </w:pPr>
      <w:r w:rsidRPr="00402E7F">
        <w:rPr>
          <w:szCs w:val="20"/>
          <w:lang w:val="sv-SE"/>
        </w:rPr>
        <w:t>Det är okej att göra misstag – det är så vi lär oss.</w:t>
      </w:r>
    </w:p>
    <w:p w14:paraId="20694596" w14:textId="52654DAA" w:rsidR="002F0B3A" w:rsidRPr="00402E7F" w:rsidRDefault="00714FBE">
      <w:pPr>
        <w:pStyle w:val="Punktlista"/>
        <w:spacing w:after="30"/>
        <w:rPr>
          <w:szCs w:val="20"/>
          <w:lang w:val="sv-SE"/>
        </w:rPr>
      </w:pPr>
      <w:r w:rsidRPr="00402E7F">
        <w:rPr>
          <w:szCs w:val="20"/>
          <w:lang w:val="sv-SE"/>
        </w:rPr>
        <w:t>Vi spelar modigt och hjälper varandra att våga.</w:t>
      </w:r>
      <w:r w:rsidR="00402E7F">
        <w:rPr>
          <w:szCs w:val="20"/>
          <w:lang w:val="sv-SE"/>
        </w:rPr>
        <w:br/>
      </w:r>
    </w:p>
    <w:p w14:paraId="019F56A6" w14:textId="77777777" w:rsidR="002F0B3A" w:rsidRPr="00402E7F" w:rsidRDefault="00714FBE" w:rsidP="00443A14">
      <w:pPr>
        <w:spacing w:before="100" w:after="40"/>
        <w:jc w:val="center"/>
        <w:rPr>
          <w:b/>
          <w:szCs w:val="20"/>
          <w:lang w:val="sv-SE"/>
        </w:rPr>
      </w:pPr>
      <w:r w:rsidRPr="00402E7F">
        <w:rPr>
          <w:b/>
          <w:szCs w:val="20"/>
          <w:lang w:val="sv-SE"/>
        </w:rPr>
        <w:t>Vi är här för att utvecklas, ha roligt och göra varandra bättre – både som hockeyspelare och lagkamrater.</w:t>
      </w:r>
    </w:p>
    <w:sectPr w:rsidR="002F0B3A" w:rsidRPr="00402E7F" w:rsidSect="00034616">
      <w:pgSz w:w="12240" w:h="15840"/>
      <w:pgMar w:top="794" w:right="907" w:bottom="794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rerad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rerad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ktlist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ktlist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60998462">
    <w:abstractNumId w:val="8"/>
  </w:num>
  <w:num w:numId="2" w16cid:durableId="789398327">
    <w:abstractNumId w:val="6"/>
  </w:num>
  <w:num w:numId="3" w16cid:durableId="1263226986">
    <w:abstractNumId w:val="5"/>
  </w:num>
  <w:num w:numId="4" w16cid:durableId="2095782685">
    <w:abstractNumId w:val="4"/>
  </w:num>
  <w:num w:numId="5" w16cid:durableId="1817719328">
    <w:abstractNumId w:val="7"/>
  </w:num>
  <w:num w:numId="6" w16cid:durableId="914825032">
    <w:abstractNumId w:val="3"/>
  </w:num>
  <w:num w:numId="7" w16cid:durableId="556629954">
    <w:abstractNumId w:val="2"/>
  </w:num>
  <w:num w:numId="8" w16cid:durableId="1287082501">
    <w:abstractNumId w:val="1"/>
  </w:num>
  <w:num w:numId="9" w16cid:durableId="2032971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24EA8"/>
    <w:rsid w:val="0015074B"/>
    <w:rsid w:val="0029639D"/>
    <w:rsid w:val="002F0B3A"/>
    <w:rsid w:val="00326F90"/>
    <w:rsid w:val="00402E7F"/>
    <w:rsid w:val="00443A14"/>
    <w:rsid w:val="00714FBE"/>
    <w:rsid w:val="00976BED"/>
    <w:rsid w:val="00AA1D8D"/>
    <w:rsid w:val="00B47730"/>
    <w:rsid w:val="00C23DFB"/>
    <w:rsid w:val="00CB0664"/>
    <w:rsid w:val="00E547E0"/>
    <w:rsid w:val="00ED717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EE23FB"/>
  <w14:defaultImageDpi w14:val="300"/>
  <w15:docId w15:val="{32E52BE3-87F1-4E6B-B5C4-8C896E50E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Rubrik1">
    <w:name w:val="heading 1"/>
    <w:basedOn w:val="Normal"/>
    <w:next w:val="Normal"/>
    <w:link w:val="Rubri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618BF"/>
  </w:style>
  <w:style w:type="paragraph" w:styleId="Sidfot">
    <w:name w:val="footer"/>
    <w:basedOn w:val="Normal"/>
    <w:link w:val="Sidfo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618BF"/>
  </w:style>
  <w:style w:type="paragraph" w:styleId="Ingetavstnd">
    <w:name w:val="No Spacing"/>
    <w:uiPriority w:val="1"/>
    <w:qFormat/>
    <w:rsid w:val="00FC693F"/>
    <w:pPr>
      <w:spacing w:after="0" w:line="240" w:lineRule="auto"/>
    </w:pPr>
  </w:style>
  <w:style w:type="character" w:customStyle="1" w:styleId="Rubrik1Char">
    <w:name w:val="Rubrik 1 Char"/>
    <w:basedOn w:val="Standardstycketeckensnitt"/>
    <w:link w:val="Rubri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">
    <w:name w:val="Title"/>
    <w:basedOn w:val="Normal"/>
    <w:next w:val="Normal"/>
    <w:link w:val="Rubrik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styck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rdtext">
    <w:name w:val="Body Text"/>
    <w:basedOn w:val="Normal"/>
    <w:link w:val="BrdtextChar"/>
    <w:uiPriority w:val="99"/>
    <w:unhideWhenUsed/>
    <w:rsid w:val="00AA1D8D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rsid w:val="00AA1D8D"/>
  </w:style>
  <w:style w:type="paragraph" w:styleId="Brdtext2">
    <w:name w:val="Body Text 2"/>
    <w:basedOn w:val="Normal"/>
    <w:link w:val="Brdtext2Char"/>
    <w:uiPriority w:val="99"/>
    <w:unhideWhenUsed/>
    <w:rsid w:val="00AA1D8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rsid w:val="00AA1D8D"/>
  </w:style>
  <w:style w:type="paragraph" w:styleId="Brdtext3">
    <w:name w:val="Body Text 3"/>
    <w:basedOn w:val="Normal"/>
    <w:link w:val="Brd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Punktlista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Punktlista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Punktlista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reradlist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reradlist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reradlist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fortstt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fortstt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fortstt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FC693F"/>
    <w:rPr>
      <w:i/>
      <w:iCs/>
      <w:color w:val="000000" w:themeColor="text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ark">
    <w:name w:val="Strong"/>
    <w:basedOn w:val="Standardstycketeckensnitt"/>
    <w:uiPriority w:val="22"/>
    <w:qFormat/>
    <w:rsid w:val="00FC693F"/>
    <w:rPr>
      <w:b/>
      <w:bCs/>
    </w:rPr>
  </w:style>
  <w:style w:type="character" w:styleId="Betoning">
    <w:name w:val="Emphasis"/>
    <w:basedOn w:val="Standardstycketeckensnitt"/>
    <w:uiPriority w:val="20"/>
    <w:qFormat/>
    <w:rsid w:val="00FC693F"/>
    <w:rPr>
      <w:i/>
      <w:iCs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C693F"/>
    <w:rPr>
      <w:b/>
      <w:bCs/>
      <w:i/>
      <w:iCs/>
      <w:color w:val="4F81BD" w:themeColor="accent1"/>
    </w:rPr>
  </w:style>
  <w:style w:type="character" w:styleId="Diskretbetoning">
    <w:name w:val="Subtle Emphasis"/>
    <w:basedOn w:val="Standardstycketeckensnitt"/>
    <w:uiPriority w:val="19"/>
    <w:qFormat/>
    <w:rsid w:val="00FC693F"/>
    <w:rPr>
      <w:i/>
      <w:iCs/>
      <w:color w:val="808080" w:themeColor="text1" w:themeTint="7F"/>
    </w:rPr>
  </w:style>
  <w:style w:type="character" w:styleId="Starkbetoning">
    <w:name w:val="Intense Emphasis"/>
    <w:basedOn w:val="Standardstycketeckensnitt"/>
    <w:uiPriority w:val="21"/>
    <w:qFormat/>
    <w:rsid w:val="00FC693F"/>
    <w:rPr>
      <w:b/>
      <w:bCs/>
      <w:i/>
      <w:iCs/>
      <w:color w:val="4F81BD" w:themeColor="accent1"/>
    </w:rPr>
  </w:style>
  <w:style w:type="character" w:styleId="Diskretreferens">
    <w:name w:val="Subtle Reference"/>
    <w:basedOn w:val="Standardstycketeckensnitt"/>
    <w:uiPriority w:val="31"/>
    <w:qFormat/>
    <w:rsid w:val="00FC693F"/>
    <w:rPr>
      <w:smallCaps/>
      <w:color w:val="C0504D" w:themeColor="accent2"/>
      <w:u w:val="single"/>
    </w:rPr>
  </w:style>
  <w:style w:type="character" w:styleId="Starkreferens">
    <w:name w:val="Intense Reference"/>
    <w:basedOn w:val="Standardstycketeckensnit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kenstitel">
    <w:name w:val="Book Title"/>
    <w:basedOn w:val="Standardstycketeckensnitt"/>
    <w:uiPriority w:val="33"/>
    <w:qFormat/>
    <w:rsid w:val="00FC693F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FC693F"/>
    <w:pPr>
      <w:outlineLvl w:val="9"/>
    </w:pPr>
  </w:style>
  <w:style w:type="table" w:styleId="Tabellrutnt">
    <w:name w:val="Table Grid"/>
    <w:basedOn w:val="Normaltabel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">
    <w:name w:val="Light Shading"/>
    <w:basedOn w:val="Normaltabel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juslista">
    <w:name w:val="Light List"/>
    <w:basedOn w:val="Normal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juslista-dekorfrg2">
    <w:name w:val="Light List Accent 2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juslista-dekorfrg3">
    <w:name w:val="Light List Accent 3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juslista-dekorfrg4">
    <w:name w:val="Light List Accent 4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juslista-dekorfrg5">
    <w:name w:val="Light List Accent 5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juslista-dekorfrg6">
    <w:name w:val="Light List Accent 6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justrutnt">
    <w:name w:val="Light Grid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justrutnt-dekorfrg2">
    <w:name w:val="Light Grid Accent 2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justrutnt-dekorfrg3">
    <w:name w:val="Light Grid Accent 3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justrutnt-dekorfrg4">
    <w:name w:val="Light Grid Accent 4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justrutnt-dekorfrg5">
    <w:name w:val="Light Grid Accent 5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justrutnt-dekorfrg6">
    <w:name w:val="Light Grid Accent 6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llanmrkskuggning1">
    <w:name w:val="Medium Shading 1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lista1">
    <w:name w:val="Medium List 1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llanmrklista2">
    <w:name w:val="Medium List 2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trutnt1">
    <w:name w:val="Medium Grid 1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llanmrktrutnt2">
    <w:name w:val="Medium Grid 2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rklista">
    <w:name w:val="Dark List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a-dekorfrg2">
    <w:name w:val="Dark List Accent 2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a-dekorfrg3">
    <w:name w:val="Dark List Accent 3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a-dekorfrg4">
    <w:name w:val="Dark List Accent 4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a-dekorfrg5">
    <w:name w:val="Dark List Accent 5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a-dekorfrg6">
    <w:name w:val="Dark List Accent 6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rgadskuggning">
    <w:name w:val="Colorful Shading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lista">
    <w:name w:val="Colorful List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rgadlista-dekorfrg2">
    <w:name w:val="Colorful List Accent 2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rgadlista-dekorfrg3">
    <w:name w:val="Colorful List Accent 3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rgadlista-dekorfrg4">
    <w:name w:val="Colorful List Accent 4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rgadlista-dekorfrg5">
    <w:name w:val="Colorful List Accent 5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rgadlista-dekorfrg6">
    <w:name w:val="Colorful List Accent 6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rgatrutnt">
    <w:name w:val="Colorful Grid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rgatrutnt-dekorfrg2">
    <w:name w:val="Colorful Grid Accent 2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rgatrutnt-dekorfrg3">
    <w:name w:val="Colorful Grid Accent 3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trutnt-dekorfrg4">
    <w:name w:val="Colorful Grid Accent 4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rgatrutnt-dekorfrg5">
    <w:name w:val="Colorful Grid Accent 5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rgatrutnt-dekorfrg6">
    <w:name w:val="Colorful Grid Accent 6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321</Words>
  <Characters>1651</Characters>
  <Application>Microsoft Office Word</Application>
  <DocSecurity>0</DocSecurity>
  <Lines>44</Lines>
  <Paragraphs>51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1921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Alexandra Berg</cp:lastModifiedBy>
  <cp:revision>4</cp:revision>
  <dcterms:created xsi:type="dcterms:W3CDTF">2026-08-25T15:42:00Z</dcterms:created>
  <dcterms:modified xsi:type="dcterms:W3CDTF">2026-08-26T09:50:00Z</dcterms:modified>
  <cp:category/>
</cp:coreProperties>
</file>