
<file path=[Content_Types].xml><?xml version="1.0" encoding="utf-8"?>
<Types xmlns="http://schemas.openxmlformats.org/package/2006/content-types">
  <Default Extension="pn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483A4" w14:textId="5BA95CDA" w:rsidR="006B37A8" w:rsidRDefault="0057565E">
      <w:r>
        <w:rPr>
          <w:noProof/>
        </w:rPr>
        <w:drawing>
          <wp:anchor distT="0" distB="0" distL="114300" distR="114300" simplePos="0" relativeHeight="251658240" behindDoc="0" locked="0" layoutInCell="1" allowOverlap="1" wp14:anchorId="180977D3" wp14:editId="481395E0">
            <wp:simplePos x="11430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1371600" cy="1652778"/>
            <wp:effectExtent l="0" t="0" r="0" b="508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527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(</w:t>
      </w:r>
      <w:proofErr w:type="spellStart"/>
      <w:r>
        <w:t>Preliminärt</w:t>
      </w:r>
      <w:proofErr w:type="spellEnd"/>
      <w:r>
        <w:t xml:space="preserve"> </w:t>
      </w:r>
      <w:proofErr w:type="spellStart"/>
      <w:r>
        <w:t>från</w:t>
      </w:r>
      <w:proofErr w:type="spellEnd"/>
      <w:r>
        <w:t xml:space="preserve"> </w:t>
      </w:r>
      <w:proofErr w:type="spellStart"/>
      <w:r>
        <w:t>förbundet</w:t>
      </w:r>
      <w:proofErr w:type="spellEnd"/>
      <w:r>
        <w:t xml:space="preserve"> </w:t>
      </w:r>
      <w:proofErr w:type="spellStart"/>
      <w:r>
        <w:t>pågår</w:t>
      </w:r>
      <w:proofErr w:type="spellEnd"/>
      <w:r>
        <w:t xml:space="preserve"> </w:t>
      </w:r>
      <w:proofErr w:type="spellStart"/>
      <w:r>
        <w:t>säsongen</w:t>
      </w:r>
      <w:proofErr w:type="spellEnd"/>
      <w:r>
        <w:t xml:space="preserve"> 1/10- mitten av mars- info </w:t>
      </w:r>
      <w:proofErr w:type="spellStart"/>
      <w:r>
        <w:t>från</w:t>
      </w:r>
      <w:proofErr w:type="spellEnd"/>
      <w:r>
        <w:t xml:space="preserve"> Josefine)</w:t>
      </w:r>
      <w:r>
        <w:br w:type="textWrapping" w:clear="all"/>
      </w:r>
    </w:p>
    <w:p w14:paraId="0BBAF223" w14:textId="10B31BA0" w:rsidR="006B37A8" w:rsidRDefault="0057565E">
      <w:pPr>
        <w:pStyle w:val="Rubrik1"/>
      </w:pPr>
      <w:proofErr w:type="spellStart"/>
      <w:r>
        <w:t>Säsongsplanering</w:t>
      </w:r>
      <w:proofErr w:type="spellEnd"/>
      <w:r>
        <w:t xml:space="preserve"> </w:t>
      </w:r>
      <w:r w:rsidR="002B5903">
        <w:t>2026/2027</w:t>
      </w:r>
      <w:r>
        <w:t>– Linden Hockey</w:t>
      </w:r>
    </w:p>
    <w:tbl>
      <w:tblPr>
        <w:tblStyle w:val="Rutntstabell4dekorfrg1"/>
        <w:tblW w:w="5000" w:type="pct"/>
        <w:tblLook w:val="04A0" w:firstRow="1" w:lastRow="0" w:firstColumn="1" w:lastColumn="0" w:noHBand="0" w:noVBand="1"/>
      </w:tblPr>
      <w:tblGrid>
        <w:gridCol w:w="855"/>
        <w:gridCol w:w="3058"/>
        <w:gridCol w:w="1712"/>
        <w:gridCol w:w="3669"/>
        <w:gridCol w:w="1468"/>
        <w:gridCol w:w="1468"/>
      </w:tblGrid>
      <w:tr w:rsidR="00365796" w14:paraId="26EE282B" w14:textId="77777777" w:rsidTr="00A979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hideMark/>
          </w:tcPr>
          <w:p w14:paraId="6F3B8103" w14:textId="77777777" w:rsidR="00365796" w:rsidRDefault="00365796">
            <w:pPr>
              <w:jc w:val="center"/>
              <w:rPr>
                <w:color w:val="FFFFFF"/>
                <w:kern w:val="2"/>
                <w:lang w:val="sv-SE" w:eastAsia="sv-SE"/>
                <w14:ligatures w14:val="standardContextual"/>
              </w:rPr>
            </w:pPr>
            <w:proofErr w:type="spellStart"/>
            <w:r>
              <w:rPr>
                <w:color w:val="FFFFFF"/>
              </w:rPr>
              <w:t>Vecka</w:t>
            </w:r>
            <w:proofErr w:type="spellEnd"/>
          </w:p>
        </w:tc>
        <w:tc>
          <w:tcPr>
            <w:tcW w:w="1250" w:type="pct"/>
            <w:hideMark/>
          </w:tcPr>
          <w:p w14:paraId="58D13312" w14:textId="77777777" w:rsidR="00365796" w:rsidRDefault="003657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</w:rPr>
              <w:t>Cuper/</w:t>
            </w:r>
            <w:proofErr w:type="spellStart"/>
            <w:r>
              <w:rPr>
                <w:color w:val="FFFFFF"/>
              </w:rPr>
              <w:t>Evenemang</w:t>
            </w:r>
            <w:proofErr w:type="spellEnd"/>
          </w:p>
        </w:tc>
        <w:tc>
          <w:tcPr>
            <w:tcW w:w="700" w:type="pct"/>
            <w:hideMark/>
          </w:tcPr>
          <w:p w14:paraId="6CA1116D" w14:textId="77777777" w:rsidR="00365796" w:rsidRDefault="003657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</w:rPr>
              <w:t>Datum</w:t>
            </w:r>
          </w:p>
        </w:tc>
        <w:tc>
          <w:tcPr>
            <w:tcW w:w="1500" w:type="pct"/>
            <w:hideMark/>
          </w:tcPr>
          <w:p w14:paraId="7A268545" w14:textId="77777777" w:rsidR="00365796" w:rsidRDefault="003657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proofErr w:type="spellStart"/>
            <w:r>
              <w:rPr>
                <w:color w:val="FFFFFF"/>
              </w:rPr>
              <w:t>Tider</w:t>
            </w:r>
            <w:proofErr w:type="spellEnd"/>
            <w:r>
              <w:rPr>
                <w:color w:val="FFFFFF"/>
              </w:rPr>
              <w:t xml:space="preserve"> och </w:t>
            </w:r>
            <w:proofErr w:type="spellStart"/>
            <w:r>
              <w:rPr>
                <w:color w:val="FFFFFF"/>
              </w:rPr>
              <w:t>anteckningar</w:t>
            </w:r>
            <w:proofErr w:type="spellEnd"/>
          </w:p>
        </w:tc>
        <w:tc>
          <w:tcPr>
            <w:tcW w:w="600" w:type="pct"/>
            <w:hideMark/>
          </w:tcPr>
          <w:p w14:paraId="32D39FE1" w14:textId="5FA824B2" w:rsidR="00365796" w:rsidRDefault="003657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proofErr w:type="spellStart"/>
            <w:r>
              <w:rPr>
                <w:color w:val="FFFFFF"/>
              </w:rPr>
              <w:t>Ansvariga</w:t>
            </w:r>
            <w:proofErr w:type="spellEnd"/>
          </w:p>
        </w:tc>
        <w:tc>
          <w:tcPr>
            <w:tcW w:w="600" w:type="pct"/>
            <w:hideMark/>
          </w:tcPr>
          <w:p w14:paraId="7BA93F4B" w14:textId="77777777" w:rsidR="00365796" w:rsidRDefault="0036579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</w:rPr>
              <w:t>Status</w:t>
            </w:r>
          </w:p>
        </w:tc>
      </w:tr>
      <w:tr w:rsidR="00365796" w14:paraId="55774719" w14:textId="77777777" w:rsidTr="00A97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87C048" w14:textId="77777777" w:rsidR="00365796" w:rsidRDefault="00365796">
            <w:pPr>
              <w:jc w:val="center"/>
            </w:pPr>
            <w:r>
              <w:t>32</w:t>
            </w:r>
          </w:p>
        </w:tc>
        <w:tc>
          <w:tcPr>
            <w:tcW w:w="0" w:type="auto"/>
            <w:hideMark/>
          </w:tcPr>
          <w:p w14:paraId="07E848A6" w14:textId="1CD3508D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Open Ice</w:t>
            </w:r>
          </w:p>
        </w:tc>
        <w:tc>
          <w:tcPr>
            <w:tcW w:w="0" w:type="auto"/>
            <w:hideMark/>
          </w:tcPr>
          <w:p w14:paraId="7537CE82" w14:textId="027D051E" w:rsidR="00365796" w:rsidRPr="00696E13" w:rsidRDefault="00000000" w:rsidP="00696E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"/>
                <w:lang w:val="sv-SE" w:eastAsia="sv-SE"/>
                <w14:ligatures w14:val="standardContextual"/>
              </w:rPr>
            </w:pPr>
            <w:r>
              <w:rPr>
                <w:color w:val="000000"/>
              </w:rPr>
              <w:t xml:space="preserve">8 </w:t>
            </w:r>
            <w:proofErr w:type="spellStart"/>
            <w:r>
              <w:rPr>
                <w:color w:val="000000"/>
              </w:rPr>
              <w:t>augusti</w:t>
            </w:r>
            <w:proofErr w:type="spellEnd"/>
          </w:p>
        </w:tc>
        <w:tc>
          <w:tcPr>
            <w:tcW w:w="0" w:type="auto"/>
            <w:hideMark/>
          </w:tcPr>
          <w:p w14:paraId="78FA58FE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Lördag</w:t>
            </w:r>
            <w:proofErr w:type="spellEnd"/>
          </w:p>
        </w:tc>
        <w:tc>
          <w:tcPr>
            <w:tcW w:w="0" w:type="auto"/>
            <w:hideMark/>
          </w:tcPr>
          <w:p w14:paraId="37350D92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9567947" w14:textId="70709A1C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Genomförd</w:t>
            </w:r>
            <w:proofErr w:type="spellEnd"/>
          </w:p>
        </w:tc>
      </w:tr>
      <w:tr w:rsidR="00365796" w14:paraId="21891E60" w14:textId="77777777" w:rsidTr="00A979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5BEF6DA9" w14:textId="77777777" w:rsidR="00365796" w:rsidRDefault="00365796">
            <w:pPr>
              <w:jc w:val="center"/>
            </w:pPr>
            <w:r>
              <w:t>33</w:t>
            </w:r>
          </w:p>
        </w:tc>
        <w:tc>
          <w:tcPr>
            <w:tcW w:w="0" w:type="auto"/>
            <w:hideMark/>
          </w:tcPr>
          <w:p w14:paraId="0B4ED599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Hockeyveckan</w:t>
            </w:r>
            <w:proofErr w:type="spellEnd"/>
            <w:r>
              <w:t xml:space="preserve"> </w:t>
            </w:r>
            <w:proofErr w:type="spellStart"/>
            <w:r>
              <w:t>Sommarcamp</w:t>
            </w:r>
            <w:proofErr w:type="spellEnd"/>
            <w:r>
              <w:t xml:space="preserve"> (lag 11–18)</w:t>
            </w:r>
          </w:p>
        </w:tc>
        <w:tc>
          <w:tcPr>
            <w:tcW w:w="0" w:type="auto"/>
            <w:hideMark/>
          </w:tcPr>
          <w:p w14:paraId="6A6502F4" w14:textId="42D5709E" w:rsidR="00365796" w:rsidRPr="004D11AB" w:rsidRDefault="00000000" w:rsidP="004D1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lang w:val="sv-SE" w:eastAsia="sv-SE"/>
                <w14:ligatures w14:val="standardContextual"/>
              </w:rPr>
            </w:pPr>
            <w:r>
              <w:t xml:space="preserve">9–14 </w:t>
            </w:r>
            <w:proofErr w:type="spellStart"/>
            <w:r>
              <w:t>augusti</w:t>
            </w:r>
            <w:proofErr w:type="spellEnd"/>
          </w:p>
        </w:tc>
        <w:tc>
          <w:tcPr>
            <w:tcW w:w="0" w:type="auto"/>
            <w:hideMark/>
          </w:tcPr>
          <w:p w14:paraId="402F4992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Sön–</w:t>
            </w:r>
            <w:proofErr w:type="spellStart"/>
            <w:r>
              <w:t>fre</w:t>
            </w:r>
            <w:proofErr w:type="spellEnd"/>
            <w:r>
              <w:t xml:space="preserve">, </w:t>
            </w:r>
            <w:proofErr w:type="spellStart"/>
            <w:r>
              <w:t>dagtid</w:t>
            </w:r>
            <w:proofErr w:type="spellEnd"/>
            <w:r>
              <w:t xml:space="preserve">. </w:t>
            </w:r>
            <w:proofErr w:type="spellStart"/>
            <w:r>
              <w:t>Tanken</w:t>
            </w:r>
            <w:proofErr w:type="spellEnd"/>
            <w:r>
              <w:t xml:space="preserve"> </w:t>
            </w:r>
            <w:proofErr w:type="spellStart"/>
            <w:r>
              <w:t>är</w:t>
            </w:r>
            <w:proofErr w:type="spellEnd"/>
            <w:r>
              <w:t xml:space="preserve"> </w:t>
            </w:r>
            <w:proofErr w:type="spellStart"/>
            <w:r>
              <w:t>att</w:t>
            </w:r>
            <w:proofErr w:type="spellEnd"/>
            <w:r>
              <w:t xml:space="preserve"> de </w:t>
            </w:r>
            <w:proofErr w:type="spellStart"/>
            <w:r>
              <w:t>yngre</w:t>
            </w:r>
            <w:proofErr w:type="spellEnd"/>
            <w:r>
              <w:t xml:space="preserve"> </w:t>
            </w:r>
            <w:proofErr w:type="spellStart"/>
            <w:r>
              <w:t>grupperna</w:t>
            </w:r>
            <w:proofErr w:type="spellEnd"/>
            <w:r>
              <w:t xml:space="preserve"> </w:t>
            </w:r>
            <w:proofErr w:type="spellStart"/>
            <w:r>
              <w:t>har</w:t>
            </w:r>
            <w:proofErr w:type="spellEnd"/>
            <w:r>
              <w:t xml:space="preserve"> </w:t>
            </w:r>
            <w:proofErr w:type="spellStart"/>
            <w:r>
              <w:t>sön</w:t>
            </w:r>
            <w:proofErr w:type="spellEnd"/>
            <w:r>
              <w:t xml:space="preserve">–tis och de </w:t>
            </w:r>
            <w:proofErr w:type="spellStart"/>
            <w:r>
              <w:t>äldre</w:t>
            </w:r>
            <w:proofErr w:type="spellEnd"/>
            <w:r>
              <w:t xml:space="preserve"> </w:t>
            </w:r>
            <w:proofErr w:type="spellStart"/>
            <w:r>
              <w:t>ons</w:t>
            </w:r>
            <w:proofErr w:type="spellEnd"/>
            <w:r>
              <w:t>–</w:t>
            </w:r>
            <w:proofErr w:type="spellStart"/>
            <w:r>
              <w:t>fre</w:t>
            </w:r>
            <w:proofErr w:type="spellEnd"/>
            <w:r>
              <w:t>.</w:t>
            </w:r>
          </w:p>
        </w:tc>
        <w:tc>
          <w:tcPr>
            <w:tcW w:w="0" w:type="auto"/>
            <w:hideMark/>
          </w:tcPr>
          <w:p w14:paraId="71263456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1B2C053" w14:textId="2A3557DB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Genomförd</w:t>
            </w:r>
            <w:proofErr w:type="spellEnd"/>
          </w:p>
        </w:tc>
      </w:tr>
      <w:tr w:rsidR="00365796" w14:paraId="51EB1C53" w14:textId="77777777" w:rsidTr="00A97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245F03C5" w14:textId="77777777" w:rsidR="00365796" w:rsidRDefault="00365796">
            <w:pPr>
              <w:spacing w:line="278" w:lineRule="auto"/>
              <w:rPr>
                <w:rFonts w:ascii="Cambria" w:hAnsi="Cambria" w:cs="Times New Roman"/>
              </w:rPr>
            </w:pPr>
          </w:p>
        </w:tc>
        <w:tc>
          <w:tcPr>
            <w:tcW w:w="0" w:type="auto"/>
            <w:hideMark/>
          </w:tcPr>
          <w:p w14:paraId="6C206D90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Hockey för alla</w:t>
            </w:r>
          </w:p>
        </w:tc>
        <w:tc>
          <w:tcPr>
            <w:tcW w:w="0" w:type="auto"/>
            <w:hideMark/>
          </w:tcPr>
          <w:p w14:paraId="331814B7" w14:textId="6BD22A18" w:rsidR="00365796" w:rsidRPr="00F67119" w:rsidRDefault="00000000" w:rsidP="00F671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"/>
                <w:lang w:val="sv-SE" w:eastAsia="sv-SE"/>
                <w14:ligatures w14:val="standardContextual"/>
              </w:rPr>
            </w:pPr>
            <w:r>
              <w:rPr>
                <w:color w:val="000000"/>
              </w:rPr>
              <w:t xml:space="preserve">15 </w:t>
            </w:r>
            <w:proofErr w:type="spellStart"/>
            <w:r>
              <w:rPr>
                <w:color w:val="000000"/>
              </w:rPr>
              <w:t>augusti</w:t>
            </w:r>
            <w:proofErr w:type="spellEnd"/>
          </w:p>
        </w:tc>
        <w:tc>
          <w:tcPr>
            <w:tcW w:w="0" w:type="auto"/>
            <w:hideMark/>
          </w:tcPr>
          <w:p w14:paraId="3DDF7D6F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1DBD3B5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9558C10" w14:textId="6F5D983B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Inställd</w:t>
            </w:r>
            <w:proofErr w:type="spellEnd"/>
          </w:p>
        </w:tc>
      </w:tr>
      <w:tr w:rsidR="00365796" w14:paraId="591B5F9D" w14:textId="77777777" w:rsidTr="00A979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AA862D" w14:textId="77777777" w:rsidR="00365796" w:rsidRDefault="00365796">
            <w:pPr>
              <w:jc w:val="center"/>
            </w:pPr>
            <w:r>
              <w:t>34</w:t>
            </w:r>
          </w:p>
        </w:tc>
        <w:tc>
          <w:tcPr>
            <w:tcW w:w="0" w:type="auto"/>
            <w:hideMark/>
          </w:tcPr>
          <w:p w14:paraId="7FEA4702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9B30FAF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56DA56F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A706CA4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60496D5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5796" w14:paraId="4A6C4B22" w14:textId="77777777" w:rsidTr="00A97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A2FFC01" w14:textId="77777777" w:rsidR="00365796" w:rsidRDefault="00365796">
            <w:pPr>
              <w:jc w:val="center"/>
            </w:pPr>
            <w:r>
              <w:t>35</w:t>
            </w:r>
          </w:p>
        </w:tc>
        <w:tc>
          <w:tcPr>
            <w:tcW w:w="0" w:type="auto"/>
            <w:hideMark/>
          </w:tcPr>
          <w:p w14:paraId="6DE37067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A-</w:t>
            </w:r>
            <w:proofErr w:type="spellStart"/>
            <w:r>
              <w:t>pojks</w:t>
            </w:r>
            <w:proofErr w:type="spellEnd"/>
            <w:r>
              <w:t xml:space="preserve"> Cup</w:t>
            </w:r>
          </w:p>
        </w:tc>
        <w:tc>
          <w:tcPr>
            <w:tcW w:w="0" w:type="auto"/>
            <w:hideMark/>
          </w:tcPr>
          <w:p w14:paraId="495C088B" w14:textId="597FECD0" w:rsidR="00365796" w:rsidRPr="00B712F2" w:rsidRDefault="00000000" w:rsidP="00B712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"/>
                <w:lang w:val="sv-SE" w:eastAsia="sv-SE"/>
                <w14:ligatures w14:val="standardContextual"/>
              </w:rPr>
            </w:pPr>
            <w:r>
              <w:rPr>
                <w:color w:val="000000"/>
              </w:rPr>
              <w:t xml:space="preserve">29 </w:t>
            </w:r>
            <w:proofErr w:type="spellStart"/>
            <w:r>
              <w:rPr>
                <w:color w:val="000000"/>
              </w:rPr>
              <w:t>augusti</w:t>
            </w:r>
            <w:proofErr w:type="spellEnd"/>
          </w:p>
        </w:tc>
        <w:tc>
          <w:tcPr>
            <w:tcW w:w="0" w:type="auto"/>
            <w:hideMark/>
          </w:tcPr>
          <w:p w14:paraId="6AC09057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Lördag</w:t>
            </w:r>
            <w:proofErr w:type="spellEnd"/>
          </w:p>
        </w:tc>
        <w:tc>
          <w:tcPr>
            <w:tcW w:w="0" w:type="auto"/>
            <w:hideMark/>
          </w:tcPr>
          <w:p w14:paraId="786E3D42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830FD25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5796" w14:paraId="430112F3" w14:textId="77777777" w:rsidTr="00A979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8B3743" w14:textId="77777777" w:rsidR="00365796" w:rsidRDefault="00365796">
            <w:pPr>
              <w:jc w:val="center"/>
            </w:pPr>
            <w:r>
              <w:t>36</w:t>
            </w:r>
          </w:p>
        </w:tc>
        <w:tc>
          <w:tcPr>
            <w:tcW w:w="0" w:type="auto"/>
            <w:hideMark/>
          </w:tcPr>
          <w:p w14:paraId="72D3CBFF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Cup U14</w:t>
            </w:r>
          </w:p>
        </w:tc>
        <w:tc>
          <w:tcPr>
            <w:tcW w:w="0" w:type="auto"/>
            <w:hideMark/>
          </w:tcPr>
          <w:p w14:paraId="4245DA7E" w14:textId="05AE991C" w:rsidR="00365796" w:rsidRPr="005D0C9F" w:rsidRDefault="00000000" w:rsidP="005D0C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lang w:val="sv-SE" w:eastAsia="sv-SE"/>
                <w14:ligatures w14:val="standardContextual"/>
              </w:rPr>
            </w:pPr>
            <w:r>
              <w:t xml:space="preserve">5 </w:t>
            </w:r>
            <w:proofErr w:type="spellStart"/>
            <w:r>
              <w:t>september</w:t>
            </w:r>
            <w:proofErr w:type="spellEnd"/>
          </w:p>
        </w:tc>
        <w:tc>
          <w:tcPr>
            <w:tcW w:w="0" w:type="auto"/>
            <w:hideMark/>
          </w:tcPr>
          <w:p w14:paraId="0CDBDA22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94C1354" w14:textId="7EBE406B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Lag 13</w:t>
            </w:r>
          </w:p>
        </w:tc>
        <w:tc>
          <w:tcPr>
            <w:tcW w:w="0" w:type="auto"/>
            <w:hideMark/>
          </w:tcPr>
          <w:p w14:paraId="268E7A93" w14:textId="11608C69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Genomförd</w:t>
            </w:r>
            <w:proofErr w:type="spellEnd"/>
          </w:p>
        </w:tc>
      </w:tr>
      <w:tr w:rsidR="00365796" w14:paraId="65784194" w14:textId="77777777" w:rsidTr="00A97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40BAF0" w14:textId="77777777" w:rsidR="00365796" w:rsidRDefault="00365796">
            <w:pPr>
              <w:jc w:val="center"/>
            </w:pPr>
            <w:r>
              <w:t>37</w:t>
            </w:r>
          </w:p>
        </w:tc>
        <w:tc>
          <w:tcPr>
            <w:tcW w:w="0" w:type="auto"/>
            <w:hideMark/>
          </w:tcPr>
          <w:p w14:paraId="1D5047AE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Cup U13</w:t>
            </w:r>
          </w:p>
        </w:tc>
        <w:tc>
          <w:tcPr>
            <w:tcW w:w="0" w:type="auto"/>
            <w:hideMark/>
          </w:tcPr>
          <w:p w14:paraId="2BDAA46C" w14:textId="27C0080B" w:rsidR="00365796" w:rsidRPr="00C37C42" w:rsidRDefault="00000000" w:rsidP="00C37C4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"/>
                <w:lang w:val="sv-SE" w:eastAsia="sv-SE"/>
                <w14:ligatures w14:val="standardContextual"/>
              </w:rPr>
            </w:pPr>
            <w:r>
              <w:rPr>
                <w:color w:val="000000"/>
              </w:rPr>
              <w:t xml:space="preserve">12 </w:t>
            </w:r>
            <w:proofErr w:type="spellStart"/>
            <w:r>
              <w:rPr>
                <w:color w:val="000000"/>
              </w:rPr>
              <w:t>september</w:t>
            </w:r>
            <w:proofErr w:type="spellEnd"/>
          </w:p>
        </w:tc>
        <w:tc>
          <w:tcPr>
            <w:tcW w:w="0" w:type="auto"/>
            <w:hideMark/>
          </w:tcPr>
          <w:p w14:paraId="7DE27E46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51348B9" w14:textId="7C1B869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Lag 14</w:t>
            </w:r>
          </w:p>
        </w:tc>
        <w:tc>
          <w:tcPr>
            <w:tcW w:w="0" w:type="auto"/>
            <w:hideMark/>
          </w:tcPr>
          <w:p w14:paraId="7FD9E6CD" w14:textId="08D8CFBA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Genomförd</w:t>
            </w:r>
            <w:proofErr w:type="spellEnd"/>
          </w:p>
        </w:tc>
      </w:tr>
      <w:tr w:rsidR="00365796" w14:paraId="61083971" w14:textId="77777777" w:rsidTr="00A979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78B563" w14:textId="77777777" w:rsidR="00365796" w:rsidRDefault="00365796">
            <w:pPr>
              <w:jc w:val="center"/>
            </w:pPr>
            <w:r>
              <w:t>38</w:t>
            </w:r>
          </w:p>
        </w:tc>
        <w:tc>
          <w:tcPr>
            <w:tcW w:w="0" w:type="auto"/>
            <w:hideMark/>
          </w:tcPr>
          <w:p w14:paraId="1ED38304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355E115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0A8B80D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3A980E5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8C2B78B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5796" w14:paraId="45B0D663" w14:textId="77777777" w:rsidTr="00A97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909E43" w14:textId="77777777" w:rsidR="00365796" w:rsidRDefault="00365796">
            <w:pPr>
              <w:jc w:val="center"/>
            </w:pPr>
            <w:r>
              <w:t>39</w:t>
            </w:r>
          </w:p>
        </w:tc>
        <w:tc>
          <w:tcPr>
            <w:tcW w:w="0" w:type="auto"/>
            <w:hideMark/>
          </w:tcPr>
          <w:p w14:paraId="2E142DA2" w14:textId="519E4D53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Hockeyskoj</w:t>
            </w:r>
            <w:proofErr w:type="spellEnd"/>
            <w:r>
              <w:t xml:space="preserve"> U12</w:t>
            </w:r>
          </w:p>
        </w:tc>
        <w:tc>
          <w:tcPr>
            <w:tcW w:w="0" w:type="auto"/>
            <w:hideMark/>
          </w:tcPr>
          <w:p w14:paraId="572769A8" w14:textId="03F05522" w:rsidR="00365796" w:rsidRPr="00C83323" w:rsidRDefault="00000000" w:rsidP="00C8332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"/>
                <w:lang w:val="sv-SE" w:eastAsia="sv-SE"/>
                <w14:ligatures w14:val="standardContextual"/>
              </w:rPr>
            </w:pPr>
            <w:r>
              <w:rPr>
                <w:color w:val="000000"/>
              </w:rPr>
              <w:t xml:space="preserve">26 </w:t>
            </w:r>
            <w:proofErr w:type="spellStart"/>
            <w:r>
              <w:rPr>
                <w:color w:val="000000"/>
              </w:rPr>
              <w:t>september</w:t>
            </w:r>
            <w:proofErr w:type="spellEnd"/>
          </w:p>
        </w:tc>
        <w:tc>
          <w:tcPr>
            <w:tcW w:w="0" w:type="auto"/>
            <w:hideMark/>
          </w:tcPr>
          <w:p w14:paraId="1E0D28A7" w14:textId="2617090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Lördag</w:t>
            </w:r>
            <w:proofErr w:type="spellEnd"/>
            <w:r w:rsidR="00876DBB">
              <w:t xml:space="preserve"> </w:t>
            </w:r>
            <w:r w:rsidR="004977AA">
              <w:t>9-13</w:t>
            </w:r>
          </w:p>
        </w:tc>
        <w:tc>
          <w:tcPr>
            <w:tcW w:w="0" w:type="auto"/>
            <w:hideMark/>
          </w:tcPr>
          <w:p w14:paraId="79DD413E" w14:textId="2C7D3622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Lag 15</w:t>
            </w:r>
          </w:p>
        </w:tc>
        <w:tc>
          <w:tcPr>
            <w:tcW w:w="0" w:type="auto"/>
            <w:hideMark/>
          </w:tcPr>
          <w:p w14:paraId="381CD8AA" w14:textId="5DED444B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Genomförs</w:t>
            </w:r>
            <w:proofErr w:type="spellEnd"/>
          </w:p>
        </w:tc>
      </w:tr>
      <w:tr w:rsidR="00365796" w14:paraId="269C1CA0" w14:textId="77777777" w:rsidTr="00A979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1D6BA2" w14:textId="77777777" w:rsidR="00365796" w:rsidRDefault="00365796">
            <w:pPr>
              <w:jc w:val="center"/>
            </w:pPr>
            <w:r>
              <w:t>40</w:t>
            </w:r>
          </w:p>
        </w:tc>
        <w:tc>
          <w:tcPr>
            <w:tcW w:w="0" w:type="auto"/>
            <w:hideMark/>
          </w:tcPr>
          <w:p w14:paraId="7FB6ED41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Hockeyskoj</w:t>
            </w:r>
            <w:proofErr w:type="spellEnd"/>
            <w:r>
              <w:t xml:space="preserve"> U11</w:t>
            </w:r>
          </w:p>
        </w:tc>
        <w:tc>
          <w:tcPr>
            <w:tcW w:w="0" w:type="auto"/>
            <w:hideMark/>
          </w:tcPr>
          <w:p w14:paraId="27B8DACA" w14:textId="65F95D99" w:rsidR="00365796" w:rsidRPr="009F3661" w:rsidRDefault="00000000" w:rsidP="009F36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lang w:val="sv-SE" w:eastAsia="sv-SE"/>
                <w14:ligatures w14:val="standardContextual"/>
              </w:rPr>
            </w:pPr>
            <w:r>
              <w:t xml:space="preserve">3 </w:t>
            </w:r>
            <w:proofErr w:type="spellStart"/>
            <w:r>
              <w:t>oktober</w:t>
            </w:r>
            <w:proofErr w:type="spellEnd"/>
          </w:p>
        </w:tc>
        <w:tc>
          <w:tcPr>
            <w:tcW w:w="0" w:type="auto"/>
            <w:hideMark/>
          </w:tcPr>
          <w:p w14:paraId="79AE3ABD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C10702E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DAC5095" w14:textId="4F81687E" w:rsidR="00365796" w:rsidRDefault="00E465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Inställd</w:t>
            </w:r>
            <w:proofErr w:type="spellEnd"/>
            <w:r>
              <w:t xml:space="preserve"> </w:t>
            </w:r>
            <w:proofErr w:type="spellStart"/>
            <w:r>
              <w:t>pga</w:t>
            </w:r>
            <w:proofErr w:type="spellEnd"/>
            <w:r>
              <w:t xml:space="preserve"> </w:t>
            </w:r>
            <w:proofErr w:type="spellStart"/>
            <w:r>
              <w:t>seriespel</w:t>
            </w:r>
            <w:proofErr w:type="spellEnd"/>
          </w:p>
        </w:tc>
      </w:tr>
      <w:tr w:rsidR="00365796" w14:paraId="75A413D6" w14:textId="77777777" w:rsidTr="00A97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02FE51" w14:textId="77777777" w:rsidR="00365796" w:rsidRDefault="00365796">
            <w:pPr>
              <w:jc w:val="center"/>
            </w:pPr>
            <w:r>
              <w:t>41</w:t>
            </w:r>
          </w:p>
        </w:tc>
        <w:tc>
          <w:tcPr>
            <w:tcW w:w="0" w:type="auto"/>
            <w:hideMark/>
          </w:tcPr>
          <w:p w14:paraId="63E33B3F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Hockeyskoj</w:t>
            </w:r>
            <w:proofErr w:type="spellEnd"/>
            <w:r>
              <w:t xml:space="preserve"> U10</w:t>
            </w:r>
          </w:p>
        </w:tc>
        <w:tc>
          <w:tcPr>
            <w:tcW w:w="0" w:type="auto"/>
            <w:hideMark/>
          </w:tcPr>
          <w:p w14:paraId="1F64C737" w14:textId="6909DE62" w:rsidR="00365796" w:rsidRPr="00BD2874" w:rsidRDefault="00000000" w:rsidP="00BD28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"/>
                <w:lang w:val="sv-SE" w:eastAsia="sv-SE"/>
                <w14:ligatures w14:val="standardContextual"/>
              </w:rPr>
            </w:pPr>
            <w:r>
              <w:rPr>
                <w:color w:val="000000"/>
              </w:rPr>
              <w:t xml:space="preserve">10 </w:t>
            </w:r>
            <w:proofErr w:type="spellStart"/>
            <w:r>
              <w:rPr>
                <w:color w:val="000000"/>
              </w:rPr>
              <w:t>oktober</w:t>
            </w:r>
            <w:proofErr w:type="spellEnd"/>
          </w:p>
        </w:tc>
        <w:tc>
          <w:tcPr>
            <w:tcW w:w="0" w:type="auto"/>
            <w:hideMark/>
          </w:tcPr>
          <w:p w14:paraId="783B4EF6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651263C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23490CE" w14:textId="265FA6E6" w:rsidR="00365796" w:rsidRDefault="00E465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Inställd</w:t>
            </w:r>
            <w:proofErr w:type="spellEnd"/>
            <w:r>
              <w:t xml:space="preserve"> </w:t>
            </w:r>
            <w:proofErr w:type="spellStart"/>
            <w:r>
              <w:t>pga</w:t>
            </w:r>
            <w:proofErr w:type="spellEnd"/>
            <w:r>
              <w:t xml:space="preserve"> </w:t>
            </w:r>
            <w:proofErr w:type="spellStart"/>
            <w:r>
              <w:t>seriespel</w:t>
            </w:r>
            <w:proofErr w:type="spellEnd"/>
          </w:p>
        </w:tc>
      </w:tr>
      <w:tr w:rsidR="00365796" w14:paraId="115E98F1" w14:textId="77777777" w:rsidTr="00A979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99F340" w14:textId="77777777" w:rsidR="00365796" w:rsidRDefault="00365796">
            <w:pPr>
              <w:jc w:val="center"/>
            </w:pPr>
            <w:r>
              <w:t>42</w:t>
            </w:r>
          </w:p>
        </w:tc>
        <w:tc>
          <w:tcPr>
            <w:tcW w:w="0" w:type="auto"/>
            <w:hideMark/>
          </w:tcPr>
          <w:p w14:paraId="5715B77D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72D1D0F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8C0C2CF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5FE4A81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77CFF64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5796" w14:paraId="40E13939" w14:textId="77777777" w:rsidTr="00A97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1E0188" w14:textId="77777777" w:rsidR="00365796" w:rsidRDefault="00365796">
            <w:pPr>
              <w:jc w:val="center"/>
            </w:pPr>
            <w:r>
              <w:t>43</w:t>
            </w:r>
          </w:p>
        </w:tc>
        <w:tc>
          <w:tcPr>
            <w:tcW w:w="0" w:type="auto"/>
            <w:hideMark/>
          </w:tcPr>
          <w:p w14:paraId="1B2DB026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Halloweendisco</w:t>
            </w:r>
            <w:proofErr w:type="spellEnd"/>
          </w:p>
        </w:tc>
        <w:tc>
          <w:tcPr>
            <w:tcW w:w="0" w:type="auto"/>
            <w:hideMark/>
          </w:tcPr>
          <w:p w14:paraId="42CB7174" w14:textId="034A03E8" w:rsidR="00365796" w:rsidRPr="007E7D66" w:rsidRDefault="00000000" w:rsidP="007E7D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"/>
                <w:lang w:val="sv-SE" w:eastAsia="sv-SE"/>
                <w14:ligatures w14:val="standardContextual"/>
              </w:rPr>
            </w:pPr>
            <w:r>
              <w:rPr>
                <w:color w:val="000000"/>
              </w:rPr>
              <w:t xml:space="preserve">24 </w:t>
            </w:r>
            <w:proofErr w:type="spellStart"/>
            <w:r>
              <w:rPr>
                <w:color w:val="000000"/>
              </w:rPr>
              <w:t>oktober</w:t>
            </w:r>
            <w:proofErr w:type="spellEnd"/>
          </w:p>
        </w:tc>
        <w:tc>
          <w:tcPr>
            <w:tcW w:w="0" w:type="auto"/>
            <w:hideMark/>
          </w:tcPr>
          <w:p w14:paraId="11CC4C34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Lördag</w:t>
            </w:r>
            <w:proofErr w:type="spellEnd"/>
            <w:r>
              <w:t xml:space="preserve">. Kl. 15–16 (5–7 </w:t>
            </w:r>
            <w:proofErr w:type="spellStart"/>
            <w:r>
              <w:t>år</w:t>
            </w:r>
            <w:proofErr w:type="spellEnd"/>
            <w:r>
              <w:t xml:space="preserve">), kl. 16.30–17.30 (8–10 </w:t>
            </w:r>
            <w:proofErr w:type="spellStart"/>
            <w:r>
              <w:t>år</w:t>
            </w:r>
            <w:proofErr w:type="spellEnd"/>
            <w:r>
              <w:t xml:space="preserve">), kl. 18–19 (11–13 </w:t>
            </w:r>
            <w:proofErr w:type="spellStart"/>
            <w:r>
              <w:t>år</w:t>
            </w:r>
            <w:proofErr w:type="spellEnd"/>
            <w:r>
              <w:t>).</w:t>
            </w:r>
          </w:p>
        </w:tc>
        <w:tc>
          <w:tcPr>
            <w:tcW w:w="0" w:type="auto"/>
            <w:hideMark/>
          </w:tcPr>
          <w:p w14:paraId="6594314B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133F240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5796" w14:paraId="3132A6D9" w14:textId="77777777" w:rsidTr="00A979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5D0D7D" w14:textId="77777777" w:rsidR="00365796" w:rsidRDefault="00365796">
            <w:pPr>
              <w:jc w:val="center"/>
            </w:pPr>
            <w:r>
              <w:lastRenderedPageBreak/>
              <w:t>44</w:t>
            </w:r>
          </w:p>
        </w:tc>
        <w:tc>
          <w:tcPr>
            <w:tcW w:w="0" w:type="auto"/>
            <w:hideMark/>
          </w:tcPr>
          <w:p w14:paraId="5BDB21D1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Höstlovscamp</w:t>
            </w:r>
            <w:proofErr w:type="spellEnd"/>
            <w:r>
              <w:t xml:space="preserve"> (lag 13–18)</w:t>
            </w:r>
          </w:p>
        </w:tc>
        <w:tc>
          <w:tcPr>
            <w:tcW w:w="0" w:type="auto"/>
            <w:hideMark/>
          </w:tcPr>
          <w:p w14:paraId="00AD2B9E" w14:textId="2070534E" w:rsidR="00365796" w:rsidRPr="007B58F5" w:rsidRDefault="00000000" w:rsidP="007B58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lang w:val="sv-SE" w:eastAsia="sv-SE"/>
                <w14:ligatures w14:val="standardContextual"/>
              </w:rPr>
            </w:pPr>
            <w:r>
              <w:t xml:space="preserve">26–28 </w:t>
            </w:r>
            <w:proofErr w:type="spellStart"/>
            <w:r>
              <w:t>oktober</w:t>
            </w:r>
            <w:proofErr w:type="spellEnd"/>
          </w:p>
        </w:tc>
        <w:tc>
          <w:tcPr>
            <w:tcW w:w="0" w:type="auto"/>
            <w:hideMark/>
          </w:tcPr>
          <w:p w14:paraId="0E6EF3F7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Måndag</w:t>
            </w:r>
            <w:proofErr w:type="spellEnd"/>
            <w:r>
              <w:t>–</w:t>
            </w:r>
            <w:proofErr w:type="spellStart"/>
            <w:r>
              <w:t>onsdag</w:t>
            </w:r>
            <w:proofErr w:type="spellEnd"/>
          </w:p>
        </w:tc>
        <w:tc>
          <w:tcPr>
            <w:tcW w:w="0" w:type="auto"/>
            <w:hideMark/>
          </w:tcPr>
          <w:p w14:paraId="5191FA9C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8481AA2" w14:textId="2BDD0061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Flyttad</w:t>
            </w:r>
            <w:proofErr w:type="spellEnd"/>
            <w:r>
              <w:t xml:space="preserve"> till </w:t>
            </w:r>
            <w:proofErr w:type="spellStart"/>
            <w:r>
              <w:t>jul</w:t>
            </w:r>
            <w:proofErr w:type="spellEnd"/>
          </w:p>
        </w:tc>
      </w:tr>
      <w:tr w:rsidR="00365796" w14:paraId="79220BC2" w14:textId="77777777" w:rsidTr="00A97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379F2E" w14:textId="77777777" w:rsidR="00365796" w:rsidRDefault="00365796">
            <w:pPr>
              <w:jc w:val="center"/>
            </w:pPr>
            <w:r>
              <w:t>45</w:t>
            </w:r>
          </w:p>
        </w:tc>
        <w:tc>
          <w:tcPr>
            <w:tcW w:w="0" w:type="auto"/>
            <w:hideMark/>
          </w:tcPr>
          <w:p w14:paraId="13E2AB70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9D7A7BF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14B5634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236E0A2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E54753A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5796" w14:paraId="7AC8B4AB" w14:textId="77777777" w:rsidTr="00A979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29FB94" w14:textId="77777777" w:rsidR="00365796" w:rsidRDefault="00365796">
            <w:pPr>
              <w:jc w:val="center"/>
            </w:pPr>
            <w:r>
              <w:t>46</w:t>
            </w:r>
          </w:p>
        </w:tc>
        <w:tc>
          <w:tcPr>
            <w:tcW w:w="0" w:type="auto"/>
            <w:hideMark/>
          </w:tcPr>
          <w:p w14:paraId="27A51809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397DEC0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449182E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33191E6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FB701B2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5796" w14:paraId="15816326" w14:textId="77777777" w:rsidTr="00A97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C80E5E" w14:textId="77777777" w:rsidR="00365796" w:rsidRDefault="00365796">
            <w:pPr>
              <w:jc w:val="center"/>
            </w:pPr>
            <w:r>
              <w:t>47</w:t>
            </w:r>
          </w:p>
        </w:tc>
        <w:tc>
          <w:tcPr>
            <w:tcW w:w="0" w:type="auto"/>
            <w:hideMark/>
          </w:tcPr>
          <w:p w14:paraId="15DBE493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FDC8644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A1799C9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6738342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87F44DC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5796" w14:paraId="42A5E155" w14:textId="77777777" w:rsidTr="00A979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C55743" w14:textId="77777777" w:rsidR="00365796" w:rsidRDefault="00365796">
            <w:pPr>
              <w:jc w:val="center"/>
            </w:pPr>
            <w:r>
              <w:t>48</w:t>
            </w:r>
          </w:p>
        </w:tc>
        <w:tc>
          <w:tcPr>
            <w:tcW w:w="0" w:type="auto"/>
            <w:hideMark/>
          </w:tcPr>
          <w:p w14:paraId="70B1707E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23572BB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77F4B92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982FF80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19094B6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5796" w14:paraId="07CDD624" w14:textId="77777777" w:rsidTr="00A97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C26433" w14:textId="77777777" w:rsidR="00365796" w:rsidRDefault="00365796">
            <w:pPr>
              <w:jc w:val="center"/>
            </w:pPr>
            <w:r>
              <w:t>49</w:t>
            </w:r>
          </w:p>
        </w:tc>
        <w:tc>
          <w:tcPr>
            <w:tcW w:w="0" w:type="auto"/>
            <w:hideMark/>
          </w:tcPr>
          <w:p w14:paraId="6C8AEF10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9022071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1A34A9E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07278C0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28F2010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5796" w14:paraId="719BD4BD" w14:textId="77777777" w:rsidTr="00A979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9CD73A" w14:textId="77777777" w:rsidR="00365796" w:rsidRDefault="00365796">
            <w:pPr>
              <w:jc w:val="center"/>
            </w:pPr>
            <w:r>
              <w:t>50</w:t>
            </w:r>
          </w:p>
        </w:tc>
        <w:tc>
          <w:tcPr>
            <w:tcW w:w="0" w:type="auto"/>
            <w:hideMark/>
          </w:tcPr>
          <w:p w14:paraId="61F9B618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3CB9175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3980E11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B6096D7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38788E7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5796" w14:paraId="3E796DD4" w14:textId="77777777" w:rsidTr="00A97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3D5A2A" w14:textId="77777777" w:rsidR="00365796" w:rsidRDefault="00365796">
            <w:pPr>
              <w:jc w:val="center"/>
            </w:pPr>
            <w:r>
              <w:t>51</w:t>
            </w:r>
          </w:p>
        </w:tc>
        <w:tc>
          <w:tcPr>
            <w:tcW w:w="0" w:type="auto"/>
            <w:hideMark/>
          </w:tcPr>
          <w:p w14:paraId="06B8A858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Winter Classic Games</w:t>
            </w:r>
          </w:p>
        </w:tc>
        <w:tc>
          <w:tcPr>
            <w:tcW w:w="0" w:type="auto"/>
            <w:hideMark/>
          </w:tcPr>
          <w:p w14:paraId="751EFC74" w14:textId="712DC4C0" w:rsidR="00365796" w:rsidRPr="00C4755D" w:rsidRDefault="00000000" w:rsidP="00C475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"/>
                <w:lang w:val="sv-SE" w:eastAsia="sv-SE"/>
                <w14:ligatures w14:val="standardContextual"/>
              </w:rPr>
            </w:pPr>
            <w:r>
              <w:rPr>
                <w:color w:val="000000"/>
              </w:rPr>
              <w:t xml:space="preserve">19 </w:t>
            </w:r>
            <w:proofErr w:type="spellStart"/>
            <w:r>
              <w:rPr>
                <w:color w:val="000000"/>
              </w:rPr>
              <w:t>december</w:t>
            </w:r>
            <w:proofErr w:type="spellEnd"/>
          </w:p>
        </w:tc>
        <w:tc>
          <w:tcPr>
            <w:tcW w:w="0" w:type="auto"/>
            <w:hideMark/>
          </w:tcPr>
          <w:p w14:paraId="40C7DFB9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EDE94FF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C06DDD7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5796" w14:paraId="0B63A0E3" w14:textId="77777777" w:rsidTr="00A979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7726FF" w14:textId="77777777" w:rsidR="00365796" w:rsidRDefault="00365796">
            <w:pPr>
              <w:jc w:val="center"/>
            </w:pPr>
            <w:r>
              <w:t>52</w:t>
            </w:r>
          </w:p>
        </w:tc>
        <w:tc>
          <w:tcPr>
            <w:tcW w:w="0" w:type="auto"/>
            <w:hideMark/>
          </w:tcPr>
          <w:p w14:paraId="1D1FDB55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A2E056C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292ED42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9A4BB77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FB8B0CE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46588" w14:paraId="1751E657" w14:textId="77777777" w:rsidTr="00E46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081FD3F9" w14:textId="77777777" w:rsidR="00E46588" w:rsidRDefault="00E46588">
            <w:pPr>
              <w:jc w:val="center"/>
            </w:pPr>
            <w:r>
              <w:t>53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781FD86" w14:textId="0A230894" w:rsidR="00E46588" w:rsidRDefault="00E465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Camp</w:t>
            </w:r>
          </w:p>
          <w:p w14:paraId="4813B114" w14:textId="568276AB" w:rsidR="00E46588" w:rsidRDefault="00E465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5CD311FE" w14:textId="5F733B9F" w:rsidR="00E46588" w:rsidRDefault="00E46588" w:rsidP="00830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28-30 </w:t>
            </w:r>
            <w:proofErr w:type="spellStart"/>
            <w:r>
              <w:rPr>
                <w:color w:val="000000"/>
              </w:rPr>
              <w:t>december</w:t>
            </w:r>
            <w:proofErr w:type="spellEnd"/>
          </w:p>
          <w:p w14:paraId="367D19E4" w14:textId="0AC407C8" w:rsidR="00E46588" w:rsidRPr="008304B4" w:rsidRDefault="00E46588" w:rsidP="00830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"/>
                <w:lang w:val="sv-SE" w:eastAsia="sv-SE"/>
                <w14:ligatures w14:val="standardContextua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6F32B4F0" w14:textId="0F80C9A9" w:rsidR="00E46588" w:rsidRDefault="00E465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Måndag-onsdag</w:t>
            </w:r>
            <w:proofErr w:type="spellEnd"/>
            <w:r>
              <w:t xml:space="preserve"> 8-16?</w:t>
            </w:r>
          </w:p>
          <w:p w14:paraId="7857208F" w14:textId="11F1752D" w:rsidR="00E46588" w:rsidRDefault="00E465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4188FAE5" w14:textId="77777777" w:rsidR="00E46588" w:rsidRDefault="00E465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3F0E013A" w14:textId="77777777" w:rsidR="00E46588" w:rsidRDefault="00E465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6588" w14:paraId="23857357" w14:textId="77777777" w:rsidTr="00E46588">
        <w:trPr>
          <w:trHeight w:val="7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7684A899" w14:textId="77777777" w:rsidR="00E46588" w:rsidRDefault="00E4658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3D05EEA" w14:textId="77777777" w:rsidR="00E46588" w:rsidRDefault="00E46588" w:rsidP="00E465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Nyårsåket</w:t>
            </w:r>
            <w:proofErr w:type="spellEnd"/>
            <w:r>
              <w:t xml:space="preserve"> – </w:t>
            </w:r>
            <w:proofErr w:type="spellStart"/>
            <w:r>
              <w:t>uthyrning</w:t>
            </w:r>
            <w:proofErr w:type="spellEnd"/>
            <w:r>
              <w:t xml:space="preserve"> och </w:t>
            </w:r>
            <w:proofErr w:type="spellStart"/>
            <w:r>
              <w:t>slipning</w:t>
            </w:r>
            <w:proofErr w:type="spellEnd"/>
            <w:r>
              <w:t xml:space="preserve"> av </w:t>
            </w:r>
            <w:proofErr w:type="spellStart"/>
            <w:r>
              <w:t>skridskor</w:t>
            </w:r>
            <w:proofErr w:type="spellEnd"/>
          </w:p>
          <w:p w14:paraId="5A44F914" w14:textId="1A81A3A4" w:rsidR="00E46588" w:rsidRDefault="00E46588" w:rsidP="00E465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3146C14" w14:textId="77777777" w:rsidR="00E46588" w:rsidRDefault="00E46588" w:rsidP="008304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 xml:space="preserve">31 </w:t>
            </w:r>
            <w:proofErr w:type="spellStart"/>
            <w:r>
              <w:rPr>
                <w:color w:val="000000"/>
              </w:rPr>
              <w:t>december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182FFC0" w14:textId="77777777" w:rsidR="00E46588" w:rsidRDefault="00E46588" w:rsidP="00E465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Torsdag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99A4356" w14:textId="77777777" w:rsidR="00E46588" w:rsidRDefault="00E465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E162B3C" w14:textId="77777777" w:rsidR="00E46588" w:rsidRDefault="00E465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46588" w14:paraId="384321F3" w14:textId="77777777" w:rsidTr="00E465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6503436D" w14:textId="77777777" w:rsidR="00E46588" w:rsidRDefault="00E4658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93E8B28" w14:textId="38EAF11F" w:rsidR="00E46588" w:rsidRDefault="00E46588" w:rsidP="00E465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Hockeyskoj</w:t>
            </w:r>
            <w:proofErr w:type="spellEnd"/>
            <w:r>
              <w:t>/</w:t>
            </w:r>
            <w:proofErr w:type="spellStart"/>
            <w:r>
              <w:t>Matchcamp</w:t>
            </w:r>
            <w:proofErr w:type="spellEnd"/>
            <w:r>
              <w:t>?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F6D6035" w14:textId="77777777" w:rsidR="00E46588" w:rsidRDefault="00E46588" w:rsidP="008304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210D9ED" w14:textId="77777777" w:rsidR="00E46588" w:rsidRDefault="00E46588" w:rsidP="00E465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B85188F" w14:textId="77777777" w:rsidR="00E46588" w:rsidRDefault="00E465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C0C2062" w14:textId="77777777" w:rsidR="00E46588" w:rsidRDefault="00E465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5796" w14:paraId="276FEB23" w14:textId="77777777" w:rsidTr="00A979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FE4A08" w14:textId="77777777" w:rsidR="00365796" w:rsidRDefault="00365796">
            <w:pPr>
              <w:jc w:val="center"/>
            </w:pPr>
            <w:r>
              <w:t>1</w:t>
            </w:r>
          </w:p>
        </w:tc>
        <w:tc>
          <w:tcPr>
            <w:tcW w:w="0" w:type="auto"/>
            <w:hideMark/>
          </w:tcPr>
          <w:p w14:paraId="256AF81D" w14:textId="58F81EB9" w:rsidR="00365796" w:rsidRDefault="00E465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Hockeyskoj</w:t>
            </w:r>
            <w:proofErr w:type="spellEnd"/>
            <w:r>
              <w:t>/</w:t>
            </w:r>
            <w:proofErr w:type="spellStart"/>
            <w:r>
              <w:t>Matchcamp</w:t>
            </w:r>
            <w:proofErr w:type="spellEnd"/>
            <w:r>
              <w:t>?</w:t>
            </w:r>
          </w:p>
        </w:tc>
        <w:tc>
          <w:tcPr>
            <w:tcW w:w="0" w:type="auto"/>
            <w:hideMark/>
          </w:tcPr>
          <w:p w14:paraId="13BD36E5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CEFB82C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37946AC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E993AC2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5796" w14:paraId="376E1CBD" w14:textId="77777777" w:rsidTr="00A97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9C5C35" w14:textId="77777777" w:rsidR="00365796" w:rsidRDefault="00365796">
            <w:pPr>
              <w:jc w:val="center"/>
            </w:pPr>
            <w:r>
              <w:t>2</w:t>
            </w:r>
          </w:p>
        </w:tc>
        <w:tc>
          <w:tcPr>
            <w:tcW w:w="0" w:type="auto"/>
            <w:hideMark/>
          </w:tcPr>
          <w:p w14:paraId="088A2377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67F4746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BDE275D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498F9F2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BB9869E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5796" w14:paraId="6AE27C8D" w14:textId="77777777" w:rsidTr="00A979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514120" w14:textId="77777777" w:rsidR="00365796" w:rsidRDefault="00365796">
            <w:pPr>
              <w:jc w:val="center"/>
            </w:pPr>
            <w:r>
              <w:t>3</w:t>
            </w:r>
          </w:p>
        </w:tc>
        <w:tc>
          <w:tcPr>
            <w:tcW w:w="0" w:type="auto"/>
            <w:hideMark/>
          </w:tcPr>
          <w:p w14:paraId="463C2085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BB87B7E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F6636D6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F529412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E0758B2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5796" w14:paraId="4D76D87D" w14:textId="77777777" w:rsidTr="00A97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D12FE7" w14:textId="77777777" w:rsidR="00365796" w:rsidRDefault="00365796">
            <w:pPr>
              <w:jc w:val="center"/>
            </w:pPr>
            <w:r>
              <w:t>4</w:t>
            </w:r>
          </w:p>
        </w:tc>
        <w:tc>
          <w:tcPr>
            <w:tcW w:w="0" w:type="auto"/>
            <w:hideMark/>
          </w:tcPr>
          <w:p w14:paraId="2D275C01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A0156D9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06D9D6D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83D02DE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7A3AED5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5796" w14:paraId="7D8A9C97" w14:textId="77777777" w:rsidTr="00A979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5C10F5" w14:textId="77777777" w:rsidR="00365796" w:rsidRDefault="00365796">
            <w:pPr>
              <w:jc w:val="center"/>
            </w:pPr>
            <w:r>
              <w:t>5</w:t>
            </w:r>
          </w:p>
        </w:tc>
        <w:tc>
          <w:tcPr>
            <w:tcW w:w="0" w:type="auto"/>
            <w:hideMark/>
          </w:tcPr>
          <w:p w14:paraId="5E036B8E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4421DA6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77834D5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98FACD1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7E594CF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5796" w14:paraId="565BA2D7" w14:textId="77777777" w:rsidTr="00A97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A6536D" w14:textId="77777777" w:rsidR="00365796" w:rsidRDefault="00365796">
            <w:pPr>
              <w:jc w:val="center"/>
            </w:pPr>
            <w:r>
              <w:t>6</w:t>
            </w:r>
          </w:p>
        </w:tc>
        <w:tc>
          <w:tcPr>
            <w:tcW w:w="0" w:type="auto"/>
            <w:hideMark/>
          </w:tcPr>
          <w:p w14:paraId="0CDB5F22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6DD495B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2541622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EE1C34E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60E86F0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5796" w14:paraId="14A0B182" w14:textId="77777777" w:rsidTr="00A979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830366" w14:textId="77777777" w:rsidR="00365796" w:rsidRDefault="00365796">
            <w:pPr>
              <w:jc w:val="center"/>
            </w:pPr>
            <w:r>
              <w:t>7</w:t>
            </w:r>
          </w:p>
        </w:tc>
        <w:tc>
          <w:tcPr>
            <w:tcW w:w="0" w:type="auto"/>
            <w:hideMark/>
          </w:tcPr>
          <w:p w14:paraId="01262C1C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Sportlovsdisco</w:t>
            </w:r>
            <w:proofErr w:type="spellEnd"/>
          </w:p>
        </w:tc>
        <w:tc>
          <w:tcPr>
            <w:tcW w:w="0" w:type="auto"/>
            <w:hideMark/>
          </w:tcPr>
          <w:p w14:paraId="3076EFA9" w14:textId="130BAAED" w:rsidR="00365796" w:rsidRPr="00876DBB" w:rsidRDefault="00000000" w:rsidP="00876D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lang w:val="sv-SE" w:eastAsia="sv-SE"/>
                <w14:ligatures w14:val="standardContextual"/>
              </w:rPr>
            </w:pPr>
            <w:r>
              <w:t xml:space="preserve">19 </w:t>
            </w:r>
            <w:proofErr w:type="spellStart"/>
            <w:r>
              <w:t>februari</w:t>
            </w:r>
            <w:proofErr w:type="spellEnd"/>
          </w:p>
        </w:tc>
        <w:tc>
          <w:tcPr>
            <w:tcW w:w="0" w:type="auto"/>
            <w:hideMark/>
          </w:tcPr>
          <w:p w14:paraId="5DD4F6CB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Kl. 17–18 (5–7 </w:t>
            </w:r>
            <w:proofErr w:type="spellStart"/>
            <w:r>
              <w:t>år</w:t>
            </w:r>
            <w:proofErr w:type="spellEnd"/>
            <w:r>
              <w:t xml:space="preserve">), kl. 18.15–19.15 (8–10 </w:t>
            </w:r>
            <w:proofErr w:type="spellStart"/>
            <w:r>
              <w:t>år</w:t>
            </w:r>
            <w:proofErr w:type="spellEnd"/>
            <w:r>
              <w:t xml:space="preserve">), kl. 19.30–20.30 (11–13 </w:t>
            </w:r>
            <w:proofErr w:type="spellStart"/>
            <w:r>
              <w:t>år</w:t>
            </w:r>
            <w:proofErr w:type="spellEnd"/>
            <w:r>
              <w:t>).</w:t>
            </w:r>
          </w:p>
        </w:tc>
        <w:tc>
          <w:tcPr>
            <w:tcW w:w="0" w:type="auto"/>
            <w:hideMark/>
          </w:tcPr>
          <w:p w14:paraId="4E0CAB44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71325DF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5796" w14:paraId="7F51081D" w14:textId="77777777" w:rsidTr="00A97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3C6855D" w14:textId="77777777" w:rsidR="00365796" w:rsidRDefault="00365796">
            <w:pPr>
              <w:jc w:val="center"/>
            </w:pPr>
            <w:r>
              <w:t>8</w:t>
            </w:r>
          </w:p>
        </w:tc>
        <w:tc>
          <w:tcPr>
            <w:tcW w:w="0" w:type="auto"/>
            <w:hideMark/>
          </w:tcPr>
          <w:p w14:paraId="21F74962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Sportlovscamp</w:t>
            </w:r>
            <w:proofErr w:type="spellEnd"/>
            <w:r>
              <w:t xml:space="preserve"> (3 </w:t>
            </w:r>
            <w:proofErr w:type="spellStart"/>
            <w:r>
              <w:t>dagar</w:t>
            </w:r>
            <w:proofErr w:type="spellEnd"/>
            <w:r>
              <w:t>), lag 13–18</w:t>
            </w:r>
          </w:p>
        </w:tc>
        <w:tc>
          <w:tcPr>
            <w:tcW w:w="0" w:type="auto"/>
            <w:hideMark/>
          </w:tcPr>
          <w:p w14:paraId="26C6ED2D" w14:textId="4148562B" w:rsidR="00365796" w:rsidRPr="004977AA" w:rsidRDefault="00000000" w:rsidP="004977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2"/>
                <w:lang w:val="sv-SE" w:eastAsia="sv-SE"/>
                <w14:ligatures w14:val="standardContextual"/>
              </w:rPr>
            </w:pPr>
            <w:r>
              <w:rPr>
                <w:color w:val="000000"/>
              </w:rPr>
              <w:t xml:space="preserve">22–24 </w:t>
            </w:r>
            <w:proofErr w:type="spellStart"/>
            <w:r>
              <w:rPr>
                <w:color w:val="000000"/>
              </w:rPr>
              <w:t>februari</w:t>
            </w:r>
            <w:proofErr w:type="spellEnd"/>
          </w:p>
        </w:tc>
        <w:tc>
          <w:tcPr>
            <w:tcW w:w="0" w:type="auto"/>
            <w:hideMark/>
          </w:tcPr>
          <w:p w14:paraId="38859025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6F7A924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620B1C8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5796" w14:paraId="0081B9A2" w14:textId="77777777" w:rsidTr="00A979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B14528" w14:textId="77777777" w:rsidR="00365796" w:rsidRDefault="00365796">
            <w:pPr>
              <w:jc w:val="center"/>
            </w:pPr>
            <w:r>
              <w:t>9</w:t>
            </w:r>
          </w:p>
        </w:tc>
        <w:tc>
          <w:tcPr>
            <w:tcW w:w="0" w:type="auto"/>
            <w:hideMark/>
          </w:tcPr>
          <w:p w14:paraId="45B6FCDA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80F1190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521770A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FE0772D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148CA33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5796" w14:paraId="4FC395E7" w14:textId="77777777" w:rsidTr="00A97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BB2AAF" w14:textId="77777777" w:rsidR="00365796" w:rsidRDefault="00365796">
            <w:pPr>
              <w:jc w:val="center"/>
            </w:pPr>
            <w:r>
              <w:t>10</w:t>
            </w:r>
          </w:p>
        </w:tc>
        <w:tc>
          <w:tcPr>
            <w:tcW w:w="0" w:type="auto"/>
            <w:hideMark/>
          </w:tcPr>
          <w:p w14:paraId="26614335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C5C201B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54897D1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CF513A6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0FFC8B4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5796" w14:paraId="2A4CF6DF" w14:textId="77777777" w:rsidTr="00A979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5AAA11" w14:textId="77777777" w:rsidR="00365796" w:rsidRDefault="00365796">
            <w:pPr>
              <w:jc w:val="center"/>
            </w:pPr>
            <w:r>
              <w:t>11</w:t>
            </w:r>
          </w:p>
        </w:tc>
        <w:tc>
          <w:tcPr>
            <w:tcW w:w="0" w:type="auto"/>
            <w:hideMark/>
          </w:tcPr>
          <w:p w14:paraId="3A3B1E46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90543F1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A0C263B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F236952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C8C37FE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5796" w14:paraId="3DF60290" w14:textId="77777777" w:rsidTr="00A97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A79C8E" w14:textId="77777777" w:rsidR="00365796" w:rsidRDefault="00365796">
            <w:pPr>
              <w:jc w:val="center"/>
            </w:pPr>
            <w:r>
              <w:t>12</w:t>
            </w:r>
          </w:p>
        </w:tc>
        <w:tc>
          <w:tcPr>
            <w:tcW w:w="0" w:type="auto"/>
            <w:hideMark/>
          </w:tcPr>
          <w:p w14:paraId="6A2DE1BA" w14:textId="5799E11E" w:rsidR="00365796" w:rsidRDefault="006342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U11</w:t>
            </w:r>
          </w:p>
        </w:tc>
        <w:tc>
          <w:tcPr>
            <w:tcW w:w="0" w:type="auto"/>
            <w:hideMark/>
          </w:tcPr>
          <w:p w14:paraId="7D399D38" w14:textId="443C7803" w:rsidR="00365796" w:rsidRDefault="006342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27/3</w:t>
            </w:r>
          </w:p>
        </w:tc>
        <w:tc>
          <w:tcPr>
            <w:tcW w:w="0" w:type="auto"/>
            <w:hideMark/>
          </w:tcPr>
          <w:p w14:paraId="265168D4" w14:textId="07C35450" w:rsidR="00365796" w:rsidRDefault="006342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Lördag</w:t>
            </w:r>
            <w:proofErr w:type="spellEnd"/>
            <w:r>
              <w:t xml:space="preserve"> 8-18</w:t>
            </w:r>
          </w:p>
        </w:tc>
        <w:tc>
          <w:tcPr>
            <w:tcW w:w="0" w:type="auto"/>
            <w:hideMark/>
          </w:tcPr>
          <w:p w14:paraId="1C2F4DAE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DC3DCAF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3424C" w14:paraId="588235DF" w14:textId="77777777" w:rsidTr="006342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21CD11C0" w14:textId="77777777" w:rsidR="0063424C" w:rsidRDefault="0063424C">
            <w:pPr>
              <w:jc w:val="center"/>
            </w:pPr>
            <w:r>
              <w:t>13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532EB882" w14:textId="6AF82867" w:rsidR="0063424C" w:rsidRDefault="006342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42693130" w14:textId="4EE748C2" w:rsidR="0063424C" w:rsidRDefault="006342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3/4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5890CFBC" w14:textId="46283D9F" w:rsidR="0063424C" w:rsidRDefault="006342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Lördag</w:t>
            </w:r>
            <w:proofErr w:type="spellEnd"/>
            <w:r>
              <w:t xml:space="preserve"> 8-18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467E3C35" w14:textId="77777777" w:rsidR="0063424C" w:rsidRDefault="006342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73D8A015" w14:textId="77777777" w:rsidR="0063424C" w:rsidRDefault="006342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3424C" w14:paraId="3E41B400" w14:textId="77777777" w:rsidTr="00634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7BA7334B" w14:textId="77777777" w:rsidR="0063424C" w:rsidRDefault="0063424C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867B097" w14:textId="45639D63" w:rsidR="0063424C" w:rsidRDefault="0063424C" w:rsidP="006342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CEE83DF" w14:textId="62340167" w:rsidR="0063424C" w:rsidRDefault="006342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4/4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545D4E3" w14:textId="1C221F6F" w:rsidR="0063424C" w:rsidRDefault="006342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Söndag</w:t>
            </w:r>
            <w:proofErr w:type="spellEnd"/>
            <w:r>
              <w:t xml:space="preserve"> 8-18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304B7E5" w14:textId="77777777" w:rsidR="0063424C" w:rsidRDefault="006342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70FA535" w14:textId="77777777" w:rsidR="0063424C" w:rsidRDefault="006342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5796" w14:paraId="59CE2270" w14:textId="77777777" w:rsidTr="00A979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165989C0" w14:textId="77777777" w:rsidR="00365796" w:rsidRDefault="00365796">
            <w:pPr>
              <w:jc w:val="center"/>
            </w:pPr>
            <w:r>
              <w:t>14</w:t>
            </w:r>
          </w:p>
        </w:tc>
        <w:tc>
          <w:tcPr>
            <w:tcW w:w="0" w:type="auto"/>
            <w:hideMark/>
          </w:tcPr>
          <w:p w14:paraId="04064725" w14:textId="17B5C030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Cup U12</w:t>
            </w:r>
            <w:r w:rsidR="003C15ED">
              <w:t xml:space="preserve"> (JYP)</w:t>
            </w:r>
          </w:p>
        </w:tc>
        <w:tc>
          <w:tcPr>
            <w:tcW w:w="0" w:type="auto"/>
            <w:hideMark/>
          </w:tcPr>
          <w:p w14:paraId="7FE41959" w14:textId="233F32B2" w:rsidR="00365796" w:rsidRPr="00F927DD" w:rsidRDefault="00000000" w:rsidP="00F927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lang w:val="sv-SE" w:eastAsia="sv-SE"/>
                <w14:ligatures w14:val="standardContextual"/>
              </w:rPr>
            </w:pPr>
            <w:r>
              <w:rPr>
                <w:color w:val="000000"/>
              </w:rPr>
              <w:t xml:space="preserve">9–11 </w:t>
            </w:r>
            <w:proofErr w:type="spellStart"/>
            <w:r>
              <w:rPr>
                <w:color w:val="000000"/>
              </w:rPr>
              <w:t>april</w:t>
            </w:r>
            <w:proofErr w:type="spellEnd"/>
          </w:p>
        </w:tc>
        <w:tc>
          <w:tcPr>
            <w:tcW w:w="0" w:type="auto"/>
            <w:hideMark/>
          </w:tcPr>
          <w:p w14:paraId="6CAD7366" w14:textId="18BE330F" w:rsidR="00365796" w:rsidRDefault="006342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Fredag-Söndag</w:t>
            </w:r>
            <w:proofErr w:type="spellEnd"/>
          </w:p>
        </w:tc>
        <w:tc>
          <w:tcPr>
            <w:tcW w:w="0" w:type="auto"/>
            <w:hideMark/>
          </w:tcPr>
          <w:p w14:paraId="55310ADC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57A8F09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5796" w14:paraId="019BD87A" w14:textId="77777777" w:rsidTr="00A97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540BF82E" w14:textId="77777777" w:rsidR="00365796" w:rsidRDefault="00365796">
            <w:pPr>
              <w:spacing w:line="278" w:lineRule="auto"/>
              <w:rPr>
                <w:rFonts w:ascii="Cambria" w:hAnsi="Cambria" w:cs="Times New Roman"/>
              </w:rPr>
            </w:pPr>
          </w:p>
        </w:tc>
        <w:tc>
          <w:tcPr>
            <w:tcW w:w="0" w:type="auto"/>
            <w:hideMark/>
          </w:tcPr>
          <w:p w14:paraId="6A3CE037" w14:textId="4CAD61A2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C728036" w14:textId="223ED58A" w:rsidR="00365796" w:rsidRDefault="00365796" w:rsidP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FAD767B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CA6FE84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D7EB968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5796" w14:paraId="0FDD0FBE" w14:textId="77777777" w:rsidTr="00A979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14:paraId="52CC6004" w14:textId="77777777" w:rsidR="00365796" w:rsidRDefault="00365796">
            <w:pPr>
              <w:jc w:val="center"/>
            </w:pPr>
            <w:r>
              <w:t>15</w:t>
            </w:r>
          </w:p>
        </w:tc>
        <w:tc>
          <w:tcPr>
            <w:tcW w:w="0" w:type="auto"/>
            <w:hideMark/>
          </w:tcPr>
          <w:p w14:paraId="058C4CEE" w14:textId="49FA1ED9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26FEC5F" w14:textId="66F14D65" w:rsidR="00365796" w:rsidRDefault="00365796" w:rsidP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ACBF544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D8D1C2E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97EC874" w14:textId="5E639CAB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5796" w14:paraId="3C0CE172" w14:textId="77777777" w:rsidTr="00A97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2EB19A68" w14:textId="77777777" w:rsidR="00365796" w:rsidRDefault="00365796">
            <w:pPr>
              <w:spacing w:line="278" w:lineRule="auto"/>
              <w:rPr>
                <w:rFonts w:ascii="Cambria" w:hAnsi="Cambria" w:cs="Times New Roman"/>
              </w:rPr>
            </w:pPr>
          </w:p>
        </w:tc>
        <w:tc>
          <w:tcPr>
            <w:tcW w:w="0" w:type="auto"/>
            <w:hideMark/>
          </w:tcPr>
          <w:p w14:paraId="6E7D4BF7" w14:textId="4E978A85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7D827CF" w14:textId="1EC19240" w:rsidR="00365796" w:rsidRDefault="003657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A7C0B64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3CDB0FB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50B42C2" w14:textId="1A70501E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5796" w14:paraId="57E37940" w14:textId="77777777" w:rsidTr="00A979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31AB81" w14:textId="77777777" w:rsidR="00365796" w:rsidRDefault="00365796">
            <w:pPr>
              <w:jc w:val="center"/>
            </w:pPr>
            <w:r>
              <w:t>16</w:t>
            </w:r>
          </w:p>
        </w:tc>
        <w:tc>
          <w:tcPr>
            <w:tcW w:w="0" w:type="auto"/>
            <w:hideMark/>
          </w:tcPr>
          <w:p w14:paraId="6D8D4C93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Loppis</w:t>
            </w:r>
            <w:proofErr w:type="spellEnd"/>
          </w:p>
        </w:tc>
        <w:tc>
          <w:tcPr>
            <w:tcW w:w="0" w:type="auto"/>
            <w:hideMark/>
          </w:tcPr>
          <w:p w14:paraId="60BFA600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3503EEB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88A8CF2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64DF601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65796" w14:paraId="3F3A8916" w14:textId="77777777" w:rsidTr="00A979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AF73E0" w14:textId="77777777" w:rsidR="00365796" w:rsidRDefault="00365796">
            <w:pPr>
              <w:jc w:val="center"/>
            </w:pPr>
            <w:r>
              <w:t>17</w:t>
            </w:r>
          </w:p>
        </w:tc>
        <w:tc>
          <w:tcPr>
            <w:tcW w:w="0" w:type="auto"/>
            <w:hideMark/>
          </w:tcPr>
          <w:p w14:paraId="01FD3A3C" w14:textId="11940E0B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Loppis</w:t>
            </w:r>
            <w:proofErr w:type="spellEnd"/>
            <w:r w:rsidR="002066E1">
              <w:t>?</w:t>
            </w:r>
          </w:p>
        </w:tc>
        <w:tc>
          <w:tcPr>
            <w:tcW w:w="0" w:type="auto"/>
            <w:hideMark/>
          </w:tcPr>
          <w:p w14:paraId="6AAFCBD0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52AD75C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794CB61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24AEB87" w14:textId="77777777" w:rsidR="00365796" w:rsidRDefault="003657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65796" w14:paraId="26FC167E" w14:textId="77777777" w:rsidTr="00A979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A9F253" w14:textId="77777777" w:rsidR="00365796" w:rsidRDefault="00365796">
            <w:pPr>
              <w:jc w:val="center"/>
            </w:pPr>
            <w:r>
              <w:t>18</w:t>
            </w:r>
          </w:p>
        </w:tc>
        <w:tc>
          <w:tcPr>
            <w:tcW w:w="0" w:type="auto"/>
            <w:hideMark/>
          </w:tcPr>
          <w:p w14:paraId="69C2321E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A098C2D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B538E0A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F7CDA7F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3D6EAD7" w14:textId="77777777" w:rsidR="00365796" w:rsidRDefault="003657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56E3211" w14:textId="77777777" w:rsidR="002B5903" w:rsidRDefault="002B5903">
      <w:pPr>
        <w:pStyle w:val="Rubrik1"/>
      </w:pPr>
      <w:r>
        <w:br/>
      </w:r>
    </w:p>
    <w:p w14:paraId="63F3E9BD" w14:textId="77777777" w:rsidR="002B5903" w:rsidRDefault="002B5903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51377464" w14:textId="2F83878D" w:rsidR="00A9796B" w:rsidRDefault="00A9796B">
      <w:pPr>
        <w:pStyle w:val="Rubrik1"/>
        <w:rPr>
          <w:kern w:val="36"/>
          <w:lang w:val="sv-SE" w:eastAsia="sv-SE"/>
          <w14:ligatures w14:val="standardContextual"/>
        </w:rPr>
      </w:pPr>
      <w:proofErr w:type="spellStart"/>
      <w:r>
        <w:lastRenderedPageBreak/>
        <w:t>Säsongsplanering</w:t>
      </w:r>
      <w:proofErr w:type="spellEnd"/>
      <w:r>
        <w:t xml:space="preserve"> 2027/2028</w:t>
      </w:r>
    </w:p>
    <w:tbl>
      <w:tblPr>
        <w:tblStyle w:val="Rutntstabell4dekorfrg1"/>
        <w:tblW w:w="5000" w:type="pct"/>
        <w:tblLook w:val="04A0" w:firstRow="1" w:lastRow="0" w:firstColumn="1" w:lastColumn="0" w:noHBand="0" w:noVBand="1"/>
      </w:tblPr>
      <w:tblGrid>
        <w:gridCol w:w="855"/>
        <w:gridCol w:w="3058"/>
        <w:gridCol w:w="1712"/>
        <w:gridCol w:w="3669"/>
        <w:gridCol w:w="1468"/>
        <w:gridCol w:w="1468"/>
      </w:tblGrid>
      <w:tr w:rsidR="00A9796B" w14:paraId="5B16827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" w:type="pct"/>
            <w:shd w:val="clear" w:color="auto" w:fill="1F4E78"/>
            <w:hideMark/>
          </w:tcPr>
          <w:p w14:paraId="09212CD3" w14:textId="77777777" w:rsidR="00A9796B" w:rsidRDefault="00A9796B">
            <w:pPr>
              <w:jc w:val="center"/>
              <w:rPr>
                <w:color w:val="FFFFFF"/>
                <w:kern w:val="2"/>
                <w:lang w:val="sv-SE" w:eastAsia="sv-SE"/>
                <w14:ligatures w14:val="standardContextual"/>
              </w:rPr>
            </w:pPr>
            <w:proofErr w:type="spellStart"/>
            <w:r>
              <w:rPr>
                <w:color w:val="FFFFFF"/>
              </w:rPr>
              <w:t>Vecka</w:t>
            </w:r>
            <w:proofErr w:type="spellEnd"/>
          </w:p>
        </w:tc>
        <w:tc>
          <w:tcPr>
            <w:tcW w:w="1250" w:type="pct"/>
            <w:shd w:val="clear" w:color="auto" w:fill="1F4E78"/>
            <w:hideMark/>
          </w:tcPr>
          <w:p w14:paraId="58C152FF" w14:textId="77777777" w:rsidR="00A9796B" w:rsidRDefault="00A979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</w:rPr>
              <w:t>Cuper/</w:t>
            </w:r>
            <w:proofErr w:type="spellStart"/>
            <w:r>
              <w:rPr>
                <w:color w:val="FFFFFF"/>
              </w:rPr>
              <w:t>Evenemang</w:t>
            </w:r>
            <w:proofErr w:type="spellEnd"/>
          </w:p>
        </w:tc>
        <w:tc>
          <w:tcPr>
            <w:tcW w:w="700" w:type="pct"/>
            <w:shd w:val="clear" w:color="auto" w:fill="1F4E78"/>
            <w:hideMark/>
          </w:tcPr>
          <w:p w14:paraId="0B99F142" w14:textId="77777777" w:rsidR="00A9796B" w:rsidRDefault="00A979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</w:rPr>
              <w:t>Datum</w:t>
            </w:r>
          </w:p>
        </w:tc>
        <w:tc>
          <w:tcPr>
            <w:tcW w:w="1500" w:type="pct"/>
            <w:shd w:val="clear" w:color="auto" w:fill="1F4E78"/>
            <w:hideMark/>
          </w:tcPr>
          <w:p w14:paraId="2BC924AE" w14:textId="77777777" w:rsidR="00A9796B" w:rsidRDefault="00A979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proofErr w:type="spellStart"/>
            <w:r>
              <w:rPr>
                <w:color w:val="FFFFFF"/>
              </w:rPr>
              <w:t>Tider</w:t>
            </w:r>
            <w:proofErr w:type="spellEnd"/>
            <w:r>
              <w:rPr>
                <w:color w:val="FFFFFF"/>
              </w:rPr>
              <w:t xml:space="preserve"> och </w:t>
            </w:r>
            <w:proofErr w:type="spellStart"/>
            <w:r>
              <w:rPr>
                <w:color w:val="FFFFFF"/>
              </w:rPr>
              <w:t>anteckningar</w:t>
            </w:r>
            <w:proofErr w:type="spellEnd"/>
          </w:p>
        </w:tc>
        <w:tc>
          <w:tcPr>
            <w:tcW w:w="600" w:type="pct"/>
            <w:shd w:val="clear" w:color="auto" w:fill="1F4E78"/>
            <w:hideMark/>
          </w:tcPr>
          <w:p w14:paraId="5E90E76C" w14:textId="77777777" w:rsidR="00A9796B" w:rsidRDefault="00A979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proofErr w:type="spellStart"/>
            <w:r>
              <w:rPr>
                <w:color w:val="FFFFFF"/>
              </w:rPr>
              <w:t>Ansvarig</w:t>
            </w:r>
            <w:proofErr w:type="spellEnd"/>
          </w:p>
        </w:tc>
        <w:tc>
          <w:tcPr>
            <w:tcW w:w="600" w:type="pct"/>
            <w:shd w:val="clear" w:color="auto" w:fill="1F4E78"/>
            <w:hideMark/>
          </w:tcPr>
          <w:p w14:paraId="780B0D9F" w14:textId="77777777" w:rsidR="00A9796B" w:rsidRDefault="00A979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/>
              </w:rPr>
            </w:pPr>
            <w:r>
              <w:rPr>
                <w:color w:val="FFFFFF"/>
              </w:rPr>
              <w:t>Status</w:t>
            </w:r>
          </w:p>
        </w:tc>
      </w:tr>
      <w:tr w:rsidR="00A9796B" w14:paraId="414C259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09984396" w14:textId="77777777" w:rsidR="00A9796B" w:rsidRDefault="00A9796B">
            <w:pPr>
              <w:jc w:val="center"/>
            </w:pPr>
            <w:r>
              <w:t>32</w:t>
            </w:r>
          </w:p>
        </w:tc>
        <w:tc>
          <w:tcPr>
            <w:tcW w:w="0" w:type="auto"/>
            <w:shd w:val="clear" w:color="auto" w:fill="D9EAF7"/>
            <w:hideMark/>
          </w:tcPr>
          <w:p w14:paraId="31658CFD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1FDE81EE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362B4DE5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36581A24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6CEFA9A6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796B" w14:paraId="64A3FDF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4AD511" w14:textId="77777777" w:rsidR="00A9796B" w:rsidRDefault="00A9796B">
            <w:pPr>
              <w:jc w:val="center"/>
            </w:pPr>
            <w:r>
              <w:t>33</w:t>
            </w:r>
          </w:p>
        </w:tc>
        <w:tc>
          <w:tcPr>
            <w:tcW w:w="0" w:type="auto"/>
            <w:hideMark/>
          </w:tcPr>
          <w:p w14:paraId="4EDCC464" w14:textId="2EA8B27F" w:rsidR="00A9796B" w:rsidRDefault="003C15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A-</w:t>
            </w:r>
            <w:proofErr w:type="spellStart"/>
            <w:r>
              <w:t>pojk</w:t>
            </w:r>
            <w:proofErr w:type="spellEnd"/>
          </w:p>
        </w:tc>
        <w:tc>
          <w:tcPr>
            <w:tcW w:w="0" w:type="auto"/>
            <w:hideMark/>
          </w:tcPr>
          <w:p w14:paraId="06671AA8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C7648D7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0D54795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127F30D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96B" w14:paraId="1850DC9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0253723C" w14:textId="77777777" w:rsidR="00A9796B" w:rsidRDefault="00A9796B">
            <w:pPr>
              <w:jc w:val="center"/>
            </w:pPr>
            <w:r>
              <w:t>34</w:t>
            </w:r>
          </w:p>
        </w:tc>
        <w:tc>
          <w:tcPr>
            <w:tcW w:w="0" w:type="auto"/>
            <w:shd w:val="clear" w:color="auto" w:fill="D9EAF7"/>
            <w:hideMark/>
          </w:tcPr>
          <w:p w14:paraId="5652186D" w14:textId="27B6F5F0" w:rsidR="00A9796B" w:rsidRDefault="003C15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U14</w:t>
            </w:r>
          </w:p>
        </w:tc>
        <w:tc>
          <w:tcPr>
            <w:tcW w:w="0" w:type="auto"/>
            <w:shd w:val="clear" w:color="auto" w:fill="D9EAF7"/>
            <w:hideMark/>
          </w:tcPr>
          <w:p w14:paraId="267FE305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133503FF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73E7048E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00A6C143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796B" w14:paraId="2A5336E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2C527E" w14:textId="77777777" w:rsidR="00A9796B" w:rsidRDefault="00A9796B">
            <w:pPr>
              <w:jc w:val="center"/>
            </w:pPr>
            <w:r>
              <w:t>35</w:t>
            </w:r>
          </w:p>
        </w:tc>
        <w:tc>
          <w:tcPr>
            <w:tcW w:w="0" w:type="auto"/>
            <w:hideMark/>
          </w:tcPr>
          <w:p w14:paraId="4C65A0D9" w14:textId="162C3CFF" w:rsidR="00A9796B" w:rsidRDefault="003C15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U13</w:t>
            </w:r>
          </w:p>
        </w:tc>
        <w:tc>
          <w:tcPr>
            <w:tcW w:w="0" w:type="auto"/>
            <w:hideMark/>
          </w:tcPr>
          <w:p w14:paraId="71D88ACF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B520935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5380036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06CD5CF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96B" w14:paraId="63AD7BC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556DE115" w14:textId="77777777" w:rsidR="00A9796B" w:rsidRDefault="00A9796B">
            <w:pPr>
              <w:jc w:val="center"/>
            </w:pPr>
            <w:r>
              <w:t>36</w:t>
            </w:r>
          </w:p>
        </w:tc>
        <w:tc>
          <w:tcPr>
            <w:tcW w:w="0" w:type="auto"/>
            <w:shd w:val="clear" w:color="auto" w:fill="D9EAF7"/>
            <w:hideMark/>
          </w:tcPr>
          <w:p w14:paraId="7360C010" w14:textId="079F96B6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61B5130E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7AA8F9FE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3F8B736B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63D7AA4F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796B" w14:paraId="7D0E1E2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7179E7" w14:textId="77777777" w:rsidR="00A9796B" w:rsidRDefault="00A9796B">
            <w:pPr>
              <w:jc w:val="center"/>
            </w:pPr>
            <w:r>
              <w:t>37</w:t>
            </w:r>
          </w:p>
        </w:tc>
        <w:tc>
          <w:tcPr>
            <w:tcW w:w="0" w:type="auto"/>
            <w:hideMark/>
          </w:tcPr>
          <w:p w14:paraId="495E3DC7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F74D13C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F8BD1BF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1FA7C41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17DAACB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96B" w14:paraId="4B42AB7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21A7103D" w14:textId="77777777" w:rsidR="00A9796B" w:rsidRDefault="00A9796B">
            <w:pPr>
              <w:jc w:val="center"/>
            </w:pPr>
            <w:r>
              <w:t>38</w:t>
            </w:r>
          </w:p>
        </w:tc>
        <w:tc>
          <w:tcPr>
            <w:tcW w:w="0" w:type="auto"/>
            <w:shd w:val="clear" w:color="auto" w:fill="D9EAF7"/>
            <w:hideMark/>
          </w:tcPr>
          <w:p w14:paraId="2126C0D0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66BFBE6E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64F97E1D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52681DEA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7F506BC0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796B" w14:paraId="2118963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B90B36" w14:textId="77777777" w:rsidR="00A9796B" w:rsidRDefault="00A9796B">
            <w:pPr>
              <w:jc w:val="center"/>
            </w:pPr>
            <w:r>
              <w:t>39</w:t>
            </w:r>
          </w:p>
        </w:tc>
        <w:tc>
          <w:tcPr>
            <w:tcW w:w="0" w:type="auto"/>
            <w:hideMark/>
          </w:tcPr>
          <w:p w14:paraId="70EFF0AE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FF129CA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1DCF77C" w14:textId="5B60F256" w:rsidR="00A9796B" w:rsidRDefault="003C15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Seriespel</w:t>
            </w:r>
            <w:proofErr w:type="spellEnd"/>
            <w:r>
              <w:t xml:space="preserve"> </w:t>
            </w:r>
            <w:proofErr w:type="spellStart"/>
            <w:r>
              <w:t>startar</w:t>
            </w:r>
            <w:proofErr w:type="spellEnd"/>
            <w:r w:rsidR="00B3559A">
              <w:t>?</w:t>
            </w:r>
          </w:p>
        </w:tc>
        <w:tc>
          <w:tcPr>
            <w:tcW w:w="0" w:type="auto"/>
            <w:hideMark/>
          </w:tcPr>
          <w:p w14:paraId="350F265E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13FA138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96B" w14:paraId="2097D9F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4748AB81" w14:textId="77777777" w:rsidR="00A9796B" w:rsidRDefault="00A9796B">
            <w:pPr>
              <w:jc w:val="center"/>
            </w:pPr>
            <w:r>
              <w:t>40</w:t>
            </w:r>
          </w:p>
        </w:tc>
        <w:tc>
          <w:tcPr>
            <w:tcW w:w="0" w:type="auto"/>
            <w:shd w:val="clear" w:color="auto" w:fill="D9EAF7"/>
            <w:hideMark/>
          </w:tcPr>
          <w:p w14:paraId="49E84BAE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6FAC278D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3A764828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66BAEACA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2BCE336E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796B" w14:paraId="0155B98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913B0E" w14:textId="77777777" w:rsidR="00A9796B" w:rsidRDefault="00A9796B">
            <w:pPr>
              <w:jc w:val="center"/>
            </w:pPr>
            <w:r>
              <w:t>41</w:t>
            </w:r>
          </w:p>
        </w:tc>
        <w:tc>
          <w:tcPr>
            <w:tcW w:w="0" w:type="auto"/>
            <w:hideMark/>
          </w:tcPr>
          <w:p w14:paraId="6A938AFC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947CBF9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268F4EA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F88663C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EC6F29A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96B" w14:paraId="0A75D18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50BABFF0" w14:textId="77777777" w:rsidR="00A9796B" w:rsidRDefault="00A9796B">
            <w:pPr>
              <w:jc w:val="center"/>
            </w:pPr>
            <w:r>
              <w:t>42</w:t>
            </w:r>
          </w:p>
        </w:tc>
        <w:tc>
          <w:tcPr>
            <w:tcW w:w="0" w:type="auto"/>
            <w:shd w:val="clear" w:color="auto" w:fill="D9EAF7"/>
            <w:hideMark/>
          </w:tcPr>
          <w:p w14:paraId="276242DE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7FABF412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02BF43F0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7E9E0927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0FD21B81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796B" w14:paraId="4EC8009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F2C05D" w14:textId="77777777" w:rsidR="00A9796B" w:rsidRDefault="00A9796B">
            <w:pPr>
              <w:jc w:val="center"/>
            </w:pPr>
            <w:r>
              <w:t>43</w:t>
            </w:r>
          </w:p>
        </w:tc>
        <w:tc>
          <w:tcPr>
            <w:tcW w:w="0" w:type="auto"/>
            <w:hideMark/>
          </w:tcPr>
          <w:p w14:paraId="4FCA97B6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A2AF87C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D8B7EF1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B91D1D8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42C33B2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96B" w14:paraId="077BE93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69CC75C7" w14:textId="77777777" w:rsidR="00A9796B" w:rsidRDefault="00A9796B">
            <w:pPr>
              <w:jc w:val="center"/>
            </w:pPr>
            <w:r>
              <w:t>44</w:t>
            </w:r>
          </w:p>
        </w:tc>
        <w:tc>
          <w:tcPr>
            <w:tcW w:w="0" w:type="auto"/>
            <w:shd w:val="clear" w:color="auto" w:fill="D9EAF7"/>
            <w:hideMark/>
          </w:tcPr>
          <w:p w14:paraId="63CF3EF7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20AF643F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03A5888D" w14:textId="6E50FA04" w:rsidR="00A9796B" w:rsidRDefault="00B355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Höstlov</w:t>
            </w:r>
            <w:proofErr w:type="spellEnd"/>
          </w:p>
        </w:tc>
        <w:tc>
          <w:tcPr>
            <w:tcW w:w="0" w:type="auto"/>
            <w:shd w:val="clear" w:color="auto" w:fill="D9EAF7"/>
            <w:hideMark/>
          </w:tcPr>
          <w:p w14:paraId="00743D87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06690F48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796B" w14:paraId="2DC14EC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AEC0D3" w14:textId="77777777" w:rsidR="00A9796B" w:rsidRDefault="00A9796B">
            <w:pPr>
              <w:jc w:val="center"/>
            </w:pPr>
            <w:r>
              <w:t>45</w:t>
            </w:r>
          </w:p>
        </w:tc>
        <w:tc>
          <w:tcPr>
            <w:tcW w:w="0" w:type="auto"/>
            <w:hideMark/>
          </w:tcPr>
          <w:p w14:paraId="4628310E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EEEC04E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854181F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4D2E4869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39CB466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96B" w14:paraId="5613F9C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6BF7D1BA" w14:textId="77777777" w:rsidR="00A9796B" w:rsidRDefault="00A9796B">
            <w:pPr>
              <w:jc w:val="center"/>
            </w:pPr>
            <w:r>
              <w:t>46</w:t>
            </w:r>
          </w:p>
        </w:tc>
        <w:tc>
          <w:tcPr>
            <w:tcW w:w="0" w:type="auto"/>
            <w:shd w:val="clear" w:color="auto" w:fill="D9EAF7"/>
            <w:hideMark/>
          </w:tcPr>
          <w:p w14:paraId="1D35B792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30D01E34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3B237347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5A0A4215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569610EB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796B" w14:paraId="676D4981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627BDE" w14:textId="77777777" w:rsidR="00A9796B" w:rsidRDefault="00A9796B">
            <w:pPr>
              <w:jc w:val="center"/>
            </w:pPr>
            <w:r>
              <w:t>47</w:t>
            </w:r>
          </w:p>
        </w:tc>
        <w:tc>
          <w:tcPr>
            <w:tcW w:w="0" w:type="auto"/>
            <w:hideMark/>
          </w:tcPr>
          <w:p w14:paraId="7836EA68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DCB9429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5FFD6D1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2E0D563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666F90C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96B" w14:paraId="74B4583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66A9B559" w14:textId="77777777" w:rsidR="00A9796B" w:rsidRDefault="00A9796B">
            <w:pPr>
              <w:jc w:val="center"/>
            </w:pPr>
            <w:r>
              <w:t>48</w:t>
            </w:r>
          </w:p>
        </w:tc>
        <w:tc>
          <w:tcPr>
            <w:tcW w:w="0" w:type="auto"/>
            <w:shd w:val="clear" w:color="auto" w:fill="D9EAF7"/>
            <w:hideMark/>
          </w:tcPr>
          <w:p w14:paraId="179F0F38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4C17A2CC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41CD4294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7A7FF2C4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19914297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796B" w14:paraId="1D48851E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A9537B" w14:textId="77777777" w:rsidR="00A9796B" w:rsidRDefault="00A9796B">
            <w:pPr>
              <w:jc w:val="center"/>
            </w:pPr>
            <w:r>
              <w:t>49</w:t>
            </w:r>
          </w:p>
        </w:tc>
        <w:tc>
          <w:tcPr>
            <w:tcW w:w="0" w:type="auto"/>
            <w:hideMark/>
          </w:tcPr>
          <w:p w14:paraId="0BF46855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A5345C4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7A85595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FE805C0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33181AD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96B" w14:paraId="5993BCB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02279D61" w14:textId="77777777" w:rsidR="00A9796B" w:rsidRDefault="00A9796B">
            <w:pPr>
              <w:jc w:val="center"/>
            </w:pPr>
            <w:r>
              <w:t>50</w:t>
            </w:r>
          </w:p>
        </w:tc>
        <w:tc>
          <w:tcPr>
            <w:tcW w:w="0" w:type="auto"/>
            <w:shd w:val="clear" w:color="auto" w:fill="D9EAF7"/>
            <w:hideMark/>
          </w:tcPr>
          <w:p w14:paraId="44CD55AC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145C939C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3E979646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586CC3A9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5F9B0821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796B" w14:paraId="09D5BBA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BCAE4D" w14:textId="77777777" w:rsidR="00A9796B" w:rsidRDefault="00A9796B">
            <w:pPr>
              <w:jc w:val="center"/>
            </w:pPr>
            <w:r>
              <w:t>51</w:t>
            </w:r>
          </w:p>
        </w:tc>
        <w:tc>
          <w:tcPr>
            <w:tcW w:w="0" w:type="auto"/>
            <w:hideMark/>
          </w:tcPr>
          <w:p w14:paraId="48777B51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AC2A6DF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88887B1" w14:textId="2E892F46" w:rsidR="00A9796B" w:rsidRDefault="00B35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Julhelg</w:t>
            </w:r>
            <w:proofErr w:type="spellEnd"/>
            <w:r>
              <w:t xml:space="preserve"> Fredag-</w:t>
            </w:r>
            <w:proofErr w:type="spellStart"/>
            <w:r>
              <w:t>söndag</w:t>
            </w:r>
            <w:proofErr w:type="spellEnd"/>
          </w:p>
        </w:tc>
        <w:tc>
          <w:tcPr>
            <w:tcW w:w="0" w:type="auto"/>
            <w:hideMark/>
          </w:tcPr>
          <w:p w14:paraId="78CA3A22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1252A55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96B" w14:paraId="2340EFE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678C8EB1" w14:textId="77777777" w:rsidR="00A9796B" w:rsidRDefault="00A9796B">
            <w:pPr>
              <w:jc w:val="center"/>
            </w:pPr>
            <w:r>
              <w:t>52</w:t>
            </w:r>
          </w:p>
        </w:tc>
        <w:tc>
          <w:tcPr>
            <w:tcW w:w="0" w:type="auto"/>
            <w:shd w:val="clear" w:color="auto" w:fill="D9EAF7"/>
            <w:hideMark/>
          </w:tcPr>
          <w:p w14:paraId="164B1B45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5A61E4B5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788FC7E5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3EF49BB8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4906C1AD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796B" w14:paraId="1ACD958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403388" w14:textId="77777777" w:rsidR="00A9796B" w:rsidRDefault="00A9796B">
            <w:pPr>
              <w:jc w:val="center"/>
            </w:pPr>
            <w:r>
              <w:t>1</w:t>
            </w:r>
          </w:p>
        </w:tc>
        <w:tc>
          <w:tcPr>
            <w:tcW w:w="0" w:type="auto"/>
            <w:hideMark/>
          </w:tcPr>
          <w:p w14:paraId="7305AE3D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BFA3F17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A53229C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2637890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D150780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96B" w14:paraId="188BB35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5BED9E87" w14:textId="77777777" w:rsidR="00A9796B" w:rsidRDefault="00A9796B">
            <w:pPr>
              <w:jc w:val="center"/>
            </w:pPr>
            <w:r>
              <w:t>2</w:t>
            </w:r>
          </w:p>
        </w:tc>
        <w:tc>
          <w:tcPr>
            <w:tcW w:w="0" w:type="auto"/>
            <w:shd w:val="clear" w:color="auto" w:fill="D9EAF7"/>
            <w:hideMark/>
          </w:tcPr>
          <w:p w14:paraId="45E77603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5BA72A2E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3709FF6D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1598D4D6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2329E039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796B" w14:paraId="40F92494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6ADE47" w14:textId="77777777" w:rsidR="00A9796B" w:rsidRDefault="00A9796B">
            <w:pPr>
              <w:jc w:val="center"/>
            </w:pPr>
            <w:r>
              <w:t>3</w:t>
            </w:r>
          </w:p>
        </w:tc>
        <w:tc>
          <w:tcPr>
            <w:tcW w:w="0" w:type="auto"/>
            <w:hideMark/>
          </w:tcPr>
          <w:p w14:paraId="18DE17F2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B4963B3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9829A20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25F9E22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9425665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96B" w14:paraId="3DCD585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30FD0AF9" w14:textId="77777777" w:rsidR="00A9796B" w:rsidRDefault="00A9796B">
            <w:pPr>
              <w:jc w:val="center"/>
            </w:pPr>
            <w:r>
              <w:t>4</w:t>
            </w:r>
          </w:p>
        </w:tc>
        <w:tc>
          <w:tcPr>
            <w:tcW w:w="0" w:type="auto"/>
            <w:shd w:val="clear" w:color="auto" w:fill="D9EAF7"/>
            <w:hideMark/>
          </w:tcPr>
          <w:p w14:paraId="769AB7B0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2885D4D9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314350B1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7E7B5131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5BE6BC29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796B" w14:paraId="1CFC42D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C4086F" w14:textId="77777777" w:rsidR="00A9796B" w:rsidRDefault="00A9796B">
            <w:pPr>
              <w:jc w:val="center"/>
            </w:pPr>
            <w:r>
              <w:t>5</w:t>
            </w:r>
          </w:p>
        </w:tc>
        <w:tc>
          <w:tcPr>
            <w:tcW w:w="0" w:type="auto"/>
            <w:hideMark/>
          </w:tcPr>
          <w:p w14:paraId="40844E96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EC7962D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9D91357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7C7C606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604B0B8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96B" w14:paraId="519DBE4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149CC3DE" w14:textId="77777777" w:rsidR="00A9796B" w:rsidRDefault="00A9796B">
            <w:pPr>
              <w:jc w:val="center"/>
            </w:pPr>
            <w:r>
              <w:t>6</w:t>
            </w:r>
          </w:p>
        </w:tc>
        <w:tc>
          <w:tcPr>
            <w:tcW w:w="0" w:type="auto"/>
            <w:shd w:val="clear" w:color="auto" w:fill="D9EAF7"/>
            <w:hideMark/>
          </w:tcPr>
          <w:p w14:paraId="5D12D0FF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35E8AD11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3A442444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63301C4B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47BA500C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796B" w14:paraId="2636D04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9A063C" w14:textId="77777777" w:rsidR="00A9796B" w:rsidRDefault="00A9796B">
            <w:pPr>
              <w:jc w:val="center"/>
            </w:pPr>
            <w:r>
              <w:t>7</w:t>
            </w:r>
          </w:p>
        </w:tc>
        <w:tc>
          <w:tcPr>
            <w:tcW w:w="0" w:type="auto"/>
            <w:hideMark/>
          </w:tcPr>
          <w:p w14:paraId="4EEDEE1C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8D4787F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A1F6F30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2F9501E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18353E9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96B" w14:paraId="4C16386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1FE154AB" w14:textId="77777777" w:rsidR="00A9796B" w:rsidRDefault="00A9796B">
            <w:pPr>
              <w:jc w:val="center"/>
            </w:pPr>
            <w:r>
              <w:t>8</w:t>
            </w:r>
          </w:p>
        </w:tc>
        <w:tc>
          <w:tcPr>
            <w:tcW w:w="0" w:type="auto"/>
            <w:shd w:val="clear" w:color="auto" w:fill="D9EAF7"/>
            <w:hideMark/>
          </w:tcPr>
          <w:p w14:paraId="2279E26D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38F03791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72908E33" w14:textId="60098B5A" w:rsidR="00A9796B" w:rsidRDefault="00B355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Sportlov</w:t>
            </w:r>
            <w:proofErr w:type="spellEnd"/>
          </w:p>
        </w:tc>
        <w:tc>
          <w:tcPr>
            <w:tcW w:w="0" w:type="auto"/>
            <w:shd w:val="clear" w:color="auto" w:fill="D9EAF7"/>
            <w:hideMark/>
          </w:tcPr>
          <w:p w14:paraId="2EAC3EDA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20F402A5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796B" w14:paraId="5551C3B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7F8831" w14:textId="77777777" w:rsidR="00A9796B" w:rsidRDefault="00A9796B">
            <w:pPr>
              <w:jc w:val="center"/>
            </w:pPr>
            <w:r>
              <w:t>9</w:t>
            </w:r>
          </w:p>
        </w:tc>
        <w:tc>
          <w:tcPr>
            <w:tcW w:w="0" w:type="auto"/>
            <w:hideMark/>
          </w:tcPr>
          <w:p w14:paraId="36986411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F43B6B9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3C582D1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B385AD3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C0134C1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96B" w14:paraId="733A881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3CCE9AE6" w14:textId="77777777" w:rsidR="00A9796B" w:rsidRDefault="00A9796B">
            <w:pPr>
              <w:jc w:val="center"/>
            </w:pPr>
            <w:r>
              <w:t>10</w:t>
            </w:r>
          </w:p>
        </w:tc>
        <w:tc>
          <w:tcPr>
            <w:tcW w:w="0" w:type="auto"/>
            <w:shd w:val="clear" w:color="auto" w:fill="D9EAF7"/>
            <w:hideMark/>
          </w:tcPr>
          <w:p w14:paraId="5D194BB6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2E7A5D02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274EF20A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1AA83B15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42EF591D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796B" w14:paraId="5C20A98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84FE41" w14:textId="77777777" w:rsidR="00A9796B" w:rsidRDefault="00A9796B">
            <w:pPr>
              <w:jc w:val="center"/>
            </w:pPr>
            <w:r>
              <w:t>11</w:t>
            </w:r>
          </w:p>
        </w:tc>
        <w:tc>
          <w:tcPr>
            <w:tcW w:w="0" w:type="auto"/>
            <w:hideMark/>
          </w:tcPr>
          <w:p w14:paraId="341ADA28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5300282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DDCDDC4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D3465F2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E37C22B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96B" w14:paraId="48B8D5C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6C13E1C6" w14:textId="77777777" w:rsidR="00A9796B" w:rsidRDefault="00A9796B">
            <w:pPr>
              <w:jc w:val="center"/>
            </w:pPr>
            <w:r>
              <w:lastRenderedPageBreak/>
              <w:t>12</w:t>
            </w:r>
          </w:p>
        </w:tc>
        <w:tc>
          <w:tcPr>
            <w:tcW w:w="0" w:type="auto"/>
            <w:shd w:val="clear" w:color="auto" w:fill="D9EAF7"/>
            <w:hideMark/>
          </w:tcPr>
          <w:p w14:paraId="51C96B4E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37266B46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57EE3166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67E9EF24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14883729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796B" w14:paraId="296A4A1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EDB10B" w14:textId="77777777" w:rsidR="00A9796B" w:rsidRDefault="00A9796B">
            <w:pPr>
              <w:jc w:val="center"/>
            </w:pPr>
            <w:r>
              <w:t>13</w:t>
            </w:r>
          </w:p>
        </w:tc>
        <w:tc>
          <w:tcPr>
            <w:tcW w:w="0" w:type="auto"/>
            <w:hideMark/>
          </w:tcPr>
          <w:p w14:paraId="3AADE1F7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BC29B05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3C1E3F0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0522EDA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BDC31AB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96B" w14:paraId="43C11FB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6DA9D79B" w14:textId="77777777" w:rsidR="00A9796B" w:rsidRDefault="00A9796B">
            <w:pPr>
              <w:jc w:val="center"/>
            </w:pPr>
            <w:r>
              <w:t>14</w:t>
            </w:r>
          </w:p>
        </w:tc>
        <w:tc>
          <w:tcPr>
            <w:tcW w:w="0" w:type="auto"/>
            <w:shd w:val="clear" w:color="auto" w:fill="D9EAF7"/>
            <w:hideMark/>
          </w:tcPr>
          <w:p w14:paraId="27C1416F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3BF7F6FF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32CB6CE7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411DB2B5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2B5DACF6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796B" w14:paraId="517185A3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EAEB8C" w14:textId="77777777" w:rsidR="00A9796B" w:rsidRDefault="00A9796B">
            <w:pPr>
              <w:jc w:val="center"/>
            </w:pPr>
            <w:r>
              <w:t>15</w:t>
            </w:r>
          </w:p>
        </w:tc>
        <w:tc>
          <w:tcPr>
            <w:tcW w:w="0" w:type="auto"/>
            <w:hideMark/>
          </w:tcPr>
          <w:p w14:paraId="695B56EA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0222EEA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A6EB407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3FD5579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8C4D023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96B" w14:paraId="045C6D0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0B209D87" w14:textId="77777777" w:rsidR="00A9796B" w:rsidRDefault="00A9796B">
            <w:pPr>
              <w:jc w:val="center"/>
            </w:pPr>
            <w:r>
              <w:t>16</w:t>
            </w:r>
          </w:p>
        </w:tc>
        <w:tc>
          <w:tcPr>
            <w:tcW w:w="0" w:type="auto"/>
            <w:shd w:val="clear" w:color="auto" w:fill="D9EAF7"/>
            <w:hideMark/>
          </w:tcPr>
          <w:p w14:paraId="7D47F950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4D3477E2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70E802D3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0FC13DCF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036CEA12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9796B" w14:paraId="04BB138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CFCA75" w14:textId="77777777" w:rsidR="00A9796B" w:rsidRDefault="00A9796B">
            <w:pPr>
              <w:jc w:val="center"/>
            </w:pPr>
            <w:r>
              <w:t>17</w:t>
            </w:r>
          </w:p>
        </w:tc>
        <w:tc>
          <w:tcPr>
            <w:tcW w:w="0" w:type="auto"/>
            <w:hideMark/>
          </w:tcPr>
          <w:p w14:paraId="0696E2B1" w14:textId="463571F9" w:rsidR="00A9796B" w:rsidRDefault="00F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Loppis</w:t>
            </w:r>
            <w:proofErr w:type="spellEnd"/>
            <w:r>
              <w:t>?</w:t>
            </w:r>
          </w:p>
        </w:tc>
        <w:tc>
          <w:tcPr>
            <w:tcW w:w="0" w:type="auto"/>
            <w:hideMark/>
          </w:tcPr>
          <w:p w14:paraId="65836143" w14:textId="2E1AB9B7" w:rsidR="00A9796B" w:rsidRDefault="00FB6E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29 </w:t>
            </w:r>
            <w:proofErr w:type="spellStart"/>
            <w:r>
              <w:t>april</w:t>
            </w:r>
            <w:proofErr w:type="spellEnd"/>
          </w:p>
        </w:tc>
        <w:tc>
          <w:tcPr>
            <w:tcW w:w="0" w:type="auto"/>
            <w:hideMark/>
          </w:tcPr>
          <w:p w14:paraId="7C3733AF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CC6B370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DDEBB10" w14:textId="77777777" w:rsidR="00A9796B" w:rsidRDefault="00A97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9796B" w14:paraId="6F0604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D9EAF7"/>
            <w:hideMark/>
          </w:tcPr>
          <w:p w14:paraId="17E8FD29" w14:textId="77777777" w:rsidR="00A9796B" w:rsidRDefault="00A9796B">
            <w:pPr>
              <w:jc w:val="center"/>
            </w:pPr>
            <w:r>
              <w:t>18</w:t>
            </w:r>
          </w:p>
        </w:tc>
        <w:tc>
          <w:tcPr>
            <w:tcW w:w="0" w:type="auto"/>
            <w:shd w:val="clear" w:color="auto" w:fill="D9EAF7"/>
            <w:hideMark/>
          </w:tcPr>
          <w:p w14:paraId="6044BC93" w14:textId="42B1B8D0" w:rsidR="00A9796B" w:rsidRDefault="00F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Loppis</w:t>
            </w:r>
            <w:proofErr w:type="spellEnd"/>
            <w:r>
              <w:t>?</w:t>
            </w:r>
          </w:p>
        </w:tc>
        <w:tc>
          <w:tcPr>
            <w:tcW w:w="0" w:type="auto"/>
            <w:shd w:val="clear" w:color="auto" w:fill="D9EAF7"/>
            <w:hideMark/>
          </w:tcPr>
          <w:p w14:paraId="48033376" w14:textId="5A2A0B9F" w:rsidR="00A9796B" w:rsidRDefault="00FB6E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6 </w:t>
            </w:r>
            <w:proofErr w:type="spellStart"/>
            <w:r>
              <w:t>maj</w:t>
            </w:r>
            <w:proofErr w:type="spellEnd"/>
          </w:p>
        </w:tc>
        <w:tc>
          <w:tcPr>
            <w:tcW w:w="0" w:type="auto"/>
            <w:shd w:val="clear" w:color="auto" w:fill="D9EAF7"/>
            <w:hideMark/>
          </w:tcPr>
          <w:p w14:paraId="3DDA0A76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70D02D7A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shd w:val="clear" w:color="auto" w:fill="D9EAF7"/>
            <w:hideMark/>
          </w:tcPr>
          <w:p w14:paraId="7D6D8EA3" w14:textId="77777777" w:rsidR="00A9796B" w:rsidRDefault="00A97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0D2F136" w14:textId="77777777" w:rsidR="00A9796B" w:rsidRDefault="00A9796B">
      <w:pPr>
        <w:rPr>
          <w:kern w:val="2"/>
          <w:lang w:val="sv-SE" w:eastAsia="sv-SE"/>
          <w14:ligatures w14:val="standardContextual"/>
        </w:rPr>
      </w:pPr>
    </w:p>
    <w:p w14:paraId="43FE4438" w14:textId="77777777" w:rsidR="0070631B" w:rsidRDefault="0070631B">
      <w:pPr>
        <w:rPr>
          <w:kern w:val="2"/>
          <w:lang w:val="sv-SE" w:eastAsia="sv-SE"/>
          <w14:ligatures w14:val="standardContextual"/>
        </w:rPr>
      </w:pPr>
    </w:p>
    <w:sectPr w:rsidR="0070631B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2314060">
    <w:abstractNumId w:val="8"/>
  </w:num>
  <w:num w:numId="2" w16cid:durableId="739327818">
    <w:abstractNumId w:val="6"/>
  </w:num>
  <w:num w:numId="3" w16cid:durableId="722869909">
    <w:abstractNumId w:val="5"/>
  </w:num>
  <w:num w:numId="4" w16cid:durableId="1421952881">
    <w:abstractNumId w:val="4"/>
  </w:num>
  <w:num w:numId="5" w16cid:durableId="268123694">
    <w:abstractNumId w:val="7"/>
  </w:num>
  <w:num w:numId="6" w16cid:durableId="1459373849">
    <w:abstractNumId w:val="3"/>
  </w:num>
  <w:num w:numId="7" w16cid:durableId="763840756">
    <w:abstractNumId w:val="2"/>
  </w:num>
  <w:num w:numId="8" w16cid:durableId="2013680724">
    <w:abstractNumId w:val="1"/>
  </w:num>
  <w:num w:numId="9" w16cid:durableId="1087077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AFA"/>
    <w:rsid w:val="00034616"/>
    <w:rsid w:val="0006063C"/>
    <w:rsid w:val="00093188"/>
    <w:rsid w:val="00116545"/>
    <w:rsid w:val="001247A7"/>
    <w:rsid w:val="0015074B"/>
    <w:rsid w:val="001822D3"/>
    <w:rsid w:val="001A6D09"/>
    <w:rsid w:val="001B1272"/>
    <w:rsid w:val="001F3152"/>
    <w:rsid w:val="002066E1"/>
    <w:rsid w:val="002316B4"/>
    <w:rsid w:val="002414C3"/>
    <w:rsid w:val="00267027"/>
    <w:rsid w:val="0029639D"/>
    <w:rsid w:val="002B5903"/>
    <w:rsid w:val="002D003A"/>
    <w:rsid w:val="00312370"/>
    <w:rsid w:val="00326F90"/>
    <w:rsid w:val="00341242"/>
    <w:rsid w:val="00365796"/>
    <w:rsid w:val="003C15ED"/>
    <w:rsid w:val="0043221C"/>
    <w:rsid w:val="00452314"/>
    <w:rsid w:val="004977AA"/>
    <w:rsid w:val="004B2655"/>
    <w:rsid w:val="004D11AB"/>
    <w:rsid w:val="004F3705"/>
    <w:rsid w:val="00512CBA"/>
    <w:rsid w:val="0057565E"/>
    <w:rsid w:val="005D0C9F"/>
    <w:rsid w:val="005F6B83"/>
    <w:rsid w:val="0063424C"/>
    <w:rsid w:val="00696E13"/>
    <w:rsid w:val="006A39B2"/>
    <w:rsid w:val="006B37A8"/>
    <w:rsid w:val="006D0A27"/>
    <w:rsid w:val="006F4374"/>
    <w:rsid w:val="00701602"/>
    <w:rsid w:val="0070631B"/>
    <w:rsid w:val="00716739"/>
    <w:rsid w:val="007648FB"/>
    <w:rsid w:val="00786300"/>
    <w:rsid w:val="007B58F5"/>
    <w:rsid w:val="007D633D"/>
    <w:rsid w:val="007E7D66"/>
    <w:rsid w:val="008304B4"/>
    <w:rsid w:val="00854370"/>
    <w:rsid w:val="00873489"/>
    <w:rsid w:val="00876DBB"/>
    <w:rsid w:val="008869C8"/>
    <w:rsid w:val="008A3D2C"/>
    <w:rsid w:val="008E4E1F"/>
    <w:rsid w:val="008F5415"/>
    <w:rsid w:val="00934CED"/>
    <w:rsid w:val="00980F4B"/>
    <w:rsid w:val="009F3661"/>
    <w:rsid w:val="00A10534"/>
    <w:rsid w:val="00A5611D"/>
    <w:rsid w:val="00A9796B"/>
    <w:rsid w:val="00AA1D8D"/>
    <w:rsid w:val="00B2673E"/>
    <w:rsid w:val="00B3559A"/>
    <w:rsid w:val="00B47730"/>
    <w:rsid w:val="00B712F2"/>
    <w:rsid w:val="00BB3C8E"/>
    <w:rsid w:val="00BC37B1"/>
    <w:rsid w:val="00BC41AF"/>
    <w:rsid w:val="00BD2874"/>
    <w:rsid w:val="00C06FFA"/>
    <w:rsid w:val="00C23A1C"/>
    <w:rsid w:val="00C37C42"/>
    <w:rsid w:val="00C4755D"/>
    <w:rsid w:val="00C83323"/>
    <w:rsid w:val="00CB0664"/>
    <w:rsid w:val="00CD033F"/>
    <w:rsid w:val="00CD445E"/>
    <w:rsid w:val="00D948DE"/>
    <w:rsid w:val="00DF5022"/>
    <w:rsid w:val="00E20821"/>
    <w:rsid w:val="00E46588"/>
    <w:rsid w:val="00E532A8"/>
    <w:rsid w:val="00EC2735"/>
    <w:rsid w:val="00ED0A5E"/>
    <w:rsid w:val="00F67119"/>
    <w:rsid w:val="00F74D6D"/>
    <w:rsid w:val="00F844D9"/>
    <w:rsid w:val="00F927DD"/>
    <w:rsid w:val="00FB6E98"/>
    <w:rsid w:val="00FC693F"/>
    <w:rsid w:val="00FE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C8E74E"/>
  <w14:defaultImageDpi w14:val="300"/>
  <w15:docId w15:val="{A837F9B4-96C4-49E2-AAEF-FC334AE2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b">
    <w:name w:val="Normal (Web)"/>
    <w:basedOn w:val="Normal"/>
    <w:uiPriority w:val="99"/>
    <w:semiHidden/>
    <w:unhideWhenUsed/>
    <w:rsid w:val="0070631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:lang w:val="sv-SE" w:eastAsia="sv-SE"/>
      <w14:ligatures w14:val="standardContextual"/>
    </w:rPr>
  </w:style>
  <w:style w:type="table" w:styleId="Rutntstabell4dekorfrg1">
    <w:name w:val="Grid Table 4 Accent 1"/>
    <w:basedOn w:val="Normaltabell"/>
    <w:uiPriority w:val="49"/>
    <w:rsid w:val="0070631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5</Pages>
  <Words>342</Words>
  <Characters>1818</Characters>
  <Application>Microsoft Office Word</Application>
  <DocSecurity>0</DocSecurity>
  <Lines>15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jenny strömberg</cp:lastModifiedBy>
  <cp:revision>16</cp:revision>
  <dcterms:created xsi:type="dcterms:W3CDTF">2026-03-11T17:54:00Z</dcterms:created>
  <dcterms:modified xsi:type="dcterms:W3CDTF">2026-09-28T16:34:00Z</dcterms:modified>
  <cp:category/>
</cp:coreProperties>
</file>