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11093" w14:textId="77777777" w:rsidR="00BA6128" w:rsidRDefault="00CF3B24">
      <w:pPr>
        <w:jc w:val="center"/>
      </w:pPr>
      <w:r>
        <w:rPr>
          <w:b/>
          <w:color w:val="C00000"/>
          <w:sz w:val="24"/>
        </w:rPr>
        <w:t>EKSJÖ HC</w:t>
      </w:r>
    </w:p>
    <w:p w14:paraId="4AB5827C" w14:textId="77777777" w:rsidR="00BA6128" w:rsidRDefault="00CF3B24">
      <w:pPr>
        <w:pStyle w:val="Rubrik"/>
        <w:jc w:val="center"/>
      </w:pPr>
      <w:r>
        <w:t>Korvförsäljning 2026</w:t>
      </w:r>
    </w:p>
    <w:p w14:paraId="305BB9E5" w14:textId="77777777" w:rsidR="00BA6128" w:rsidRDefault="00CF3B24">
      <w:pPr>
        <w:jc w:val="center"/>
      </w:pPr>
      <w:r>
        <w:rPr>
          <w:i/>
          <w:sz w:val="22"/>
        </w:rPr>
        <w:t>Stöd laget – köp en god korvkasse från Stensåkra!</w:t>
      </w:r>
    </w:p>
    <w:p w14:paraId="49F760C8" w14:textId="77777777" w:rsidR="00BA6128" w:rsidRDefault="00CF3B24">
      <w:pPr>
        <w:pStyle w:val="Rubrik1"/>
      </w:pPr>
      <w:r>
        <w:t>Så fungerar försäljningen</w:t>
      </w:r>
    </w:p>
    <w:p w14:paraId="3248A349" w14:textId="77777777" w:rsidR="00BA6128" w:rsidRDefault="00CF3B24">
      <w:r>
        <w:t>Nu är det dags för Eksjö HC:s korvförsäljning. Även i år säljer vi två olika korvkassar från Stensåkra: en vardagskasse och en grillkasse. Kassarna kostar 175 kr styck och föreningen får 60 kr per såld kasse.</w:t>
      </w:r>
    </w:p>
    <w:p w14:paraId="27ACFE10" w14:textId="77777777" w:rsidR="00BA6128" w:rsidRDefault="00CF3B24">
      <w:pPr>
        <w:pStyle w:val="Rubrik1"/>
      </w:pPr>
      <w:r>
        <w:t>Välj mellan två kassor</w:t>
      </w:r>
    </w:p>
    <w:tbl>
      <w:tblPr>
        <w:tblStyle w:val="Ljusskuggning-dekorfrg1"/>
        <w:tblW w:w="0" w:type="auto"/>
        <w:tblLook w:val="04A0" w:firstRow="1" w:lastRow="0" w:firstColumn="1" w:lastColumn="0" w:noHBand="0" w:noVBand="1"/>
      </w:tblPr>
      <w:tblGrid>
        <w:gridCol w:w="4968"/>
        <w:gridCol w:w="4968"/>
      </w:tblGrid>
      <w:tr w:rsidR="00BA6128" w14:paraId="2354597A" w14:textId="77777777" w:rsidTr="00BA61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  <w:shd w:val="clear" w:color="auto" w:fill="17365D"/>
          </w:tcPr>
          <w:p w14:paraId="329B7DC9" w14:textId="77777777" w:rsidR="00BA6128" w:rsidRDefault="00CF3B24">
            <w:r>
              <w:rPr>
                <w:color w:val="FFFFFF"/>
              </w:rPr>
              <w:t>VARDAGSKASSE – 175 KR</w:t>
            </w:r>
          </w:p>
        </w:tc>
        <w:tc>
          <w:tcPr>
            <w:tcW w:w="4968" w:type="dxa"/>
            <w:shd w:val="clear" w:color="auto" w:fill="17365D"/>
          </w:tcPr>
          <w:p w14:paraId="123556EC" w14:textId="77777777" w:rsidR="00BA6128" w:rsidRDefault="00CF3B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GRILLKASSE – 175 KR</w:t>
            </w:r>
          </w:p>
        </w:tc>
      </w:tr>
      <w:tr w:rsidR="00BA6128" w14:paraId="7A0DE36E" w14:textId="77777777" w:rsidTr="00BA6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  <w:vAlign w:val="center"/>
          </w:tcPr>
          <w:p w14:paraId="75F96A92" w14:textId="77777777" w:rsidR="00BA6128" w:rsidRDefault="00CF3B24">
            <w:r>
              <w:t>• Falukorv 800 g</w:t>
            </w:r>
            <w:r>
              <w:br/>
              <w:t>• Varmkorv 460 g</w:t>
            </w:r>
            <w:r>
              <w:br/>
              <w:t>• Isterband 280 g</w:t>
            </w:r>
          </w:p>
        </w:tc>
        <w:tc>
          <w:tcPr>
            <w:tcW w:w="4968" w:type="dxa"/>
            <w:vAlign w:val="center"/>
          </w:tcPr>
          <w:p w14:paraId="7C7A474A" w14:textId="77777777" w:rsidR="00BA6128" w:rsidRDefault="00CF3B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• Grillkorv Pancetta &amp; vitlök 240 g</w:t>
            </w:r>
            <w:r>
              <w:br/>
              <w:t>• Ramslök 320 g</w:t>
            </w:r>
            <w:r>
              <w:br/>
              <w:t>• Wienergrill 480 g</w:t>
            </w:r>
          </w:p>
        </w:tc>
      </w:tr>
    </w:tbl>
    <w:p w14:paraId="01DAF56A" w14:textId="77777777" w:rsidR="00BA6128" w:rsidRDefault="00CF3B24">
      <w:pPr>
        <w:pStyle w:val="Beskrivning"/>
      </w:pPr>
      <w:r>
        <w:t>Stensåkra är närproducerat i Vetlanda.</w:t>
      </w:r>
    </w:p>
    <w:p w14:paraId="4805A020" w14:textId="77777777" w:rsidR="00BA6128" w:rsidRDefault="00CF3B24">
      <w:pPr>
        <w:pStyle w:val="Rubrik1"/>
      </w:pPr>
      <w:r>
        <w:t>Viktiga datum</w:t>
      </w:r>
    </w:p>
    <w:tbl>
      <w:tblPr>
        <w:tblStyle w:val="Ljusskuggning-dekorfrg1"/>
        <w:tblW w:w="0" w:type="auto"/>
        <w:tblLook w:val="04A0" w:firstRow="1" w:lastRow="0" w:firstColumn="1" w:lastColumn="0" w:noHBand="0" w:noVBand="1"/>
      </w:tblPr>
      <w:tblGrid>
        <w:gridCol w:w="4968"/>
        <w:gridCol w:w="4968"/>
      </w:tblGrid>
      <w:tr w:rsidR="00BA6128" w14:paraId="73C2BF8E" w14:textId="77777777" w:rsidTr="00BA61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1ADCC372" w14:textId="77777777" w:rsidR="00BA6128" w:rsidRDefault="00CF3B24">
            <w:r>
              <w:t>Sista dag för beställning</w:t>
            </w:r>
          </w:p>
        </w:tc>
        <w:tc>
          <w:tcPr>
            <w:tcW w:w="4968" w:type="dxa"/>
          </w:tcPr>
          <w:p w14:paraId="2242B266" w14:textId="77777777" w:rsidR="00BA6128" w:rsidRDefault="00CF3B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29 oktober 2026</w:t>
            </w:r>
          </w:p>
        </w:tc>
      </w:tr>
      <w:tr w:rsidR="00BA6128" w14:paraId="1ABD5FFC" w14:textId="77777777" w:rsidTr="00BA6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113B95E3" w14:textId="77777777" w:rsidR="00BA6128" w:rsidRDefault="00CF3B24">
            <w:r>
              <w:t>Leverans</w:t>
            </w:r>
          </w:p>
        </w:tc>
        <w:tc>
          <w:tcPr>
            <w:tcW w:w="4968" w:type="dxa"/>
          </w:tcPr>
          <w:p w14:paraId="35F1DD23" w14:textId="77777777" w:rsidR="00BA6128" w:rsidRDefault="00CF3B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 november 2026</w:t>
            </w:r>
          </w:p>
        </w:tc>
      </w:tr>
      <w:tr w:rsidR="00BA6128" w14:paraId="1ADE7F1E" w14:textId="77777777" w:rsidTr="00BA61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6E17F8F9" w14:textId="77777777" w:rsidR="00BA6128" w:rsidRDefault="00CF3B24">
            <w:r>
              <w:t>Betalning</w:t>
            </w:r>
          </w:p>
        </w:tc>
        <w:tc>
          <w:tcPr>
            <w:tcW w:w="4968" w:type="dxa"/>
          </w:tcPr>
          <w:p w14:paraId="28B74BAA" w14:textId="77777777" w:rsidR="00BA6128" w:rsidRDefault="00CF3B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Sker vid hämtning av beställningen</w:t>
            </w:r>
          </w:p>
        </w:tc>
      </w:tr>
    </w:tbl>
    <w:p w14:paraId="64BF6AE0" w14:textId="77777777" w:rsidR="00BA6128" w:rsidRDefault="00CF3B24">
      <w:pPr>
        <w:pStyle w:val="Rubrik1"/>
      </w:pPr>
      <w:r>
        <w:t>Så lämnar du din beställning</w:t>
      </w:r>
    </w:p>
    <w:p w14:paraId="1E74106F" w14:textId="77777777" w:rsidR="00BA6128" w:rsidRDefault="00CF3B24">
      <w:r>
        <w:t>Kontakta lagets beställningsansvariga senast den 29 oktober. Ange hur många vardagskassar respektive grillkassar du vill beställa.</w:t>
      </w:r>
    </w:p>
    <w:tbl>
      <w:tblPr>
        <w:tblStyle w:val="Ljusskuggning-dekorfrg1"/>
        <w:tblW w:w="0" w:type="auto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A6128" w14:paraId="37158107" w14:textId="77777777" w:rsidTr="00BA61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shd w:val="clear" w:color="auto" w:fill="17365D"/>
          </w:tcPr>
          <w:p w14:paraId="65A72BDE" w14:textId="77777777" w:rsidR="00BA6128" w:rsidRDefault="00CF3B24">
            <w:r>
              <w:rPr>
                <w:color w:val="FFFFFF"/>
              </w:rPr>
              <w:t>Lag</w:t>
            </w:r>
          </w:p>
        </w:tc>
        <w:tc>
          <w:tcPr>
            <w:tcW w:w="3312" w:type="dxa"/>
            <w:shd w:val="clear" w:color="auto" w:fill="17365D"/>
          </w:tcPr>
          <w:p w14:paraId="594AD0AB" w14:textId="77777777" w:rsidR="00BA6128" w:rsidRDefault="00CF3B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Kontaktperson</w:t>
            </w:r>
          </w:p>
        </w:tc>
        <w:tc>
          <w:tcPr>
            <w:tcW w:w="3312" w:type="dxa"/>
            <w:shd w:val="clear" w:color="auto" w:fill="17365D"/>
          </w:tcPr>
          <w:p w14:paraId="263414FA" w14:textId="77777777" w:rsidR="00BA6128" w:rsidRDefault="00CF3B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Telefon</w:t>
            </w:r>
          </w:p>
        </w:tc>
      </w:tr>
      <w:tr w:rsidR="00BA6128" w14:paraId="40C640FE" w14:textId="77777777" w:rsidTr="00BA6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4F03CAF3" w14:textId="77777777" w:rsidR="00BA6128" w:rsidRDefault="00CF3B24">
            <w:r>
              <w:t>U10</w:t>
            </w:r>
          </w:p>
        </w:tc>
        <w:tc>
          <w:tcPr>
            <w:tcW w:w="3312" w:type="dxa"/>
          </w:tcPr>
          <w:p w14:paraId="5F8DAB36" w14:textId="77777777" w:rsidR="00BA6128" w:rsidRDefault="00CF3B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Frida</w:t>
            </w:r>
          </w:p>
        </w:tc>
        <w:tc>
          <w:tcPr>
            <w:tcW w:w="3312" w:type="dxa"/>
          </w:tcPr>
          <w:p w14:paraId="58EE15C6" w14:textId="77777777" w:rsidR="00BA6128" w:rsidRDefault="00CF3B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073-563 24 97</w:t>
            </w:r>
          </w:p>
        </w:tc>
      </w:tr>
      <w:tr w:rsidR="00BA6128" w14:paraId="7EB9ABAD" w14:textId="77777777" w:rsidTr="00BA61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10B837FA" w14:textId="77777777" w:rsidR="00BA6128" w:rsidRDefault="00CF3B24">
            <w:r>
              <w:t>U9</w:t>
            </w:r>
          </w:p>
        </w:tc>
        <w:tc>
          <w:tcPr>
            <w:tcW w:w="3312" w:type="dxa"/>
          </w:tcPr>
          <w:p w14:paraId="06483449" w14:textId="77777777" w:rsidR="00BA6128" w:rsidRDefault="00CF3B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Sanna</w:t>
            </w:r>
          </w:p>
        </w:tc>
        <w:tc>
          <w:tcPr>
            <w:tcW w:w="3312" w:type="dxa"/>
          </w:tcPr>
          <w:p w14:paraId="1B0A8C6B" w14:textId="77777777" w:rsidR="00BA6128" w:rsidRDefault="00CF3B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073-089 78 60</w:t>
            </w:r>
          </w:p>
        </w:tc>
      </w:tr>
    </w:tbl>
    <w:p w14:paraId="33FBFEA4" w14:textId="77777777" w:rsidR="00BA6128" w:rsidRDefault="00CF3B24">
      <w:pPr>
        <w:pStyle w:val="Rubrik1"/>
      </w:pPr>
      <w:r>
        <w:t>Målsättning</w:t>
      </w:r>
    </w:p>
    <w:p w14:paraId="6564978B" w14:textId="77777777" w:rsidR="00BA6128" w:rsidRDefault="00CF3B24">
      <w:r>
        <w:rPr>
          <w:b/>
        </w:rPr>
        <w:t xml:space="preserve">Målet är att sälja 10 korvkassar per spelare. </w:t>
      </w:r>
      <w:r>
        <w:t>Varje såld kasse ger 60 kr till föreningen och bidrar till lagets verksamhet.</w:t>
      </w:r>
    </w:p>
    <w:p w14:paraId="5F1691A7" w14:textId="77777777" w:rsidR="00BA6128" w:rsidRDefault="00CF3B24">
      <w:pPr>
        <w:jc w:val="center"/>
      </w:pPr>
      <w:r>
        <w:rPr>
          <w:b/>
          <w:color w:val="C00000"/>
          <w:sz w:val="26"/>
        </w:rPr>
        <w:t>Tack för att du stöttar Eksjö HC!</w:t>
      </w:r>
    </w:p>
    <w:sectPr w:rsidR="00BA6128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9499982">
    <w:abstractNumId w:val="8"/>
  </w:num>
  <w:num w:numId="2" w16cid:durableId="464205158">
    <w:abstractNumId w:val="6"/>
  </w:num>
  <w:num w:numId="3" w16cid:durableId="644891310">
    <w:abstractNumId w:val="5"/>
  </w:num>
  <w:num w:numId="4" w16cid:durableId="1659919994">
    <w:abstractNumId w:val="4"/>
  </w:num>
  <w:num w:numId="5" w16cid:durableId="322704756">
    <w:abstractNumId w:val="7"/>
  </w:num>
  <w:num w:numId="6" w16cid:durableId="446510602">
    <w:abstractNumId w:val="3"/>
  </w:num>
  <w:num w:numId="7" w16cid:durableId="1718504319">
    <w:abstractNumId w:val="2"/>
  </w:num>
  <w:num w:numId="8" w16cid:durableId="70125412">
    <w:abstractNumId w:val="1"/>
  </w:num>
  <w:num w:numId="9" w16cid:durableId="524254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A6128"/>
    <w:rsid w:val="00CB0664"/>
    <w:rsid w:val="00CF3B24"/>
    <w:rsid w:val="00D33A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49A2CB"/>
  <w14:defaultImageDpi w14:val="300"/>
  <w15:docId w15:val="{3E019A5C-7AD4-924C-B98B-4F078118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D2D2D"/>
      <w:sz w:val="21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Jannick Lampinen 🇸🇪</cp:lastModifiedBy>
  <cp:revision>2</cp:revision>
  <dcterms:created xsi:type="dcterms:W3CDTF">2026-10-18T16:52:00Z</dcterms:created>
  <dcterms:modified xsi:type="dcterms:W3CDTF">2026-10-18T16:52:00Z</dcterms:modified>
  <cp:category/>
</cp:coreProperties>
</file>