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A74B1" w14:textId="60934ADB" w:rsidR="0002692F" w:rsidRDefault="0002692F" w:rsidP="0002692F">
      <w:pPr>
        <w:jc w:val="center"/>
      </w:pPr>
      <w:r>
        <w:rPr>
          <w:noProof/>
        </w:rPr>
        <w:drawing>
          <wp:inline distT="0" distB="0" distL="0" distR="0" wp14:anchorId="0DABA1EE" wp14:editId="0C6FF04B">
            <wp:extent cx="3800475" cy="3928993"/>
            <wp:effectExtent l="0" t="0" r="0" b="0"/>
            <wp:docPr id="1" name="Bildobjekt 1" descr="cid:982051427491655382850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9820514274916553828500263"/>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802008" cy="3930578"/>
                    </a:xfrm>
                    <a:prstGeom prst="rect">
                      <a:avLst/>
                    </a:prstGeom>
                    <a:noFill/>
                    <a:ln>
                      <a:noFill/>
                    </a:ln>
                  </pic:spPr>
                </pic:pic>
              </a:graphicData>
            </a:graphic>
          </wp:inline>
        </w:drawing>
      </w:r>
    </w:p>
    <w:p w14:paraId="6390746E" w14:textId="77777777" w:rsidR="0002692F" w:rsidRDefault="0002692F">
      <w:pPr>
        <w:jc w:val="center"/>
      </w:pPr>
    </w:p>
    <w:p w14:paraId="32828577" w14:textId="77777777" w:rsidR="0002692F" w:rsidRDefault="0002692F">
      <w:pPr>
        <w:jc w:val="center"/>
      </w:pPr>
    </w:p>
    <w:p w14:paraId="1DADB7AC" w14:textId="77777777" w:rsidR="0002692F" w:rsidRPr="00FA59F5" w:rsidRDefault="0002692F" w:rsidP="0002692F">
      <w:pPr>
        <w:pStyle w:val="Brdtext"/>
        <w:jc w:val="center"/>
        <w:rPr>
          <w:rFonts w:ascii="Times New Roman" w:hAnsi="Times New Roman" w:cs="Times New Roman"/>
          <w:sz w:val="66"/>
          <w:szCs w:val="66"/>
        </w:rPr>
      </w:pPr>
      <w:r w:rsidRPr="00FA59F5">
        <w:rPr>
          <w:rFonts w:ascii="Times New Roman" w:hAnsi="Times New Roman" w:cs="Times New Roman"/>
          <w:sz w:val="66"/>
          <w:szCs w:val="66"/>
        </w:rPr>
        <w:t>Föreningshandbok</w:t>
      </w:r>
    </w:p>
    <w:p w14:paraId="2C6C06A5" w14:textId="77777777" w:rsidR="0002692F" w:rsidRPr="00FA59F5" w:rsidRDefault="0002692F" w:rsidP="0002692F">
      <w:pPr>
        <w:pStyle w:val="Brdtext"/>
        <w:jc w:val="center"/>
        <w:rPr>
          <w:rFonts w:ascii="Times New Roman" w:hAnsi="Times New Roman" w:cs="Times New Roman"/>
          <w:sz w:val="66"/>
          <w:szCs w:val="66"/>
        </w:rPr>
      </w:pPr>
    </w:p>
    <w:p w14:paraId="4747B485" w14:textId="77777777" w:rsidR="0002692F" w:rsidRPr="00FA59F5" w:rsidRDefault="0002692F" w:rsidP="0002692F">
      <w:pPr>
        <w:pStyle w:val="Frval"/>
        <w:rPr>
          <w:rFonts w:ascii="Times New Roman" w:eastAsia="Arial Unicode MS" w:hAnsi="Times New Roman" w:cs="Times New Roman"/>
          <w:sz w:val="66"/>
          <w:szCs w:val="66"/>
        </w:rPr>
      </w:pPr>
    </w:p>
    <w:p w14:paraId="24E51E39" w14:textId="77777777" w:rsidR="0002692F" w:rsidRPr="00FA59F5" w:rsidRDefault="0002692F" w:rsidP="0002692F">
      <w:pPr>
        <w:pStyle w:val="Frval"/>
        <w:rPr>
          <w:rFonts w:ascii="Times New Roman" w:hAnsi="Times New Roman" w:cs="Times New Roman"/>
          <w:b/>
          <w:bCs/>
          <w:sz w:val="24"/>
          <w:szCs w:val="24"/>
        </w:rPr>
      </w:pPr>
    </w:p>
    <w:p w14:paraId="04C52443" w14:textId="77777777" w:rsidR="0002692F" w:rsidRPr="00FA59F5" w:rsidRDefault="0002692F" w:rsidP="0002692F">
      <w:pPr>
        <w:pStyle w:val="Frval"/>
        <w:rPr>
          <w:rFonts w:ascii="Times New Roman" w:hAnsi="Times New Roman" w:cs="Times New Roman"/>
          <w:b/>
          <w:bCs/>
          <w:sz w:val="24"/>
          <w:szCs w:val="24"/>
        </w:rPr>
      </w:pPr>
    </w:p>
    <w:p w14:paraId="1A0CD09F" w14:textId="77777777" w:rsidR="0002692F" w:rsidRDefault="0002692F" w:rsidP="0002692F">
      <w:pPr>
        <w:pStyle w:val="Frval"/>
        <w:rPr>
          <w:rFonts w:ascii="Times New Roman" w:hAnsi="Times New Roman" w:cs="Times New Roman"/>
          <w:b/>
          <w:bCs/>
          <w:sz w:val="24"/>
          <w:szCs w:val="24"/>
        </w:rPr>
      </w:pPr>
    </w:p>
    <w:p w14:paraId="78AC12AA" w14:textId="77777777" w:rsidR="0002692F" w:rsidRDefault="0002692F" w:rsidP="0002692F">
      <w:pPr>
        <w:pStyle w:val="Frval"/>
        <w:rPr>
          <w:rFonts w:ascii="Times New Roman" w:hAnsi="Times New Roman" w:cs="Times New Roman"/>
          <w:b/>
          <w:bCs/>
          <w:sz w:val="24"/>
          <w:szCs w:val="24"/>
        </w:rPr>
      </w:pPr>
    </w:p>
    <w:p w14:paraId="7C54F8B8" w14:textId="77777777" w:rsidR="0002692F" w:rsidRDefault="0002692F" w:rsidP="0002692F">
      <w:pPr>
        <w:pStyle w:val="Frval"/>
        <w:rPr>
          <w:rFonts w:ascii="Times New Roman" w:hAnsi="Times New Roman" w:cs="Times New Roman"/>
          <w:b/>
          <w:bCs/>
          <w:sz w:val="24"/>
          <w:szCs w:val="24"/>
        </w:rPr>
      </w:pPr>
    </w:p>
    <w:p w14:paraId="62D69983" w14:textId="77777777" w:rsidR="0002692F" w:rsidRDefault="0002692F" w:rsidP="0002692F">
      <w:pPr>
        <w:pStyle w:val="Frval"/>
        <w:rPr>
          <w:rFonts w:ascii="Times New Roman" w:hAnsi="Times New Roman" w:cs="Times New Roman"/>
          <w:b/>
          <w:bCs/>
          <w:sz w:val="24"/>
          <w:szCs w:val="24"/>
        </w:rPr>
      </w:pPr>
    </w:p>
    <w:p w14:paraId="5DCC1B5E" w14:textId="77777777" w:rsidR="0002692F" w:rsidRDefault="0002692F" w:rsidP="0002692F">
      <w:pPr>
        <w:pStyle w:val="Frval"/>
        <w:rPr>
          <w:rFonts w:ascii="Times New Roman" w:hAnsi="Times New Roman" w:cs="Times New Roman"/>
          <w:b/>
          <w:bCs/>
          <w:sz w:val="24"/>
          <w:szCs w:val="24"/>
        </w:rPr>
      </w:pPr>
    </w:p>
    <w:p w14:paraId="7A42CABF" w14:textId="77777777" w:rsidR="0002692F" w:rsidRPr="005E36C3" w:rsidRDefault="0002692F" w:rsidP="0002692F">
      <w:pPr>
        <w:pStyle w:val="Frval"/>
        <w:rPr>
          <w:rFonts w:ascii="Times New Roman" w:hAnsi="Times New Roman" w:cs="Times New Roman"/>
          <w:b/>
          <w:bCs/>
          <w:color w:val="auto"/>
          <w:sz w:val="24"/>
          <w:szCs w:val="24"/>
        </w:rPr>
      </w:pPr>
    </w:p>
    <w:p w14:paraId="6F690D46" w14:textId="77777777" w:rsidR="0002692F" w:rsidRPr="005E36C3" w:rsidRDefault="0002692F" w:rsidP="0002692F">
      <w:pPr>
        <w:pStyle w:val="Frval"/>
        <w:rPr>
          <w:rFonts w:ascii="Times New Roman" w:hAnsi="Times New Roman" w:cs="Times New Roman"/>
          <w:b/>
          <w:bCs/>
          <w:color w:val="auto"/>
          <w:sz w:val="24"/>
          <w:szCs w:val="24"/>
        </w:rPr>
      </w:pPr>
    </w:p>
    <w:p w14:paraId="2C2F3B6E" w14:textId="77777777" w:rsidR="0002692F" w:rsidRPr="005E36C3" w:rsidRDefault="0002692F" w:rsidP="0002692F">
      <w:pPr>
        <w:pStyle w:val="Frval"/>
        <w:rPr>
          <w:rFonts w:ascii="Times New Roman" w:hAnsi="Times New Roman" w:cs="Times New Roman"/>
          <w:b/>
          <w:bCs/>
          <w:color w:val="auto"/>
          <w:sz w:val="24"/>
          <w:szCs w:val="24"/>
        </w:rPr>
      </w:pPr>
      <w:r w:rsidRPr="005E36C3">
        <w:rPr>
          <w:rFonts w:ascii="Times New Roman" w:hAnsi="Times New Roman" w:cs="Times New Roman"/>
          <w:b/>
          <w:bCs/>
          <w:color w:val="auto"/>
          <w:sz w:val="24"/>
          <w:szCs w:val="24"/>
        </w:rPr>
        <w:t xml:space="preserve">Säsongen </w:t>
      </w:r>
      <w:r>
        <w:rPr>
          <w:rFonts w:ascii="Times New Roman" w:hAnsi="Times New Roman" w:cs="Times New Roman"/>
          <w:b/>
          <w:bCs/>
          <w:color w:val="auto"/>
          <w:sz w:val="24"/>
          <w:szCs w:val="24"/>
        </w:rPr>
        <w:t>26/27</w:t>
      </w:r>
    </w:p>
    <w:p w14:paraId="2B07AE53" w14:textId="09DBB942" w:rsidR="0002692F" w:rsidRPr="005E36C3" w:rsidRDefault="0002692F" w:rsidP="0002692F">
      <w:pPr>
        <w:pStyle w:val="Frval"/>
        <w:rPr>
          <w:rFonts w:ascii="Times New Roman" w:hAnsi="Times New Roman" w:cs="Times New Roman"/>
          <w:color w:val="auto"/>
          <w:sz w:val="18"/>
          <w:szCs w:val="18"/>
        </w:rPr>
      </w:pPr>
      <w:r w:rsidRPr="005E36C3">
        <w:rPr>
          <w:rFonts w:ascii="Times New Roman" w:hAnsi="Times New Roman" w:cs="Times New Roman"/>
          <w:color w:val="auto"/>
          <w:sz w:val="18"/>
          <w:szCs w:val="18"/>
        </w:rPr>
        <w:t xml:space="preserve">Uppdaterad </w:t>
      </w:r>
      <w:r>
        <w:rPr>
          <w:rFonts w:ascii="Times New Roman" w:hAnsi="Times New Roman" w:cs="Times New Roman"/>
          <w:color w:val="auto"/>
          <w:sz w:val="18"/>
          <w:szCs w:val="18"/>
        </w:rPr>
        <w:t>26</w:t>
      </w:r>
      <w:r w:rsidR="000720A9">
        <w:rPr>
          <w:rFonts w:ascii="Times New Roman" w:hAnsi="Times New Roman" w:cs="Times New Roman"/>
          <w:color w:val="auto"/>
          <w:sz w:val="18"/>
          <w:szCs w:val="18"/>
        </w:rPr>
        <w:t>0928</w:t>
      </w:r>
    </w:p>
    <w:p w14:paraId="63BC6D78" w14:textId="77777777" w:rsidR="0002692F" w:rsidRDefault="0002692F" w:rsidP="0002692F"/>
    <w:p w14:paraId="38EE3DCA" w14:textId="1DEE8DA3" w:rsidR="00AF4D06" w:rsidRPr="001B5DA2" w:rsidRDefault="00EF198E" w:rsidP="0002692F">
      <w:r w:rsidRPr="001B5DA2">
        <w:lastRenderedPageBreak/>
        <w:t>Föreningens verksamhet, ansvar, lagindelning, tävlingar och ekonomi</w:t>
      </w:r>
    </w:p>
    <w:p w14:paraId="26C54274" w14:textId="3D623600" w:rsidR="00AF4D06" w:rsidRPr="001B5DA2" w:rsidRDefault="00EF198E">
      <w:pPr>
        <w:pStyle w:val="Rubrik1"/>
        <w:rPr>
          <w:color w:val="auto"/>
        </w:rPr>
      </w:pPr>
      <w:bookmarkStart w:id="0" w:name="TOC"/>
      <w:r w:rsidRPr="001B5DA2">
        <w:rPr>
          <w:color w:val="auto"/>
        </w:rPr>
        <w:t>Innehållsförteckning</w:t>
      </w:r>
      <w:bookmarkEnd w:id="0"/>
    </w:p>
    <w:p w14:paraId="78932E55" w14:textId="77777777" w:rsidR="00AF4D06" w:rsidRPr="001B5DA2" w:rsidRDefault="00EF198E">
      <w:hyperlink w:anchor="sec001">
        <w:r w:rsidRPr="001B5DA2">
          <w:t>Vad är Cheerleading?</w:t>
        </w:r>
      </w:hyperlink>
    </w:p>
    <w:p w14:paraId="41657D0C" w14:textId="77777777" w:rsidR="00AF4D06" w:rsidRPr="001B5DA2" w:rsidRDefault="00EF198E">
      <w:hyperlink w:anchor="sec002">
        <w:r w:rsidRPr="001B5DA2">
          <w:t>Skellefteå Cheerleading Athletics (SCA)</w:t>
        </w:r>
      </w:hyperlink>
    </w:p>
    <w:p w14:paraId="6D7B0D19" w14:textId="77777777" w:rsidR="00AF4D06" w:rsidRPr="001B5DA2" w:rsidRDefault="00EF198E">
      <w:hyperlink w:anchor="sec003">
        <w:r w:rsidRPr="001B5DA2">
          <w:t>Styrelsen</w:t>
        </w:r>
      </w:hyperlink>
    </w:p>
    <w:p w14:paraId="24B26CD3" w14:textId="77777777" w:rsidR="00AF4D06" w:rsidRPr="001B5DA2" w:rsidRDefault="00EF198E">
      <w:hyperlink w:anchor="sec004">
        <w:r w:rsidRPr="001B5DA2">
          <w:t>Våra lag</w:t>
        </w:r>
      </w:hyperlink>
    </w:p>
    <w:p w14:paraId="6C058E20" w14:textId="77777777" w:rsidR="00AF4D06" w:rsidRPr="001B5DA2" w:rsidRDefault="00EF198E">
      <w:hyperlink w:anchor="sec005">
        <w:r w:rsidRPr="001B5DA2">
          <w:t>Ansvar och Respekt</w:t>
        </w:r>
      </w:hyperlink>
    </w:p>
    <w:p w14:paraId="2C2A59A9" w14:textId="77777777" w:rsidR="00AF4D06" w:rsidRPr="001B5DA2" w:rsidRDefault="00EF198E">
      <w:hyperlink w:anchor="sec006">
        <w:r w:rsidRPr="001B5DA2">
          <w:t>Trygg idrott</w:t>
        </w:r>
      </w:hyperlink>
    </w:p>
    <w:p w14:paraId="6FBE81EE" w14:textId="77777777" w:rsidR="00AF4D06" w:rsidRPr="001B5DA2" w:rsidRDefault="00EF198E">
      <w:hyperlink w:anchor="sec007">
        <w:r w:rsidRPr="001B5DA2">
          <w:t>Uppträdande</w:t>
        </w:r>
      </w:hyperlink>
    </w:p>
    <w:p w14:paraId="7A8B89FC" w14:textId="77777777" w:rsidR="00AF4D06" w:rsidRPr="001B5DA2" w:rsidRDefault="00EF198E">
      <w:hyperlink w:anchor="sec008">
        <w:r w:rsidRPr="001B5DA2">
          <w:t>Kommunikation/Information</w:t>
        </w:r>
      </w:hyperlink>
    </w:p>
    <w:p w14:paraId="56397292" w14:textId="77777777" w:rsidR="00AF4D06" w:rsidRPr="001B5DA2" w:rsidRDefault="00EF198E">
      <w:hyperlink w:anchor="sec009">
        <w:r w:rsidRPr="001B5DA2">
          <w:t>Ekonomi</w:t>
        </w:r>
      </w:hyperlink>
    </w:p>
    <w:p w14:paraId="74ED25C6" w14:textId="77777777" w:rsidR="00AF4D06" w:rsidRPr="001B5DA2" w:rsidRDefault="00EF198E">
      <w:hyperlink w:anchor="sec010">
        <w:r w:rsidRPr="001B5DA2">
          <w:t>Kontaktuppgifter SCA</w:t>
        </w:r>
      </w:hyperlink>
    </w:p>
    <w:p w14:paraId="48CF1BDC" w14:textId="77777777" w:rsidR="00AF4D06" w:rsidRPr="001B5DA2" w:rsidRDefault="00AF4D06"/>
    <w:p w14:paraId="4C6C955F" w14:textId="77777777" w:rsidR="00AF4D06" w:rsidRPr="001B5DA2" w:rsidRDefault="00EF198E">
      <w:r w:rsidRPr="001B5DA2">
        <w:br w:type="page"/>
      </w:r>
    </w:p>
    <w:p w14:paraId="7CAB3E2A" w14:textId="77777777" w:rsidR="00AF4D06" w:rsidRPr="00EA511B" w:rsidRDefault="00EF198E" w:rsidP="001B5DA2">
      <w:pPr>
        <w:pStyle w:val="Formatmall2"/>
        <w:rPr>
          <w:rFonts w:ascii="Aptos" w:hAnsi="Aptos"/>
          <w:color w:val="auto"/>
        </w:rPr>
      </w:pPr>
      <w:bookmarkStart w:id="1" w:name="sec001"/>
      <w:r w:rsidRPr="00EA511B">
        <w:rPr>
          <w:rFonts w:ascii="Aptos" w:hAnsi="Aptos"/>
          <w:color w:val="auto"/>
        </w:rPr>
        <w:lastRenderedPageBreak/>
        <w:t>Vad är Cheerleading?</w:t>
      </w:r>
      <w:bookmarkEnd w:id="1"/>
    </w:p>
    <w:p w14:paraId="507CDD99" w14:textId="77777777" w:rsidR="00AF4D06" w:rsidRPr="00EA511B" w:rsidRDefault="00EF198E">
      <w:pPr>
        <w:spacing w:after="140"/>
        <w:rPr>
          <w:sz w:val="24"/>
          <w:szCs w:val="24"/>
        </w:rPr>
      </w:pPr>
      <w:r w:rsidRPr="00EA511B">
        <w:rPr>
          <w:sz w:val="24"/>
          <w:szCs w:val="24"/>
        </w:rPr>
        <w:t>Cheerleading förknippas ofta med "hejarklacksledning" vid matcher för andra sporter. Skellefteå Cheerleading Athletics (SCA) huvudintresse är inte att agera hejaklack åt andra lag. För SCA är det viktigt att poängtera att cheerleading är en egen sport. Föreningens grund är att träningslagen ska ges möjlighet att under ordnade former lära sig sporten och sedan utöva den. Tävlingslagen ska träna och utvecklas för att kunna delta vid cheerleadingtävlingar. Ett tävlingsprogram utförs på en speciell cheerleadingmatta framför domare. Cheerleading är en bedömningsport. Varje lag har en egen specialgjord tävlingsmusik som ofta är en mix av olika låtar i högt tempo. Cheerleading är en blandning av bygg (stunts och mänskliga pyramider), gymnastik, hopp, dans och ramsor. Domarna bedömer svårighet, koreografi, säkerhet, utstrålning och samarbete inom laget.</w:t>
      </w:r>
    </w:p>
    <w:p w14:paraId="614E18A9" w14:textId="77777777" w:rsidR="00AF4D06" w:rsidRPr="00EA511B" w:rsidRDefault="00EF198E">
      <w:pPr>
        <w:pStyle w:val="Rubrik2"/>
        <w:rPr>
          <w:rFonts w:ascii="Aptos" w:hAnsi="Aptos"/>
          <w:color w:val="auto"/>
        </w:rPr>
      </w:pPr>
      <w:r w:rsidRPr="00EA511B">
        <w:rPr>
          <w:rFonts w:ascii="Aptos" w:hAnsi="Aptos"/>
          <w:color w:val="auto"/>
        </w:rPr>
        <w:t>Viktiga moment är:</w:t>
      </w:r>
    </w:p>
    <w:p w14:paraId="0C1502AF" w14:textId="77777777" w:rsidR="00AF4D06" w:rsidRPr="00F16AF8" w:rsidRDefault="00EF198E">
      <w:pPr>
        <w:pStyle w:val="Punktlista"/>
        <w:rPr>
          <w:sz w:val="24"/>
          <w:szCs w:val="24"/>
        </w:rPr>
      </w:pPr>
      <w:r w:rsidRPr="00F16AF8">
        <w:rPr>
          <w:sz w:val="24"/>
          <w:szCs w:val="24"/>
        </w:rPr>
        <w:t>Stunt - även kallat bygg och är lyft som av utförs av 2-5 personer. Vanligast är att en byggrupp består av en topp som lyfts eller kastas, två baser som lyfter varsin fot och en bakperson som håller i vaderna på toppen (en framperson som stödjer stuntet framifrån förekommer i vissa lag där tränaren anser att det är viktigt). Exempel på stunts är lib (liberty) på ett ben med fribenet i olika svåra positioner och även basket toss, där utövarna med hjälp av en speciell teknik kan kasta upp en flygare (flyer/topp) upp i luften, där hen utför gymnastiska moment eller akrobatiska konster.</w:t>
      </w:r>
    </w:p>
    <w:p w14:paraId="1D14ADA5" w14:textId="77777777" w:rsidR="00AF4D06" w:rsidRPr="00F16AF8" w:rsidRDefault="00EF198E">
      <w:pPr>
        <w:pStyle w:val="Punktlista"/>
        <w:rPr>
          <w:sz w:val="24"/>
          <w:szCs w:val="24"/>
        </w:rPr>
      </w:pPr>
      <w:r w:rsidRPr="00F16AF8">
        <w:rPr>
          <w:sz w:val="24"/>
          <w:szCs w:val="24"/>
        </w:rPr>
        <w:t>Pyramider - består av två eller flera sammankopplade stunts och kan vara i flera våningar.</w:t>
      </w:r>
    </w:p>
    <w:p w14:paraId="3D566404" w14:textId="77777777" w:rsidR="00AF4D06" w:rsidRPr="00F16AF8" w:rsidRDefault="00EF198E">
      <w:pPr>
        <w:pStyle w:val="Punktlista"/>
        <w:rPr>
          <w:sz w:val="24"/>
          <w:szCs w:val="24"/>
        </w:rPr>
      </w:pPr>
      <w:r w:rsidRPr="00F16AF8">
        <w:rPr>
          <w:sz w:val="24"/>
          <w:szCs w:val="24"/>
        </w:rPr>
        <w:t>Tumbling – gymnastik</w:t>
      </w:r>
    </w:p>
    <w:p w14:paraId="3647B576" w14:textId="77777777" w:rsidR="00AF4D06" w:rsidRPr="00F16AF8" w:rsidRDefault="00EF198E">
      <w:pPr>
        <w:pStyle w:val="Punktlista"/>
        <w:rPr>
          <w:sz w:val="24"/>
          <w:szCs w:val="24"/>
        </w:rPr>
      </w:pPr>
      <w:r w:rsidRPr="00F16AF8">
        <w:rPr>
          <w:sz w:val="24"/>
          <w:szCs w:val="24"/>
        </w:rPr>
        <w:t>Dans - en del av programmet där det mest är dans (speciella och skarpa armrörelser)</w:t>
      </w:r>
    </w:p>
    <w:p w14:paraId="780938B2" w14:textId="77777777" w:rsidR="00AF4D06" w:rsidRPr="00F16AF8" w:rsidRDefault="00EF198E">
      <w:pPr>
        <w:pStyle w:val="Punktlista"/>
        <w:rPr>
          <w:sz w:val="24"/>
          <w:szCs w:val="24"/>
        </w:rPr>
      </w:pPr>
      <w:r w:rsidRPr="00F16AF8">
        <w:rPr>
          <w:sz w:val="24"/>
          <w:szCs w:val="24"/>
        </w:rPr>
        <w:t>Hopp – till exempel spread eagle/x-hopp och toe touch</w:t>
      </w:r>
    </w:p>
    <w:p w14:paraId="14D0F3C9" w14:textId="77777777" w:rsidR="00AF4D06" w:rsidRPr="00F16AF8" w:rsidRDefault="00EF198E">
      <w:pPr>
        <w:pStyle w:val="Punktlista"/>
        <w:rPr>
          <w:sz w:val="24"/>
          <w:szCs w:val="24"/>
        </w:rPr>
      </w:pPr>
      <w:r w:rsidRPr="00F16AF8">
        <w:rPr>
          <w:sz w:val="24"/>
          <w:szCs w:val="24"/>
        </w:rPr>
        <w:t>Ramsa – även kallat cheer eller chant, innehåller ofta lagets namn eller färger. Gör det för att peppa publiken att jubla mer.</w:t>
      </w:r>
    </w:p>
    <w:p w14:paraId="2F2527E2" w14:textId="55383F03" w:rsidR="00AF4D06" w:rsidRPr="00F16AF8" w:rsidRDefault="00EF198E">
      <w:pPr>
        <w:rPr>
          <w:sz w:val="24"/>
          <w:szCs w:val="24"/>
        </w:rPr>
      </w:pPr>
      <w:r w:rsidRPr="00F16AF8">
        <w:rPr>
          <w:sz w:val="24"/>
          <w:szCs w:val="24"/>
        </w:rPr>
        <w:t xml:space="preserve">Inom cheerleadingen i Sverige hålls det varje år distriktsmästerskap där de två bästa lagen i varje klass kvalificerar sig vidare till RM/SM. De lag som tävlar i SM kan kvalificera sig vidare till EM och VM. Cheerleading kom till Sverige i mitten av 1980-talet och 1989 arrangerades Sveriges första nationella mästerskap i Cheerleading. </w:t>
      </w:r>
      <w:r w:rsidR="00EA511B" w:rsidRPr="00F16AF8">
        <w:rPr>
          <w:sz w:val="24"/>
          <w:szCs w:val="24"/>
        </w:rPr>
        <w:t xml:space="preserve"> I Sverige finns drygt 27 000 utövare i 60 föreningar. </w:t>
      </w:r>
    </w:p>
    <w:p w14:paraId="3F77D5FA" w14:textId="77777777" w:rsidR="00AF4D06" w:rsidRPr="00EA511B" w:rsidRDefault="00EF198E">
      <w:pPr>
        <w:pStyle w:val="Rubrik1"/>
        <w:rPr>
          <w:rFonts w:ascii="Aptos" w:hAnsi="Aptos"/>
          <w:color w:val="auto"/>
        </w:rPr>
      </w:pPr>
      <w:bookmarkStart w:id="2" w:name="sec002"/>
      <w:r w:rsidRPr="00EA511B">
        <w:rPr>
          <w:rFonts w:ascii="Aptos" w:hAnsi="Aptos"/>
          <w:color w:val="auto"/>
        </w:rPr>
        <w:t>Skellefteå Cheerleading Athletics (SCA)</w:t>
      </w:r>
      <w:bookmarkEnd w:id="2"/>
    </w:p>
    <w:p w14:paraId="7358BF98" w14:textId="77777777" w:rsidR="00AF4D06" w:rsidRPr="00F16AF8" w:rsidRDefault="00EF198E">
      <w:pPr>
        <w:rPr>
          <w:sz w:val="24"/>
          <w:szCs w:val="24"/>
        </w:rPr>
      </w:pPr>
      <w:r w:rsidRPr="00F16AF8">
        <w:rPr>
          <w:sz w:val="24"/>
          <w:szCs w:val="24"/>
        </w:rPr>
        <w:t>SCA har funnits sedan 2006 och har sedan dess bedrivit idrottsverksamhet för barn och unga. Föreningen har ett administrativt stöd av Idrottsservice Västerbotten AB.</w:t>
      </w:r>
    </w:p>
    <w:p w14:paraId="2EBB1A03" w14:textId="77777777" w:rsidR="00AF4D06" w:rsidRPr="00F16AF8" w:rsidRDefault="00EF198E">
      <w:pPr>
        <w:rPr>
          <w:sz w:val="24"/>
          <w:szCs w:val="24"/>
        </w:rPr>
      </w:pPr>
      <w:r w:rsidRPr="00F16AF8">
        <w:rPr>
          <w:sz w:val="24"/>
          <w:szCs w:val="24"/>
        </w:rPr>
        <w:t>SCA är medlem i Svenska Cheerleadingförbundet (SCF) som är anslutet till Riksidrottsförbundet (RF) och Sveriges olympiska kommitté (SOK).</w:t>
      </w:r>
    </w:p>
    <w:p w14:paraId="5AE1BF3A" w14:textId="77777777" w:rsidR="00AF4D06" w:rsidRPr="00F16AF8" w:rsidRDefault="00EF198E">
      <w:pPr>
        <w:rPr>
          <w:sz w:val="24"/>
          <w:szCs w:val="24"/>
        </w:rPr>
      </w:pPr>
      <w:r w:rsidRPr="00F16AF8">
        <w:rPr>
          <w:sz w:val="24"/>
          <w:szCs w:val="24"/>
        </w:rPr>
        <w:lastRenderedPageBreak/>
        <w:t>Mer information om de olika lagen finns på laget.se, sök på Skellefteå Cheerleading. Våra tränare är utbildade via Svenska Cheerleadingförbundet och de har stor erfarenhet inom sporten. Tränarna har också möjlighet att delta i utbildningar och föreläsningar via RF-SISU.</w:t>
      </w:r>
    </w:p>
    <w:p w14:paraId="2172019E" w14:textId="77777777" w:rsidR="00AF4D06" w:rsidRPr="00F16AF8" w:rsidRDefault="00EF198E">
      <w:pPr>
        <w:rPr>
          <w:sz w:val="24"/>
          <w:szCs w:val="24"/>
        </w:rPr>
      </w:pPr>
      <w:r w:rsidRPr="00F16AF8">
        <w:rPr>
          <w:sz w:val="24"/>
          <w:szCs w:val="24"/>
        </w:rPr>
        <w:t>Våra tränare och styrelse har gemensamt beslutat att vi ska sträva efter att lagen i vår förening ska kännas igen genom att de har säkra och cleana program samt att de aktiva har en positiv utstrålning. Aktiva inom SCA visar alltid upp ett gott bemötande både inom föreningen och gentemot andra.</w:t>
      </w:r>
    </w:p>
    <w:p w14:paraId="2DB4D34E" w14:textId="4EA96CDF" w:rsidR="00AF4D06" w:rsidRPr="00F16AF8" w:rsidRDefault="00EF198E">
      <w:pPr>
        <w:rPr>
          <w:sz w:val="24"/>
          <w:szCs w:val="24"/>
        </w:rPr>
      </w:pPr>
      <w:r w:rsidRPr="00F16AF8">
        <w:rPr>
          <w:sz w:val="24"/>
          <w:szCs w:val="24"/>
        </w:rPr>
        <w:t>Styrelsens ambition är att SCA ska vara en välfungerande förening där glädje, samarbete och tillit är våra ledord</w:t>
      </w:r>
    </w:p>
    <w:p w14:paraId="3DFCB1E7" w14:textId="77777777" w:rsidR="001B5DA2" w:rsidRPr="00EA511B" w:rsidRDefault="001B5DA2" w:rsidP="001B5DA2">
      <w:pPr>
        <w:rPr>
          <w:sz w:val="28"/>
          <w:szCs w:val="28"/>
          <w:lang w:val="sv"/>
        </w:rPr>
      </w:pPr>
      <w:r w:rsidRPr="00EA511B">
        <w:rPr>
          <w:b/>
          <w:bCs/>
          <w:sz w:val="28"/>
          <w:szCs w:val="28"/>
          <w:lang w:val="sv"/>
        </w:rPr>
        <w:t>Vår målsättning och värdegrund</w:t>
      </w:r>
    </w:p>
    <w:p w14:paraId="2241C762" w14:textId="77777777" w:rsidR="001B5DA2" w:rsidRPr="00F16AF8" w:rsidRDefault="001B5DA2" w:rsidP="001B5DA2">
      <w:pPr>
        <w:rPr>
          <w:b/>
          <w:bCs/>
          <w:sz w:val="24"/>
          <w:szCs w:val="24"/>
          <w:lang w:val="sv"/>
        </w:rPr>
      </w:pPr>
      <w:r w:rsidRPr="00F16AF8">
        <w:rPr>
          <w:b/>
          <w:bCs/>
          <w:sz w:val="24"/>
          <w:szCs w:val="24"/>
          <w:u w:val="single"/>
          <w:lang w:val="sv"/>
        </w:rPr>
        <w:t>Målsättning och syfte</w:t>
      </w:r>
    </w:p>
    <w:p w14:paraId="508AB39F" w14:textId="77777777" w:rsidR="001B5DA2" w:rsidRPr="00F16AF8" w:rsidRDefault="001B5DA2" w:rsidP="001B5DA2">
      <w:pPr>
        <w:rPr>
          <w:sz w:val="24"/>
          <w:szCs w:val="24"/>
          <w:lang w:val="sv"/>
        </w:rPr>
      </w:pPr>
      <w:r w:rsidRPr="00F16AF8">
        <w:rPr>
          <w:sz w:val="24"/>
          <w:szCs w:val="24"/>
          <w:lang w:val="sv"/>
        </w:rPr>
        <w:t>Syftet med vår verksamhet är att vi vill erbjuda en idrott för alla, som främjar gemenskap, trygghet och utveckling. Vår målsättning är att vi ska erbjuda en trygg, rolig och utvecklande aktivitet där gemenskap och allas lika värde genomsyrar allt vi gör.</w:t>
      </w:r>
    </w:p>
    <w:p w14:paraId="7419BD5D" w14:textId="77777777" w:rsidR="001B5DA2" w:rsidRPr="00F16AF8" w:rsidRDefault="001B5DA2" w:rsidP="001B5DA2">
      <w:pPr>
        <w:rPr>
          <w:b/>
          <w:bCs/>
          <w:sz w:val="24"/>
          <w:szCs w:val="24"/>
          <w:u w:val="single"/>
          <w:lang w:val="sv"/>
        </w:rPr>
      </w:pPr>
      <w:r w:rsidRPr="00F16AF8">
        <w:rPr>
          <w:b/>
          <w:bCs/>
          <w:sz w:val="24"/>
          <w:szCs w:val="24"/>
          <w:u w:val="single"/>
          <w:lang w:val="sv"/>
        </w:rPr>
        <w:t>Värdegrund och vision</w:t>
      </w:r>
    </w:p>
    <w:p w14:paraId="1A829A7D" w14:textId="77777777" w:rsidR="001B5DA2" w:rsidRPr="00F16AF8" w:rsidRDefault="001B5DA2" w:rsidP="001B5DA2">
      <w:pPr>
        <w:rPr>
          <w:sz w:val="24"/>
          <w:szCs w:val="24"/>
          <w:lang w:val="sv"/>
        </w:rPr>
      </w:pPr>
      <w:r w:rsidRPr="00F16AF8">
        <w:rPr>
          <w:b/>
          <w:bCs/>
          <w:sz w:val="24"/>
          <w:szCs w:val="24"/>
          <w:lang w:val="sv"/>
        </w:rPr>
        <w:t>Glädje</w:t>
      </w:r>
    </w:p>
    <w:p w14:paraId="1F6D7113" w14:textId="77777777" w:rsidR="001B5DA2" w:rsidRPr="00F16AF8" w:rsidRDefault="001B5DA2" w:rsidP="001B5DA2">
      <w:pPr>
        <w:rPr>
          <w:sz w:val="24"/>
          <w:szCs w:val="24"/>
          <w:lang w:val="sv"/>
        </w:rPr>
      </w:pPr>
      <w:r w:rsidRPr="00F16AF8">
        <w:rPr>
          <w:sz w:val="24"/>
          <w:szCs w:val="24"/>
          <w:lang w:val="sv"/>
        </w:rPr>
        <w:t>Vi sprider positiv energi och skapar en miljö där alla känner sig välkomna.</w:t>
      </w:r>
    </w:p>
    <w:p w14:paraId="44979A34" w14:textId="77777777" w:rsidR="001B5DA2" w:rsidRPr="00F16AF8" w:rsidRDefault="001B5DA2" w:rsidP="001B5DA2">
      <w:pPr>
        <w:rPr>
          <w:sz w:val="24"/>
          <w:szCs w:val="24"/>
          <w:lang w:val="sv"/>
        </w:rPr>
      </w:pPr>
      <w:r w:rsidRPr="00F16AF8">
        <w:rPr>
          <w:sz w:val="24"/>
          <w:szCs w:val="24"/>
          <w:lang w:val="sv"/>
        </w:rPr>
        <w:t>Glädje och trygghet är grunden för utveckling och gemenskap inom vår förening.</w:t>
      </w:r>
    </w:p>
    <w:p w14:paraId="07038E7E" w14:textId="77777777" w:rsidR="001B5DA2" w:rsidRPr="00F16AF8" w:rsidRDefault="001B5DA2" w:rsidP="001B5DA2">
      <w:pPr>
        <w:rPr>
          <w:sz w:val="24"/>
          <w:szCs w:val="24"/>
          <w:lang w:val="sv"/>
        </w:rPr>
      </w:pPr>
      <w:r w:rsidRPr="00F16AF8">
        <w:rPr>
          <w:b/>
          <w:bCs/>
          <w:sz w:val="24"/>
          <w:szCs w:val="24"/>
          <w:lang w:val="sv"/>
        </w:rPr>
        <w:t>Samarbete</w:t>
      </w:r>
    </w:p>
    <w:p w14:paraId="2E7E23D5" w14:textId="77777777" w:rsidR="001B5DA2" w:rsidRPr="00F16AF8" w:rsidRDefault="001B5DA2" w:rsidP="001B5DA2">
      <w:pPr>
        <w:rPr>
          <w:sz w:val="24"/>
          <w:szCs w:val="24"/>
          <w:lang w:val="sv"/>
        </w:rPr>
      </w:pPr>
      <w:r w:rsidRPr="00F16AF8">
        <w:rPr>
          <w:sz w:val="24"/>
          <w:szCs w:val="24"/>
          <w:lang w:val="sv"/>
        </w:rPr>
        <w:t>Vi arbetar tillsammans och stöttar varandra – både i framgångar och motgångar.</w:t>
      </w:r>
    </w:p>
    <w:p w14:paraId="383174BA" w14:textId="77777777" w:rsidR="001B5DA2" w:rsidRPr="00F16AF8" w:rsidRDefault="001B5DA2" w:rsidP="001B5DA2">
      <w:pPr>
        <w:rPr>
          <w:sz w:val="24"/>
          <w:szCs w:val="24"/>
          <w:lang w:val="sv"/>
        </w:rPr>
      </w:pPr>
      <w:r w:rsidRPr="00F16AF8">
        <w:rPr>
          <w:sz w:val="24"/>
          <w:szCs w:val="24"/>
          <w:lang w:val="sv"/>
        </w:rPr>
        <w:t>Tillsammans når vi längre än någon av oss kan göra ensam.</w:t>
      </w:r>
    </w:p>
    <w:p w14:paraId="5C57CEF2" w14:textId="77777777" w:rsidR="001B5DA2" w:rsidRPr="00F16AF8" w:rsidRDefault="001B5DA2" w:rsidP="001B5DA2">
      <w:pPr>
        <w:rPr>
          <w:sz w:val="24"/>
          <w:szCs w:val="24"/>
          <w:lang w:val="sv"/>
        </w:rPr>
      </w:pPr>
      <w:r w:rsidRPr="00F16AF8">
        <w:rPr>
          <w:b/>
          <w:bCs/>
          <w:sz w:val="24"/>
          <w:szCs w:val="24"/>
          <w:lang w:val="sv"/>
        </w:rPr>
        <w:t>Tillit</w:t>
      </w:r>
    </w:p>
    <w:p w14:paraId="2FAB0FC7" w14:textId="77777777" w:rsidR="001B5DA2" w:rsidRPr="00F16AF8" w:rsidRDefault="001B5DA2" w:rsidP="001B5DA2">
      <w:pPr>
        <w:rPr>
          <w:sz w:val="24"/>
          <w:szCs w:val="24"/>
          <w:lang w:val="sv"/>
        </w:rPr>
      </w:pPr>
      <w:r w:rsidRPr="00F16AF8">
        <w:rPr>
          <w:sz w:val="24"/>
          <w:szCs w:val="24"/>
          <w:lang w:val="sv"/>
        </w:rPr>
        <w:t>Vi bygger förtroende genom respekt, öppenhet och trygghet.</w:t>
      </w:r>
    </w:p>
    <w:p w14:paraId="5089146B" w14:textId="77777777" w:rsidR="001B5DA2" w:rsidRPr="00F16AF8" w:rsidRDefault="001B5DA2" w:rsidP="001B5DA2">
      <w:pPr>
        <w:rPr>
          <w:sz w:val="24"/>
          <w:szCs w:val="24"/>
          <w:lang w:val="sv"/>
        </w:rPr>
      </w:pPr>
      <w:r w:rsidRPr="00F16AF8">
        <w:rPr>
          <w:sz w:val="24"/>
          <w:szCs w:val="24"/>
          <w:lang w:val="sv"/>
        </w:rPr>
        <w:t>Tillit gör att alla vågar utvecklas och bidra på sitt sätt.</w:t>
      </w:r>
    </w:p>
    <w:p w14:paraId="4839728E" w14:textId="77777777" w:rsidR="001B5DA2" w:rsidRPr="00EA511B" w:rsidRDefault="001B5DA2"/>
    <w:p w14:paraId="0D1B2710" w14:textId="77777777" w:rsidR="00AF4D06" w:rsidRPr="00EA511B" w:rsidRDefault="00EF198E">
      <w:pPr>
        <w:pStyle w:val="Rubrik1"/>
        <w:rPr>
          <w:rFonts w:ascii="Aptos" w:hAnsi="Aptos"/>
          <w:color w:val="auto"/>
        </w:rPr>
      </w:pPr>
      <w:bookmarkStart w:id="3" w:name="sec003"/>
      <w:r w:rsidRPr="00EA511B">
        <w:rPr>
          <w:rFonts w:ascii="Aptos" w:hAnsi="Aptos"/>
          <w:color w:val="auto"/>
        </w:rPr>
        <w:t>Styrelsen</w:t>
      </w:r>
      <w:bookmarkEnd w:id="3"/>
    </w:p>
    <w:p w14:paraId="65B64E7A" w14:textId="77777777" w:rsidR="00AF4D06" w:rsidRPr="00F16AF8" w:rsidRDefault="00EF198E">
      <w:pPr>
        <w:rPr>
          <w:sz w:val="24"/>
          <w:szCs w:val="24"/>
        </w:rPr>
      </w:pPr>
      <w:r w:rsidRPr="00F16AF8">
        <w:rPr>
          <w:sz w:val="24"/>
          <w:szCs w:val="24"/>
        </w:rPr>
        <w:t>Styrelsen i föreningen SCA väljs av föreningens medlemmar på årsmötet. Årsmötet hålls enligt föreningens stadgar före utgången av mars månad. På årsmötet väljs en ordförande och därefter ledamöter och suppleanter. De specifika funktionerna inom styrelsen väljs sedan internt av styrelsen på det konstituerande mötet. Sportchef finns alltid med i styrelsen. Föreningnens stadgar finns att hitta på föreningens sida på laget.se.</w:t>
      </w:r>
    </w:p>
    <w:p w14:paraId="1DED8AF8" w14:textId="77777777" w:rsidR="00AF4D06" w:rsidRPr="00F16AF8" w:rsidRDefault="00EF198E">
      <w:pPr>
        <w:rPr>
          <w:sz w:val="24"/>
          <w:szCs w:val="24"/>
        </w:rPr>
      </w:pPr>
      <w:r w:rsidRPr="00F16AF8">
        <w:rPr>
          <w:sz w:val="24"/>
          <w:szCs w:val="24"/>
        </w:rPr>
        <w:lastRenderedPageBreak/>
        <w:t>Styrelsen ser till att föreningens dagliga verksamhet fungerar, sköter föreningens ekonomi och ser till att verksamhetsplaneringen för säsongen följs. Sportchefen tillsätter de tränare som krävs för att driva och utveckla SCA.</w:t>
      </w:r>
    </w:p>
    <w:p w14:paraId="3CF90E1B" w14:textId="77777777" w:rsidR="00AF4D06" w:rsidRPr="00EA511B" w:rsidRDefault="00EF198E">
      <w:pPr>
        <w:pStyle w:val="Rubrik2"/>
        <w:rPr>
          <w:rFonts w:ascii="Aptos" w:hAnsi="Aptos"/>
          <w:color w:val="auto"/>
        </w:rPr>
      </w:pPr>
      <w:r w:rsidRPr="00EA511B">
        <w:rPr>
          <w:rFonts w:ascii="Aptos" w:hAnsi="Aptos"/>
          <w:color w:val="auto"/>
        </w:rPr>
        <w:t>Rösträtt på årsmöte</w:t>
      </w:r>
    </w:p>
    <w:p w14:paraId="399EFC9F" w14:textId="2EA20D22" w:rsidR="00AF4D06" w:rsidRPr="00F16AF8" w:rsidRDefault="00EF198E">
      <w:pPr>
        <w:rPr>
          <w:sz w:val="24"/>
          <w:szCs w:val="24"/>
        </w:rPr>
      </w:pPr>
      <w:r w:rsidRPr="00F16AF8">
        <w:rPr>
          <w:sz w:val="24"/>
          <w:szCs w:val="24"/>
        </w:rPr>
        <w:t>Årsmötet består av närvarande röstberättigade medlemmar. Medlem äger en (1) röst på årsmötet. Vid fö</w:t>
      </w:r>
      <w:r w:rsidR="00F16AF8">
        <w:rPr>
          <w:sz w:val="24"/>
          <w:szCs w:val="24"/>
        </w:rPr>
        <w:t xml:space="preserve">rhinder </w:t>
      </w:r>
      <w:r w:rsidRPr="00F16AF8">
        <w:rPr>
          <w:sz w:val="24"/>
          <w:szCs w:val="24"/>
        </w:rPr>
        <w:t>får medlemmen företrädas av ombud. Ombud får enbart företräda en medlem. Vårdnadshavare har dock rätt att företräda sina omyndiga barn.</w:t>
      </w:r>
    </w:p>
    <w:p w14:paraId="234E3F4C" w14:textId="77777777" w:rsidR="00AF4D06" w:rsidRPr="00F16AF8" w:rsidRDefault="00EF198E">
      <w:pPr>
        <w:rPr>
          <w:sz w:val="24"/>
          <w:szCs w:val="24"/>
        </w:rPr>
      </w:pPr>
      <w:r w:rsidRPr="00F16AF8">
        <w:rPr>
          <w:sz w:val="24"/>
          <w:szCs w:val="24"/>
        </w:rPr>
        <w:t>Styrelsen kontaktas via mail: styrelseskellefteacheer@gmail.com.</w:t>
      </w:r>
    </w:p>
    <w:p w14:paraId="0BDF10CB" w14:textId="77777777" w:rsidR="00AF4D06" w:rsidRPr="00F16AF8" w:rsidRDefault="00EF198E">
      <w:pPr>
        <w:rPr>
          <w:sz w:val="24"/>
          <w:szCs w:val="24"/>
        </w:rPr>
      </w:pPr>
      <w:r w:rsidRPr="00F16AF8">
        <w:rPr>
          <w:sz w:val="24"/>
          <w:szCs w:val="24"/>
        </w:rPr>
        <w:t>Kassören kontaktas via mail: kassorskellefteacheerleading@gmail.com</w:t>
      </w:r>
    </w:p>
    <w:p w14:paraId="1FE2C002" w14:textId="77777777" w:rsidR="00D142EE" w:rsidRPr="00EA511B" w:rsidRDefault="00D142EE" w:rsidP="00D142EE">
      <w:pPr>
        <w:pStyle w:val="Rubrik1"/>
        <w:rPr>
          <w:rFonts w:ascii="Aptos" w:hAnsi="Aptos"/>
          <w:b w:val="0"/>
          <w:bCs w:val="0"/>
          <w:color w:val="auto"/>
          <w:sz w:val="32"/>
          <w:szCs w:val="32"/>
        </w:rPr>
      </w:pPr>
      <w:r w:rsidRPr="00EA511B">
        <w:rPr>
          <w:rFonts w:ascii="Aptos" w:hAnsi="Aptos"/>
          <w:color w:val="auto"/>
          <w:sz w:val="32"/>
          <w:szCs w:val="32"/>
        </w:rPr>
        <w:t>Våra lag</w:t>
      </w:r>
    </w:p>
    <w:p w14:paraId="58ECD615" w14:textId="77777777" w:rsidR="00D142EE" w:rsidRDefault="00D142EE" w:rsidP="00D142EE">
      <w:pPr>
        <w:rPr>
          <w:sz w:val="24"/>
          <w:szCs w:val="24"/>
        </w:rPr>
      </w:pPr>
      <w:r w:rsidRPr="00F16AF8">
        <w:rPr>
          <w:sz w:val="24"/>
          <w:szCs w:val="24"/>
        </w:rPr>
        <w:t>Inom cheerleading är lagen indelade utifrån ålder och svårighetsgrad. Detta för att barn och ungdomar ska kunna träna och tävla på lika villkor. Hur många lag och vilka nivåer(levels) vår förening kommer att ha varje säsong, beror på vilka aktiva vi har och vilka tränare vi har tillgång till.</w:t>
      </w:r>
    </w:p>
    <w:p w14:paraId="4A5002E8" w14:textId="38865B21" w:rsidR="00F16AF8" w:rsidRPr="00F16AF8" w:rsidRDefault="00F16AF8" w:rsidP="00D142EE">
      <w:pPr>
        <w:rPr>
          <w:sz w:val="24"/>
          <w:szCs w:val="24"/>
        </w:rPr>
      </w:pPr>
      <w:r>
        <w:rPr>
          <w:sz w:val="24"/>
          <w:szCs w:val="24"/>
        </w:rPr>
        <w:t>För mer information se föreningens Idrottsliga policy.</w:t>
      </w:r>
    </w:p>
    <w:p w14:paraId="10DDB6CD" w14:textId="77777777" w:rsidR="00D142EE" w:rsidRPr="00EA511B" w:rsidRDefault="00D142EE" w:rsidP="00D142EE">
      <w:pPr>
        <w:pStyle w:val="Rubrik2"/>
        <w:rPr>
          <w:rFonts w:ascii="Aptos" w:hAnsi="Aptos"/>
          <w:color w:val="auto"/>
        </w:rPr>
      </w:pPr>
      <w:r w:rsidRPr="00EA511B">
        <w:rPr>
          <w:rFonts w:ascii="Aptos" w:hAnsi="Aptos"/>
          <w:color w:val="auto"/>
        </w:rPr>
        <w:t>Tränarnas mål</w:t>
      </w:r>
    </w:p>
    <w:p w14:paraId="24BAA1C7" w14:textId="77777777" w:rsidR="00D142EE" w:rsidRPr="00F16AF8" w:rsidRDefault="00D142EE" w:rsidP="00D142EE">
      <w:pPr>
        <w:pStyle w:val="Punktlista"/>
        <w:rPr>
          <w:sz w:val="24"/>
          <w:szCs w:val="24"/>
        </w:rPr>
      </w:pPr>
      <w:r w:rsidRPr="00F16AF8">
        <w:rPr>
          <w:sz w:val="24"/>
          <w:szCs w:val="24"/>
        </w:rPr>
        <w:t>att alla aktiva och tränare ska trivas och att det är bra stämning och en känsla av samhörighet/sammanhållning på träningar och tävlingar. Både i laget och inom föreningen.</w:t>
      </w:r>
    </w:p>
    <w:p w14:paraId="26DD17D3" w14:textId="77777777" w:rsidR="00D142EE" w:rsidRPr="00F16AF8" w:rsidRDefault="00D142EE" w:rsidP="00D142EE">
      <w:pPr>
        <w:pStyle w:val="Punktlista"/>
        <w:rPr>
          <w:sz w:val="24"/>
          <w:szCs w:val="24"/>
        </w:rPr>
      </w:pPr>
      <w:r w:rsidRPr="00F16AF8">
        <w:rPr>
          <w:sz w:val="24"/>
          <w:szCs w:val="24"/>
        </w:rPr>
        <w:t>att de aktiva ska känna att de lär sig något och att de ges möjlighet att utvecklas i sin egen takt.</w:t>
      </w:r>
    </w:p>
    <w:p w14:paraId="0AE7CCE7" w14:textId="77777777" w:rsidR="00D142EE" w:rsidRPr="00F16AF8" w:rsidRDefault="00D142EE" w:rsidP="00D142EE">
      <w:pPr>
        <w:pStyle w:val="Punktlista"/>
        <w:rPr>
          <w:sz w:val="24"/>
          <w:szCs w:val="24"/>
        </w:rPr>
      </w:pPr>
      <w:r w:rsidRPr="00F16AF8">
        <w:rPr>
          <w:sz w:val="24"/>
          <w:szCs w:val="24"/>
        </w:rPr>
        <w:t>att alla ska känna att de är trygga, sedda och behövda.</w:t>
      </w:r>
    </w:p>
    <w:p w14:paraId="79AC65D3" w14:textId="77777777" w:rsidR="00D142EE" w:rsidRPr="00F16AF8" w:rsidRDefault="00D142EE" w:rsidP="00D142EE">
      <w:pPr>
        <w:pStyle w:val="Punktlista"/>
        <w:rPr>
          <w:sz w:val="24"/>
          <w:szCs w:val="24"/>
        </w:rPr>
      </w:pPr>
      <w:r w:rsidRPr="00F16AF8">
        <w:rPr>
          <w:sz w:val="24"/>
          <w:szCs w:val="24"/>
        </w:rPr>
        <w:t>att kunna visa upp säkra program som de aktiva känner sig trygga med.</w:t>
      </w:r>
    </w:p>
    <w:p w14:paraId="65CB3A6C" w14:textId="77777777" w:rsidR="00D142EE" w:rsidRPr="00F16AF8" w:rsidRDefault="00D142EE" w:rsidP="00D142EE">
      <w:pPr>
        <w:pStyle w:val="Punktlista"/>
        <w:rPr>
          <w:sz w:val="24"/>
          <w:szCs w:val="24"/>
        </w:rPr>
      </w:pPr>
      <w:r w:rsidRPr="00F16AF8">
        <w:rPr>
          <w:sz w:val="24"/>
          <w:szCs w:val="24"/>
        </w:rPr>
        <w:t>att vi har gemensamma föreningsaktiviteter för alla medlemmar</w:t>
      </w:r>
    </w:p>
    <w:p w14:paraId="408D3B4B" w14:textId="77777777" w:rsidR="00D142EE" w:rsidRPr="00EA511B" w:rsidRDefault="00D142EE" w:rsidP="00D142EE">
      <w:pPr>
        <w:pStyle w:val="Rubrik2"/>
        <w:rPr>
          <w:rFonts w:ascii="Aptos" w:hAnsi="Aptos"/>
          <w:color w:val="auto"/>
        </w:rPr>
      </w:pPr>
      <w:r w:rsidRPr="00EA511B">
        <w:rPr>
          <w:rFonts w:ascii="Aptos" w:hAnsi="Aptos"/>
          <w:color w:val="auto"/>
        </w:rPr>
        <w:t>Träningslag</w:t>
      </w:r>
    </w:p>
    <w:p w14:paraId="052881F8" w14:textId="77777777" w:rsidR="00D142EE" w:rsidRPr="00F16AF8" w:rsidRDefault="00D142EE" w:rsidP="00D142EE">
      <w:pPr>
        <w:rPr>
          <w:sz w:val="24"/>
          <w:szCs w:val="24"/>
        </w:rPr>
      </w:pPr>
      <w:r w:rsidRPr="00F16AF8">
        <w:rPr>
          <w:sz w:val="24"/>
          <w:szCs w:val="24"/>
        </w:rPr>
        <w:t>I dessa lag finns våra nybörjare, de som behöver träna lite mer för att få en plats i ett tävlingslag. samt de aktiva som vill träna cheerleading, men inte vara med i ett tävlingslag.</w:t>
      </w:r>
    </w:p>
    <w:p w14:paraId="7E0EB2C6" w14:textId="77777777" w:rsidR="00D142EE" w:rsidRPr="00F16AF8" w:rsidRDefault="00D142EE" w:rsidP="00D142EE">
      <w:pPr>
        <w:rPr>
          <w:sz w:val="24"/>
          <w:szCs w:val="24"/>
        </w:rPr>
      </w:pPr>
      <w:r w:rsidRPr="00F16AF8">
        <w:rPr>
          <w:sz w:val="24"/>
          <w:szCs w:val="24"/>
        </w:rPr>
        <w:t>Att gå i ett träningslag, mer än en säsong, ska inte ses som ett nederlag utan en möjlighet att få utvecklas i sin takt så att man är redo den dag man får plats i ett tävlingslag. Vi har höga krav på säkerhet och det fungerar inte, vare sig för laget eller den aktiva, om vi stressar på utvecklingen.</w:t>
      </w:r>
    </w:p>
    <w:p w14:paraId="14ED522A" w14:textId="77777777" w:rsidR="00D142EE" w:rsidRPr="00F16AF8" w:rsidRDefault="00D142EE" w:rsidP="00D142EE">
      <w:pPr>
        <w:rPr>
          <w:sz w:val="24"/>
          <w:szCs w:val="24"/>
        </w:rPr>
      </w:pPr>
      <w:r w:rsidRPr="00F16AF8">
        <w:rPr>
          <w:sz w:val="24"/>
          <w:szCs w:val="24"/>
        </w:rPr>
        <w:t>Träningslagen deltar vanligtvis inte i några tävlingar under säsongen, men de får visa upp sig på våra jul- och våruppvisningar.</w:t>
      </w:r>
    </w:p>
    <w:p w14:paraId="6F75CF06" w14:textId="77777777" w:rsidR="00D142EE" w:rsidRPr="00F16AF8" w:rsidRDefault="00D142EE" w:rsidP="00D142EE">
      <w:pPr>
        <w:rPr>
          <w:sz w:val="24"/>
          <w:szCs w:val="24"/>
        </w:rPr>
      </w:pPr>
      <w:r w:rsidRPr="00F16AF8">
        <w:rPr>
          <w:sz w:val="24"/>
          <w:szCs w:val="24"/>
        </w:rPr>
        <w:lastRenderedPageBreak/>
        <w:t>När det gäller träningslagen har vi inga krav på obligatorisk närvaro. Tänk ändå på att cheerleadingsporten bygger på hög närvaro på träningar. Om en person inte är på plats så påverkar det hela lagets prestation. Om den aktive inte kan komma på träning så är det VIKTIGT att meddela i tid ifall barnet inte kommer. Detta för att tränarna ska kunna planera en träning som är utvecklande för dem som är på plats.</w:t>
      </w:r>
    </w:p>
    <w:p w14:paraId="15941B1C" w14:textId="77777777" w:rsidR="00D142EE" w:rsidRPr="00F16AF8" w:rsidRDefault="00D142EE" w:rsidP="00D142EE">
      <w:pPr>
        <w:rPr>
          <w:sz w:val="24"/>
          <w:szCs w:val="24"/>
        </w:rPr>
      </w:pPr>
      <w:r w:rsidRPr="00F16AF8">
        <w:rPr>
          <w:sz w:val="24"/>
          <w:szCs w:val="24"/>
        </w:rPr>
        <w:t>Fokus i träningslagen är att lära sig grunderna i alla moment inom cheerleading.</w:t>
      </w:r>
    </w:p>
    <w:p w14:paraId="6DE0B372" w14:textId="77777777" w:rsidR="00D142EE" w:rsidRPr="00EA511B" w:rsidRDefault="00D142EE" w:rsidP="00D142EE">
      <w:pPr>
        <w:pStyle w:val="Rubrik2"/>
        <w:rPr>
          <w:rFonts w:ascii="Aptos" w:hAnsi="Aptos"/>
          <w:color w:val="auto"/>
        </w:rPr>
      </w:pPr>
      <w:r w:rsidRPr="00EA511B">
        <w:rPr>
          <w:rFonts w:ascii="Aptos" w:hAnsi="Aptos"/>
          <w:color w:val="auto"/>
        </w:rPr>
        <w:t>Tävlingslag</w:t>
      </w:r>
    </w:p>
    <w:p w14:paraId="6051180B" w14:textId="77777777" w:rsidR="00D142EE" w:rsidRPr="00F16AF8" w:rsidRDefault="00D142EE" w:rsidP="00D142EE">
      <w:pPr>
        <w:rPr>
          <w:sz w:val="24"/>
          <w:szCs w:val="24"/>
        </w:rPr>
      </w:pPr>
      <w:r w:rsidRPr="00F16AF8">
        <w:rPr>
          <w:sz w:val="24"/>
          <w:szCs w:val="24"/>
        </w:rPr>
        <w:t>Tävlingslagen kan man söka till när man lärt sig grunderna inom cheerleading. Det är tränaransvarig/sportchef, tillsammans med tränarna som efter varje säsong går igenom vilka sökande man har till varje tävlingslag. Därefter delas de aktiva in de lag som tränarna anser passa bäst. Förutom krav på förkunskaper som finns för varje level så väger man in tidigare närvaro, mognad, vilja och attityd i beslutet.</w:t>
      </w:r>
    </w:p>
    <w:p w14:paraId="2214531C" w14:textId="77777777" w:rsidR="00D142EE" w:rsidRPr="00F16AF8" w:rsidRDefault="00D142EE" w:rsidP="00D142EE">
      <w:pPr>
        <w:rPr>
          <w:sz w:val="24"/>
          <w:szCs w:val="24"/>
        </w:rPr>
      </w:pPr>
      <w:r w:rsidRPr="00F16AF8">
        <w:rPr>
          <w:sz w:val="24"/>
          <w:szCs w:val="24"/>
        </w:rPr>
        <w:t>Lagindelningarna är väl genomtänkta och både aktiva och föräldrar ombeds därför respektera tränarnas beslut. Det kan innebära att man inte hamnar i samma lag som sin kompis eller med tidigare lagkamrater. Om t ex två kompisar absolut vill vara i samma lag men hamnat i olika levels så kan vi erbjuda dem båda plats i den lägre leveln. Lagen är satta för en säsong och man kan inte räkna med att det alltid är samma lagsammansättning från år till år.</w:t>
      </w:r>
    </w:p>
    <w:p w14:paraId="00C52F58" w14:textId="77777777" w:rsidR="00D142EE" w:rsidRPr="00F16AF8" w:rsidRDefault="00D142EE" w:rsidP="00D142EE">
      <w:pPr>
        <w:spacing w:after="140"/>
        <w:rPr>
          <w:sz w:val="24"/>
          <w:szCs w:val="24"/>
        </w:rPr>
      </w:pPr>
      <w:r w:rsidRPr="00F16AF8">
        <w:rPr>
          <w:sz w:val="24"/>
          <w:szCs w:val="24"/>
        </w:rPr>
        <w:t>Inför varje säsong har tränarna gjort den koreografi som man tänkt att laget ska ha i sitt tävlingsprogram. Som aktiv får man vara beredd på att koreografin kan komma att ändras under säsongens gång. Det sker då och då under säsongen, ibland hela vägen fram till det är dags att tävla. Att det görs ändringar kan exempelvis bero på att tränarna upptäcker att en förflyttning mellan sekvenser tar för lång tid, att en sekvens inte är säker, att någon i laget inte kan vara med på grund av skada eller att de aktiva inte hunnit lära sig det man planerat för. Tränarnas uppgift är att se till att helheten blir bra och det kan då vara svårt att ta hänsyn till enskilda aktivas önskemål om placering i programmet. Man tävlar som ett lag och alla är lika mycket värda, oavsett vilken roll/position man har i laget.</w:t>
      </w:r>
    </w:p>
    <w:p w14:paraId="27B5F21A" w14:textId="77777777" w:rsidR="00D142EE" w:rsidRPr="00F16AF8" w:rsidRDefault="00D142EE" w:rsidP="00D142EE">
      <w:pPr>
        <w:rPr>
          <w:sz w:val="24"/>
          <w:szCs w:val="24"/>
        </w:rPr>
      </w:pPr>
      <w:r w:rsidRPr="00F16AF8">
        <w:rPr>
          <w:sz w:val="24"/>
          <w:szCs w:val="24"/>
        </w:rPr>
        <w:t>Alla våra tävlingslag deltar och visar upp nya färdigheter på jul- och våruppvisningarna.</w:t>
      </w:r>
    </w:p>
    <w:p w14:paraId="0A158C97" w14:textId="77777777" w:rsidR="00D142EE" w:rsidRDefault="00D142EE" w:rsidP="00D142EE">
      <w:pPr>
        <w:rPr>
          <w:sz w:val="24"/>
          <w:szCs w:val="24"/>
        </w:rPr>
      </w:pPr>
      <w:r w:rsidRPr="00F16AF8">
        <w:rPr>
          <w:sz w:val="24"/>
          <w:szCs w:val="24"/>
        </w:rPr>
        <w:t>Cheerleading är en lagidrott där vi är beroende av allas närvaro för att kunna genomföra träningarna fullt ut. Månaden innan DM och RM är full närvaro på alla träningar extra viktigt, och vi vädjar därför till föräldrar att inte boka in annat för barnet under den tiden.</w:t>
      </w:r>
    </w:p>
    <w:p w14:paraId="4D13EC75" w14:textId="69D2E9F5" w:rsidR="00E15147" w:rsidRPr="00E15147" w:rsidRDefault="00E15147" w:rsidP="00E15147">
      <w:pPr>
        <w:rPr>
          <w:sz w:val="24"/>
          <w:szCs w:val="24"/>
        </w:rPr>
      </w:pPr>
      <w:r w:rsidRPr="00E15147">
        <w:rPr>
          <w:sz w:val="24"/>
          <w:szCs w:val="24"/>
        </w:rPr>
        <w:t xml:space="preserve">Den aktiva i ett tävlingslag förbinder sig att tävla på DM och RM (om man kvalat in </w:t>
      </w:r>
      <w:r>
        <w:rPr>
          <w:sz w:val="24"/>
          <w:szCs w:val="24"/>
        </w:rPr>
        <w:t>till RM</w:t>
      </w:r>
      <w:r w:rsidRPr="00E15147">
        <w:rPr>
          <w:sz w:val="24"/>
          <w:szCs w:val="24"/>
        </w:rPr>
        <w:t>)</w:t>
      </w:r>
    </w:p>
    <w:p w14:paraId="2AA9BF12" w14:textId="77777777" w:rsidR="00E15147" w:rsidRPr="00F16AF8" w:rsidRDefault="00E15147" w:rsidP="00D142EE">
      <w:pPr>
        <w:rPr>
          <w:sz w:val="24"/>
          <w:szCs w:val="24"/>
        </w:rPr>
      </w:pPr>
    </w:p>
    <w:p w14:paraId="77BF4439" w14:textId="77777777" w:rsidR="00D142EE" w:rsidRPr="00F16AF8" w:rsidRDefault="00D142EE" w:rsidP="00D142EE">
      <w:pPr>
        <w:rPr>
          <w:sz w:val="24"/>
          <w:szCs w:val="24"/>
        </w:rPr>
      </w:pPr>
      <w:r w:rsidRPr="00F16AF8">
        <w:rPr>
          <w:sz w:val="24"/>
          <w:szCs w:val="24"/>
        </w:rPr>
        <w:t>Deltagande i öppna tävlingar ska alltid godkännas av föräldrar, då det innebär en merkostnad och större engagemang från både föräldrar och aktiva gällande bokning av resa och uppehälle.</w:t>
      </w:r>
    </w:p>
    <w:p w14:paraId="7FA92C36" w14:textId="77777777" w:rsidR="00D142EE" w:rsidRPr="00EA511B" w:rsidRDefault="00D142EE" w:rsidP="00D142EE">
      <w:pPr>
        <w:pStyle w:val="Rubrik2"/>
        <w:rPr>
          <w:rFonts w:ascii="Aptos" w:hAnsi="Aptos"/>
          <w:color w:val="auto"/>
        </w:rPr>
      </w:pPr>
      <w:r w:rsidRPr="00EA511B">
        <w:rPr>
          <w:rFonts w:ascii="Aptos" w:hAnsi="Aptos"/>
          <w:color w:val="auto"/>
        </w:rPr>
        <w:lastRenderedPageBreak/>
        <w:t>Miniorlagen</w:t>
      </w:r>
    </w:p>
    <w:p w14:paraId="181212A0" w14:textId="77777777" w:rsidR="00D142EE" w:rsidRPr="00F16AF8" w:rsidRDefault="00D142EE" w:rsidP="00D142EE">
      <w:pPr>
        <w:rPr>
          <w:sz w:val="24"/>
          <w:szCs w:val="24"/>
        </w:rPr>
      </w:pPr>
      <w:r w:rsidRPr="00F16AF8">
        <w:rPr>
          <w:sz w:val="24"/>
          <w:szCs w:val="24"/>
        </w:rPr>
        <w:t>Minior level 1 tävlar endast på DM och eventuellt på öppna tävlingar i närområdet. Den aktiva förbinder sig att tävla på DM. Vi har krav på obligatorisk närvaro men det får inte påverka den aktives viktigaste sociala liv, t ex högtider och familjetraditioner. VIKTIGT är dock att man meddelar tränarna i god tid innan ifall man inte kommer på träning.</w:t>
      </w:r>
    </w:p>
    <w:p w14:paraId="0861331C" w14:textId="77777777" w:rsidR="00D142EE" w:rsidRPr="00F16AF8" w:rsidRDefault="00D142EE" w:rsidP="00D142EE">
      <w:pPr>
        <w:rPr>
          <w:sz w:val="24"/>
          <w:szCs w:val="24"/>
        </w:rPr>
      </w:pPr>
      <w:r w:rsidRPr="00F16AF8">
        <w:rPr>
          <w:sz w:val="24"/>
          <w:szCs w:val="24"/>
        </w:rPr>
        <w:t>Minior level 2 tävlar på DM och, om de kvalar in, även på RM. Den aktive förbinder sig att tävla på DM och RM. Minior level 2 får också tävla på eventuella öppna tävlingar inom närområdet.</w:t>
      </w:r>
    </w:p>
    <w:p w14:paraId="13F26861" w14:textId="77777777" w:rsidR="00D142EE" w:rsidRPr="00F16AF8" w:rsidRDefault="00D142EE" w:rsidP="00D142EE">
      <w:pPr>
        <w:rPr>
          <w:sz w:val="24"/>
          <w:szCs w:val="24"/>
        </w:rPr>
      </w:pPr>
      <w:r w:rsidRPr="00F16AF8">
        <w:rPr>
          <w:sz w:val="24"/>
          <w:szCs w:val="24"/>
        </w:rPr>
        <w:t>Vi har krav på obligatorisk närvaro men det får inte påverka den aktives viktigaste sociala liv, t ex högtider och familjetraditioner. VIKTIGT är dock att man meddelar tränarna i god tid innan ifall man inte kommer på träning.</w:t>
      </w:r>
    </w:p>
    <w:p w14:paraId="559B1559" w14:textId="77777777" w:rsidR="00D142EE" w:rsidRPr="00F16AF8" w:rsidRDefault="00D142EE" w:rsidP="00D142EE">
      <w:pPr>
        <w:spacing w:after="140"/>
        <w:rPr>
          <w:sz w:val="24"/>
          <w:szCs w:val="24"/>
        </w:rPr>
      </w:pPr>
      <w:r w:rsidRPr="00F16AF8">
        <w:rPr>
          <w:sz w:val="24"/>
          <w:szCs w:val="24"/>
        </w:rPr>
        <w:t>Svenska Cheerleadingförbundet följer de regler som finns inom svenska idrott gällande tävlingar för barn. Förbundet har gjort en gränsdragning gällande tävlande på RM/SM för miniorlag i level 1 och 2. Det handlar främst om två orsaker till att minior level 1 inte får tävla på RM/SM men att minior level 2 får det. Det finns många level 1 miniorlag i Sverige och de har därför större möjlighet till tävlingar i närområdet. Förbundet ser också att de aktiva i minior level 1 tenderar att vara yngre än aktiva i minior level 2.</w:t>
      </w:r>
    </w:p>
    <w:p w14:paraId="398ED571" w14:textId="77777777" w:rsidR="00D142EE" w:rsidRPr="00EA511B" w:rsidRDefault="00D142EE" w:rsidP="00D142EE">
      <w:pPr>
        <w:pStyle w:val="Rubrik2"/>
        <w:rPr>
          <w:rFonts w:ascii="Aptos" w:hAnsi="Aptos"/>
          <w:color w:val="auto"/>
        </w:rPr>
      </w:pPr>
      <w:r w:rsidRPr="00EA511B">
        <w:rPr>
          <w:rFonts w:ascii="Aptos" w:hAnsi="Aptos"/>
          <w:color w:val="auto"/>
        </w:rPr>
        <w:t>Juniorlagen</w:t>
      </w:r>
    </w:p>
    <w:p w14:paraId="379F2F49" w14:textId="77777777" w:rsidR="00D142EE" w:rsidRPr="00F16AF8" w:rsidRDefault="00D142EE" w:rsidP="00D142EE">
      <w:pPr>
        <w:rPr>
          <w:sz w:val="24"/>
          <w:szCs w:val="24"/>
        </w:rPr>
      </w:pPr>
      <w:r w:rsidRPr="00F16AF8">
        <w:rPr>
          <w:sz w:val="24"/>
          <w:szCs w:val="24"/>
        </w:rPr>
        <w:t>Junior level 1 tävlar på DM och, om de kvalar in, även på RM. De har också möjlighet att tävla vid öppna tävlingar inom Sverige. Den aktiva förbinder sig att tävla på DM och RM.</w:t>
      </w:r>
    </w:p>
    <w:p w14:paraId="70E5D830" w14:textId="77777777" w:rsidR="00D142EE" w:rsidRPr="00F16AF8" w:rsidRDefault="00D142EE" w:rsidP="00D142EE">
      <w:pPr>
        <w:rPr>
          <w:sz w:val="24"/>
          <w:szCs w:val="24"/>
        </w:rPr>
      </w:pPr>
      <w:r w:rsidRPr="00F16AF8">
        <w:rPr>
          <w:sz w:val="24"/>
          <w:szCs w:val="24"/>
        </w:rPr>
        <w:t>Vi har krav på obligatorisk närvaro men det får inte påverka den aktives viktigaste sociala liv, t ex högtider och familjetraditioner. VIKTIGT är dock att man meddelar tränarna i god tid innan ifall man inte kommer på träning.</w:t>
      </w:r>
    </w:p>
    <w:p w14:paraId="3CA38D05" w14:textId="77777777" w:rsidR="00D142EE" w:rsidRPr="00F16AF8" w:rsidRDefault="00D142EE" w:rsidP="00D142EE">
      <w:pPr>
        <w:rPr>
          <w:sz w:val="24"/>
          <w:szCs w:val="24"/>
        </w:rPr>
      </w:pPr>
      <w:r w:rsidRPr="00F16AF8">
        <w:rPr>
          <w:sz w:val="24"/>
          <w:szCs w:val="24"/>
        </w:rPr>
        <w:t>Junior level 2 tävlar på DM och, om de kvalar in, även på RM. De har också möjlighet att tävla vid öppna tävlingar inom Sverige. Den aktiva förbinder sig att delta på DM och RM.</w:t>
      </w:r>
    </w:p>
    <w:p w14:paraId="6965BBBA" w14:textId="77777777" w:rsidR="00D142EE" w:rsidRPr="00F16AF8" w:rsidRDefault="00D142EE" w:rsidP="00D142EE">
      <w:pPr>
        <w:rPr>
          <w:sz w:val="24"/>
          <w:szCs w:val="24"/>
        </w:rPr>
      </w:pPr>
      <w:r w:rsidRPr="00F16AF8">
        <w:rPr>
          <w:sz w:val="24"/>
          <w:szCs w:val="24"/>
        </w:rPr>
        <w:t>Vi har krav på obligatorisk närvaro, vilket innebär att det bara i särskilda fall är okej med frånvaro. Kontakta aktuell tränare vid eventuella frågor om frånvaro.</w:t>
      </w:r>
    </w:p>
    <w:p w14:paraId="7EDFB046" w14:textId="77777777" w:rsidR="00D142EE" w:rsidRPr="00F16AF8" w:rsidRDefault="00D142EE" w:rsidP="00D142EE">
      <w:pPr>
        <w:rPr>
          <w:sz w:val="24"/>
          <w:szCs w:val="24"/>
        </w:rPr>
      </w:pPr>
      <w:r w:rsidRPr="00F16AF8">
        <w:rPr>
          <w:sz w:val="24"/>
          <w:szCs w:val="24"/>
        </w:rPr>
        <w:t>Junior level 3 tävlar på DM och, om de kvalar vidare, även på RM. Den aktiva förbinder sig att tävla på DM och RM. De har även möjlighet att delta vid öppna tävlingar både i Sverige och internationellt. Lagen i level 3 är satsande lag, vilket innebär att tränarna kan ställa mycket höga krav när det gäller närvaro och engagemang hos de aktiva.</w:t>
      </w:r>
    </w:p>
    <w:p w14:paraId="667A683C" w14:textId="77777777" w:rsidR="00D142EE" w:rsidRPr="00EA511B" w:rsidRDefault="00D142EE" w:rsidP="00D142EE">
      <w:pPr>
        <w:pStyle w:val="Rubrik2"/>
        <w:rPr>
          <w:rFonts w:ascii="Aptos" w:hAnsi="Aptos"/>
          <w:color w:val="auto"/>
        </w:rPr>
      </w:pPr>
      <w:r w:rsidRPr="00EA511B">
        <w:rPr>
          <w:rFonts w:ascii="Aptos" w:hAnsi="Aptos"/>
          <w:color w:val="auto"/>
        </w:rPr>
        <w:t>Seniorlagen</w:t>
      </w:r>
    </w:p>
    <w:p w14:paraId="00FDBAEA" w14:textId="77777777" w:rsidR="00D142EE" w:rsidRPr="001112E6" w:rsidRDefault="00D142EE" w:rsidP="00D142EE">
      <w:pPr>
        <w:rPr>
          <w:sz w:val="24"/>
          <w:szCs w:val="24"/>
        </w:rPr>
      </w:pPr>
      <w:r w:rsidRPr="001112E6">
        <w:rPr>
          <w:sz w:val="24"/>
          <w:szCs w:val="24"/>
        </w:rPr>
        <w:t>Senior level 2 tävlar på DM och, om de kvalar in, även på RM. De har också möjlighet att tävla vid öppna tävlingar inom Sverige. Den aktiva förbinder sig att delta vid DM och RM. Vi har krav på obligatorisk närvaro, vilket innebär att det bara i särskilda fall är okej med frånvaro. Kontakta aktuell tränare vid eventuella frågor om frånvaro.</w:t>
      </w:r>
    </w:p>
    <w:p w14:paraId="20F852D0" w14:textId="77777777" w:rsidR="00D142EE" w:rsidRPr="001112E6" w:rsidRDefault="00D142EE" w:rsidP="00D142EE">
      <w:pPr>
        <w:rPr>
          <w:sz w:val="24"/>
          <w:szCs w:val="24"/>
        </w:rPr>
      </w:pPr>
      <w:r w:rsidRPr="001112E6">
        <w:rPr>
          <w:sz w:val="24"/>
          <w:szCs w:val="24"/>
        </w:rPr>
        <w:lastRenderedPageBreak/>
        <w:t>Senior level 3 tävlar på DM och, om de kvalar vidare, även på RM. Den aktiva förbinder sig att tävla på DM och RM. De har även möjlighet att delta vid öppna tävlingar både i Sverige och internationellt. Lagen i level 3 är satsande lag, vilket innebär att tränarna kan ställa mycket höga krav när det gäller närvaro och engagemang hos de aktiva.</w:t>
      </w:r>
    </w:p>
    <w:p w14:paraId="718DCB0E" w14:textId="77777777" w:rsidR="00D142EE" w:rsidRPr="00EA511B" w:rsidRDefault="00D142EE" w:rsidP="00D142EE">
      <w:pPr>
        <w:pStyle w:val="Rubrik2"/>
        <w:rPr>
          <w:rFonts w:ascii="Aptos" w:hAnsi="Aptos"/>
          <w:color w:val="auto"/>
        </w:rPr>
      </w:pPr>
      <w:r w:rsidRPr="00EA511B">
        <w:rPr>
          <w:rFonts w:ascii="Aptos" w:hAnsi="Aptos"/>
          <w:color w:val="auto"/>
        </w:rPr>
        <w:t>Reserver</w:t>
      </w:r>
    </w:p>
    <w:p w14:paraId="67B3C717" w14:textId="77777777" w:rsidR="00D142EE" w:rsidRPr="001112E6" w:rsidRDefault="00D142EE" w:rsidP="00D142EE">
      <w:pPr>
        <w:spacing w:after="140"/>
        <w:rPr>
          <w:sz w:val="24"/>
          <w:szCs w:val="24"/>
        </w:rPr>
      </w:pPr>
      <w:r w:rsidRPr="001112E6">
        <w:rPr>
          <w:sz w:val="24"/>
          <w:szCs w:val="24"/>
        </w:rPr>
        <w:t>Ibland händer det att en del av våra lag har reserver och en anledning till det är att vi vill säkra upp laget ifall någon aktiv skulle bli skadad innan tävling. Då kan reserven hoppa in och laget kan tävla med ett fullständigt program. En reserv i vår förening kommer att ha sin plats i programmet på träningarna och kan då vara med fullt ut. De aktiva som får en reservplats kan, om det är möjligt, välja att ta en plats i ett annat lag i lägre level istället. Om den aktiva inte uppfyller kunskapskraven i den aktuella leveln erbjuds den en reservplats. Det kan då handla om att föreningen inte har lag som passar när det gäller den aktivas kunskapsnivå och ålder.</w:t>
      </w:r>
    </w:p>
    <w:p w14:paraId="76E9AE45" w14:textId="77777777" w:rsidR="00D142EE" w:rsidRPr="001112E6" w:rsidRDefault="00D142EE" w:rsidP="00D142EE">
      <w:pPr>
        <w:rPr>
          <w:sz w:val="24"/>
          <w:szCs w:val="24"/>
        </w:rPr>
      </w:pPr>
      <w:r w:rsidRPr="001112E6">
        <w:rPr>
          <w:sz w:val="24"/>
          <w:szCs w:val="24"/>
        </w:rPr>
        <w:t>Vår ambition är att lagen ska ha en så jämn åldersfördelning som möjligt.</w:t>
      </w:r>
    </w:p>
    <w:p w14:paraId="7DCF8300" w14:textId="77777777" w:rsidR="00D142EE" w:rsidRPr="001112E6" w:rsidRDefault="00D142EE" w:rsidP="00D142EE">
      <w:pPr>
        <w:rPr>
          <w:sz w:val="24"/>
          <w:szCs w:val="24"/>
        </w:rPr>
      </w:pPr>
      <w:r w:rsidRPr="001112E6">
        <w:rPr>
          <w:sz w:val="24"/>
          <w:szCs w:val="24"/>
        </w:rPr>
        <w:t>Att gå från att ha en ordinarie plats i laget till att vara reserv kan förutom skada eller sjukdom även bero på:</w:t>
      </w:r>
    </w:p>
    <w:p w14:paraId="1CE1939C" w14:textId="77777777" w:rsidR="00D142EE" w:rsidRPr="001112E6" w:rsidRDefault="00D142EE" w:rsidP="00D142EE">
      <w:pPr>
        <w:pStyle w:val="Punktlista"/>
        <w:rPr>
          <w:sz w:val="24"/>
          <w:szCs w:val="24"/>
        </w:rPr>
      </w:pPr>
      <w:r w:rsidRPr="001112E6">
        <w:rPr>
          <w:sz w:val="24"/>
          <w:szCs w:val="24"/>
        </w:rPr>
        <w:t>Hög frånvaro som påverkar den aktivas utveckling</w:t>
      </w:r>
    </w:p>
    <w:p w14:paraId="14E87DD9" w14:textId="77777777" w:rsidR="00D142EE" w:rsidRPr="001112E6" w:rsidRDefault="00D142EE" w:rsidP="00D142EE">
      <w:pPr>
        <w:pStyle w:val="Punktlista"/>
        <w:rPr>
          <w:sz w:val="24"/>
          <w:szCs w:val="24"/>
        </w:rPr>
      </w:pPr>
      <w:r w:rsidRPr="001112E6">
        <w:rPr>
          <w:sz w:val="24"/>
          <w:szCs w:val="24"/>
        </w:rPr>
        <w:t>Dålig attityd på träningar, brist på engagemang, att man inte respekterar det tränarna säger.</w:t>
      </w:r>
    </w:p>
    <w:p w14:paraId="3630ADD2" w14:textId="77777777" w:rsidR="00D142EE" w:rsidRPr="001112E6" w:rsidRDefault="00D142EE" w:rsidP="00D142EE">
      <w:pPr>
        <w:pStyle w:val="Punktlista"/>
        <w:rPr>
          <w:sz w:val="24"/>
          <w:szCs w:val="24"/>
        </w:rPr>
      </w:pPr>
      <w:r w:rsidRPr="001112E6">
        <w:rPr>
          <w:sz w:val="24"/>
          <w:szCs w:val="24"/>
        </w:rPr>
        <w:t>Brist på respekt gentemot andra aktiva vår förening och andra cheerföreningar</w:t>
      </w:r>
    </w:p>
    <w:p w14:paraId="04892FC7" w14:textId="77777777" w:rsidR="00D142EE" w:rsidRPr="001112E6" w:rsidRDefault="00D142EE" w:rsidP="00D142EE">
      <w:pPr>
        <w:pStyle w:val="Punktlista"/>
        <w:rPr>
          <w:sz w:val="24"/>
          <w:szCs w:val="24"/>
        </w:rPr>
      </w:pPr>
      <w:r w:rsidRPr="001112E6">
        <w:rPr>
          <w:sz w:val="24"/>
          <w:szCs w:val="24"/>
        </w:rPr>
        <w:t>Misskötsel på sociala medier eller respektlöst beteende när man bär kläder med föreningens logga, och därmed ses som en representant för föreningen.</w:t>
      </w:r>
    </w:p>
    <w:p w14:paraId="7FB00CAA" w14:textId="77777777" w:rsidR="00D142EE" w:rsidRPr="00EA511B" w:rsidRDefault="00D142EE">
      <w:pPr>
        <w:pStyle w:val="Rubrik2"/>
        <w:rPr>
          <w:rFonts w:ascii="Aptos" w:hAnsi="Aptos"/>
          <w:color w:val="auto"/>
        </w:rPr>
      </w:pPr>
    </w:p>
    <w:p w14:paraId="7F2A6DAD" w14:textId="553F7D20" w:rsidR="00AF4D06" w:rsidRPr="00EA511B" w:rsidRDefault="00EF198E">
      <w:pPr>
        <w:pStyle w:val="Rubrik2"/>
        <w:rPr>
          <w:rFonts w:ascii="Aptos" w:hAnsi="Aptos"/>
          <w:color w:val="auto"/>
        </w:rPr>
      </w:pPr>
      <w:r w:rsidRPr="00EA511B">
        <w:rPr>
          <w:rFonts w:ascii="Aptos" w:hAnsi="Aptos"/>
          <w:color w:val="auto"/>
        </w:rPr>
        <w:t>Avstängning</w:t>
      </w:r>
    </w:p>
    <w:p w14:paraId="19BE8F32" w14:textId="15713C1D" w:rsidR="00AF4D06" w:rsidRPr="001112E6" w:rsidRDefault="00EF198E">
      <w:pPr>
        <w:rPr>
          <w:sz w:val="24"/>
          <w:szCs w:val="24"/>
        </w:rPr>
      </w:pPr>
      <w:r w:rsidRPr="001112E6">
        <w:rPr>
          <w:sz w:val="24"/>
          <w:szCs w:val="24"/>
        </w:rPr>
        <w:t>En aktiv</w:t>
      </w:r>
      <w:r w:rsidR="001112E6">
        <w:rPr>
          <w:sz w:val="24"/>
          <w:szCs w:val="24"/>
        </w:rPr>
        <w:t xml:space="preserve"> eller tränare</w:t>
      </w:r>
      <w:r w:rsidRPr="001112E6">
        <w:rPr>
          <w:sz w:val="24"/>
          <w:szCs w:val="24"/>
        </w:rPr>
        <w:t xml:space="preserve"> som återkommande missköter sig och inte följer de regler vi har inom föreningen (se ovan nämnda kriterier) riskerar avstängning.</w:t>
      </w:r>
    </w:p>
    <w:p w14:paraId="3E8822B1" w14:textId="77777777" w:rsidR="00AF4D06" w:rsidRPr="001112E6" w:rsidRDefault="00EF198E">
      <w:pPr>
        <w:rPr>
          <w:sz w:val="24"/>
          <w:szCs w:val="24"/>
        </w:rPr>
      </w:pPr>
      <w:r w:rsidRPr="001112E6">
        <w:rPr>
          <w:sz w:val="24"/>
          <w:szCs w:val="24"/>
        </w:rPr>
        <w:t>En avstängning föregås alltid med av en varning där den aktiva får en förklaring på varför varningen ges. I de fall där den aktiva är minderåring kommer vi även att kontakta föräldrar. Varningen ges både muntligt och skriftligt.</w:t>
      </w:r>
    </w:p>
    <w:p w14:paraId="07A7BC9E" w14:textId="2AF47161" w:rsidR="00AF4D06" w:rsidRPr="001112E6" w:rsidRDefault="00EF198E">
      <w:pPr>
        <w:rPr>
          <w:sz w:val="24"/>
          <w:szCs w:val="24"/>
        </w:rPr>
      </w:pPr>
      <w:r w:rsidRPr="001112E6">
        <w:rPr>
          <w:sz w:val="24"/>
          <w:szCs w:val="24"/>
        </w:rPr>
        <w:t>De aktiva</w:t>
      </w:r>
      <w:r w:rsidR="001112E6">
        <w:rPr>
          <w:sz w:val="24"/>
          <w:szCs w:val="24"/>
        </w:rPr>
        <w:t xml:space="preserve"> eller tränaren</w:t>
      </w:r>
      <w:r w:rsidRPr="001112E6">
        <w:rPr>
          <w:sz w:val="24"/>
          <w:szCs w:val="24"/>
        </w:rPr>
        <w:t xml:space="preserve"> får då en överenskommen tid på sig att förändra beteendet. Föreningen erbjuder stöd i den mån det är möjligt och beroende på vad misskötseln beror på. Om vi efter den perioden inte ser någon förändring/förbättring i beteende stängs den aktiva av resten av säsongen. Ingen återbetalning av eventuella avgifter sker.</w:t>
      </w:r>
    </w:p>
    <w:p w14:paraId="48FBA47B" w14:textId="77777777" w:rsidR="00AF4D06" w:rsidRPr="00EA511B" w:rsidRDefault="00EF198E">
      <w:pPr>
        <w:pStyle w:val="Rubrik2"/>
        <w:rPr>
          <w:rFonts w:ascii="Aptos" w:hAnsi="Aptos"/>
          <w:color w:val="auto"/>
        </w:rPr>
      </w:pPr>
      <w:r w:rsidRPr="00EA511B">
        <w:rPr>
          <w:rFonts w:ascii="Aptos" w:hAnsi="Aptos"/>
          <w:color w:val="auto"/>
        </w:rPr>
        <w:lastRenderedPageBreak/>
        <w:t>Tränare</w:t>
      </w:r>
    </w:p>
    <w:p w14:paraId="78E1ED87" w14:textId="77777777" w:rsidR="00AF4D06" w:rsidRPr="001112E6" w:rsidRDefault="00EF198E">
      <w:pPr>
        <w:rPr>
          <w:sz w:val="24"/>
          <w:szCs w:val="24"/>
        </w:rPr>
      </w:pPr>
      <w:r w:rsidRPr="001112E6">
        <w:rPr>
          <w:sz w:val="24"/>
          <w:szCs w:val="24"/>
        </w:rPr>
        <w:t>Huvudregeln är att våra lag får ha max två huvudtränare och två hjälptränare. Alltså max fyra tränare totalt per lag. Undantag kan förekomma i vissa fall. Huvudtränare utses av tränaransvarig i samråd med styrelsen och bedöms på följande punkter:</w:t>
      </w:r>
    </w:p>
    <w:p w14:paraId="0E6254FF" w14:textId="77777777" w:rsidR="00AF4D06" w:rsidRPr="001112E6" w:rsidRDefault="00EF198E">
      <w:pPr>
        <w:pStyle w:val="Punktlista"/>
        <w:rPr>
          <w:sz w:val="24"/>
          <w:szCs w:val="24"/>
        </w:rPr>
      </w:pPr>
      <w:r w:rsidRPr="001112E6">
        <w:rPr>
          <w:sz w:val="24"/>
          <w:szCs w:val="24"/>
        </w:rPr>
        <w:t>Utbildningsnivå</w:t>
      </w:r>
    </w:p>
    <w:p w14:paraId="6D638556" w14:textId="77777777" w:rsidR="00AF4D06" w:rsidRPr="001112E6" w:rsidRDefault="00EF198E">
      <w:pPr>
        <w:pStyle w:val="Punktlista"/>
        <w:rPr>
          <w:sz w:val="24"/>
          <w:szCs w:val="24"/>
        </w:rPr>
      </w:pPr>
      <w:r w:rsidRPr="001112E6">
        <w:rPr>
          <w:sz w:val="24"/>
          <w:szCs w:val="24"/>
        </w:rPr>
        <w:t>Erfarenhet som aktiv och tränare</w:t>
      </w:r>
    </w:p>
    <w:p w14:paraId="1DFF381E" w14:textId="77777777" w:rsidR="00AF4D06" w:rsidRPr="001112E6" w:rsidRDefault="00EF198E">
      <w:pPr>
        <w:pStyle w:val="Punktlista"/>
        <w:rPr>
          <w:sz w:val="24"/>
          <w:szCs w:val="24"/>
        </w:rPr>
      </w:pPr>
      <w:r w:rsidRPr="001112E6">
        <w:rPr>
          <w:sz w:val="24"/>
          <w:szCs w:val="24"/>
        </w:rPr>
        <w:t>Pålitlighet när det gäller ansvarsområden</w:t>
      </w:r>
    </w:p>
    <w:p w14:paraId="6318A4BF" w14:textId="77777777" w:rsidR="00AF4D06" w:rsidRPr="001112E6" w:rsidRDefault="00EF198E">
      <w:pPr>
        <w:pStyle w:val="Punktlista"/>
        <w:rPr>
          <w:sz w:val="24"/>
          <w:szCs w:val="24"/>
        </w:rPr>
      </w:pPr>
      <w:r w:rsidRPr="001112E6">
        <w:rPr>
          <w:sz w:val="24"/>
          <w:szCs w:val="24"/>
        </w:rPr>
        <w:t>Närvaro</w:t>
      </w:r>
    </w:p>
    <w:p w14:paraId="43752906" w14:textId="77777777" w:rsidR="00AF4D06" w:rsidRPr="001112E6" w:rsidRDefault="00EF198E">
      <w:pPr>
        <w:pStyle w:val="Punktlista"/>
        <w:rPr>
          <w:sz w:val="24"/>
          <w:szCs w:val="24"/>
        </w:rPr>
      </w:pPr>
      <w:r w:rsidRPr="001112E6">
        <w:rPr>
          <w:sz w:val="24"/>
          <w:szCs w:val="24"/>
        </w:rPr>
        <w:t>Tid i föreningen</w:t>
      </w:r>
    </w:p>
    <w:p w14:paraId="00B3ABC4" w14:textId="77777777" w:rsidR="00AF4D06" w:rsidRPr="001112E6" w:rsidRDefault="00EF198E">
      <w:pPr>
        <w:rPr>
          <w:sz w:val="24"/>
          <w:szCs w:val="24"/>
        </w:rPr>
      </w:pPr>
      <w:r w:rsidRPr="001112E6">
        <w:rPr>
          <w:sz w:val="24"/>
          <w:szCs w:val="24"/>
        </w:rPr>
        <w:t>Tränarna har själva bestämt att en tränare i SCA kännas igen genom den personen är/gör:</w:t>
      </w:r>
    </w:p>
    <w:p w14:paraId="07D136DA" w14:textId="77777777" w:rsidR="00AF4D06" w:rsidRPr="001112E6" w:rsidRDefault="00EF198E">
      <w:pPr>
        <w:pStyle w:val="Punktlista"/>
        <w:rPr>
          <w:sz w:val="24"/>
          <w:szCs w:val="24"/>
        </w:rPr>
      </w:pPr>
      <w:r w:rsidRPr="001112E6">
        <w:rPr>
          <w:sz w:val="24"/>
          <w:szCs w:val="24"/>
        </w:rPr>
        <w:t>engagerad</w:t>
      </w:r>
    </w:p>
    <w:p w14:paraId="003208F7" w14:textId="77777777" w:rsidR="00AF4D06" w:rsidRPr="001112E6" w:rsidRDefault="00EF198E">
      <w:pPr>
        <w:pStyle w:val="Punktlista"/>
        <w:rPr>
          <w:sz w:val="24"/>
          <w:szCs w:val="24"/>
        </w:rPr>
      </w:pPr>
      <w:r w:rsidRPr="001112E6">
        <w:rPr>
          <w:sz w:val="24"/>
          <w:szCs w:val="24"/>
        </w:rPr>
        <w:t>trygg</w:t>
      </w:r>
    </w:p>
    <w:p w14:paraId="1A8E9A73" w14:textId="77777777" w:rsidR="00AF4D06" w:rsidRPr="001112E6" w:rsidRDefault="00EF198E">
      <w:pPr>
        <w:pStyle w:val="Punktlista"/>
        <w:rPr>
          <w:sz w:val="24"/>
          <w:szCs w:val="24"/>
        </w:rPr>
      </w:pPr>
      <w:r w:rsidRPr="001112E6">
        <w:rPr>
          <w:sz w:val="24"/>
          <w:szCs w:val="24"/>
        </w:rPr>
        <w:t>rättvis</w:t>
      </w:r>
    </w:p>
    <w:p w14:paraId="6BC7FE23" w14:textId="77777777" w:rsidR="00AF4D06" w:rsidRPr="001112E6" w:rsidRDefault="00EF198E">
      <w:pPr>
        <w:pStyle w:val="Punktlista"/>
        <w:rPr>
          <w:sz w:val="24"/>
          <w:szCs w:val="24"/>
        </w:rPr>
      </w:pPr>
      <w:r w:rsidRPr="001112E6">
        <w:rPr>
          <w:sz w:val="24"/>
          <w:szCs w:val="24"/>
        </w:rPr>
        <w:t>seriös</w:t>
      </w:r>
    </w:p>
    <w:p w14:paraId="726D78CB" w14:textId="77777777" w:rsidR="00AF4D06" w:rsidRPr="001112E6" w:rsidRDefault="00EF198E">
      <w:pPr>
        <w:pStyle w:val="Punktlista"/>
        <w:rPr>
          <w:sz w:val="24"/>
          <w:szCs w:val="24"/>
        </w:rPr>
      </w:pPr>
      <w:r w:rsidRPr="001112E6">
        <w:rPr>
          <w:sz w:val="24"/>
          <w:szCs w:val="24"/>
        </w:rPr>
        <w:t>glad och positiv</w:t>
      </w:r>
    </w:p>
    <w:p w14:paraId="6CC00A17" w14:textId="77777777" w:rsidR="00AF4D06" w:rsidRPr="001112E6" w:rsidRDefault="00EF198E">
      <w:pPr>
        <w:pStyle w:val="Punktlista"/>
        <w:rPr>
          <w:sz w:val="24"/>
          <w:szCs w:val="24"/>
        </w:rPr>
      </w:pPr>
      <w:r w:rsidRPr="001112E6">
        <w:rPr>
          <w:sz w:val="24"/>
          <w:szCs w:val="24"/>
        </w:rPr>
        <w:t>omtänksam</w:t>
      </w:r>
    </w:p>
    <w:p w14:paraId="1E50086C" w14:textId="77777777" w:rsidR="00AF4D06" w:rsidRPr="001112E6" w:rsidRDefault="00EF198E">
      <w:pPr>
        <w:pStyle w:val="Punktlista"/>
        <w:rPr>
          <w:sz w:val="24"/>
          <w:szCs w:val="24"/>
        </w:rPr>
      </w:pPr>
      <w:r w:rsidRPr="001112E6">
        <w:rPr>
          <w:sz w:val="24"/>
          <w:szCs w:val="24"/>
        </w:rPr>
        <w:t>ser alla</w:t>
      </w:r>
    </w:p>
    <w:p w14:paraId="7F5FD8A5" w14:textId="77777777" w:rsidR="00AF4D06" w:rsidRPr="001112E6" w:rsidRDefault="00EF198E">
      <w:pPr>
        <w:pStyle w:val="Punktlista"/>
        <w:rPr>
          <w:sz w:val="24"/>
          <w:szCs w:val="24"/>
        </w:rPr>
      </w:pPr>
      <w:r w:rsidRPr="001112E6">
        <w:rPr>
          <w:sz w:val="24"/>
          <w:szCs w:val="24"/>
        </w:rPr>
        <w:t>pålitlig</w:t>
      </w:r>
    </w:p>
    <w:p w14:paraId="1B0721BD" w14:textId="77777777" w:rsidR="00AF4D06" w:rsidRPr="001112E6" w:rsidRDefault="00EF198E">
      <w:pPr>
        <w:pStyle w:val="Punktlista"/>
        <w:rPr>
          <w:sz w:val="24"/>
          <w:szCs w:val="24"/>
        </w:rPr>
      </w:pPr>
      <w:r w:rsidRPr="001112E6">
        <w:rPr>
          <w:sz w:val="24"/>
          <w:szCs w:val="24"/>
        </w:rPr>
        <w:t>har kreativa planeringar inför varje träning</w:t>
      </w:r>
    </w:p>
    <w:p w14:paraId="7BA6036F" w14:textId="77777777" w:rsidR="00AF4D06" w:rsidRPr="001112E6" w:rsidRDefault="00EF198E">
      <w:pPr>
        <w:pStyle w:val="Punktlista"/>
        <w:rPr>
          <w:sz w:val="24"/>
          <w:szCs w:val="24"/>
        </w:rPr>
      </w:pPr>
      <w:r w:rsidRPr="001112E6">
        <w:rPr>
          <w:sz w:val="24"/>
          <w:szCs w:val="24"/>
        </w:rPr>
        <w:t>visar de aktiva att det viktigaste är att vi har kul</w:t>
      </w:r>
    </w:p>
    <w:p w14:paraId="2ADEA6DF" w14:textId="77777777" w:rsidR="00AF4D06" w:rsidRPr="001112E6" w:rsidRDefault="00EF198E">
      <w:pPr>
        <w:pStyle w:val="Punktlista"/>
        <w:rPr>
          <w:sz w:val="24"/>
          <w:szCs w:val="24"/>
        </w:rPr>
      </w:pPr>
      <w:r w:rsidRPr="001112E6">
        <w:rPr>
          <w:sz w:val="24"/>
          <w:szCs w:val="24"/>
        </w:rPr>
        <w:t>problemlösare</w:t>
      </w:r>
    </w:p>
    <w:p w14:paraId="3AB48211" w14:textId="77777777" w:rsidR="00AF4D06" w:rsidRPr="001112E6" w:rsidRDefault="00EF198E">
      <w:pPr>
        <w:pStyle w:val="Punktlista"/>
        <w:rPr>
          <w:sz w:val="24"/>
          <w:szCs w:val="24"/>
        </w:rPr>
      </w:pPr>
      <w:r w:rsidRPr="001112E6">
        <w:rPr>
          <w:sz w:val="24"/>
          <w:szCs w:val="24"/>
        </w:rPr>
        <w:t>förebild</w:t>
      </w:r>
    </w:p>
    <w:p w14:paraId="39EEA3D6" w14:textId="77777777" w:rsidR="00AF4D06" w:rsidRPr="001112E6" w:rsidRDefault="00EF198E">
      <w:pPr>
        <w:pStyle w:val="Punktlista"/>
        <w:rPr>
          <w:sz w:val="24"/>
          <w:szCs w:val="24"/>
        </w:rPr>
      </w:pPr>
      <w:r w:rsidRPr="001112E6">
        <w:rPr>
          <w:sz w:val="24"/>
          <w:szCs w:val="24"/>
        </w:rPr>
        <w:t>tillgänglig när de aktiva vill prata</w:t>
      </w:r>
    </w:p>
    <w:p w14:paraId="13102488" w14:textId="77777777" w:rsidR="00AF4D06" w:rsidRPr="001112E6" w:rsidRDefault="00EF198E">
      <w:pPr>
        <w:pStyle w:val="Punktlista"/>
        <w:rPr>
          <w:sz w:val="24"/>
          <w:szCs w:val="24"/>
        </w:rPr>
      </w:pPr>
      <w:r w:rsidRPr="001112E6">
        <w:rPr>
          <w:sz w:val="24"/>
          <w:szCs w:val="24"/>
        </w:rPr>
        <w:t>konsekvent</w:t>
      </w:r>
    </w:p>
    <w:p w14:paraId="6D563C70" w14:textId="77777777" w:rsidR="00AF4D06" w:rsidRPr="001112E6" w:rsidRDefault="00EF198E">
      <w:pPr>
        <w:pStyle w:val="Punktlista"/>
        <w:rPr>
          <w:sz w:val="24"/>
          <w:szCs w:val="24"/>
        </w:rPr>
      </w:pPr>
      <w:r w:rsidRPr="001112E6">
        <w:rPr>
          <w:sz w:val="24"/>
          <w:szCs w:val="24"/>
        </w:rPr>
        <w:t>ger bra och rätt information i god tid</w:t>
      </w:r>
    </w:p>
    <w:p w14:paraId="20597606" w14:textId="77777777" w:rsidR="00AF4D06" w:rsidRPr="001112E6" w:rsidRDefault="00EF198E">
      <w:pPr>
        <w:pStyle w:val="Punktlista"/>
        <w:rPr>
          <w:sz w:val="24"/>
          <w:szCs w:val="24"/>
        </w:rPr>
      </w:pPr>
      <w:r w:rsidRPr="001112E6">
        <w:rPr>
          <w:sz w:val="24"/>
          <w:szCs w:val="24"/>
        </w:rPr>
        <w:t>ger positiv feedback</w:t>
      </w:r>
    </w:p>
    <w:p w14:paraId="231175DC" w14:textId="77777777" w:rsidR="00AF4D06" w:rsidRPr="001112E6" w:rsidRDefault="00EF198E">
      <w:pPr>
        <w:pStyle w:val="Punktlista"/>
        <w:rPr>
          <w:sz w:val="24"/>
          <w:szCs w:val="24"/>
        </w:rPr>
      </w:pPr>
      <w:r w:rsidRPr="001112E6">
        <w:rPr>
          <w:sz w:val="24"/>
          <w:szCs w:val="24"/>
        </w:rPr>
        <w:t>inkluderar alla</w:t>
      </w:r>
    </w:p>
    <w:p w14:paraId="6FE33CCE" w14:textId="77777777" w:rsidR="00AF4D06" w:rsidRPr="001112E6" w:rsidRDefault="00EF198E">
      <w:pPr>
        <w:pStyle w:val="Punktlista"/>
        <w:rPr>
          <w:sz w:val="24"/>
          <w:szCs w:val="24"/>
        </w:rPr>
      </w:pPr>
      <w:r w:rsidRPr="001112E6">
        <w:rPr>
          <w:sz w:val="24"/>
          <w:szCs w:val="24"/>
        </w:rPr>
        <w:t>tydlig och kan säga ifrån</w:t>
      </w:r>
    </w:p>
    <w:p w14:paraId="7BA09A67" w14:textId="77777777" w:rsidR="00AF4D06" w:rsidRPr="00EA511B" w:rsidRDefault="00EF198E">
      <w:pPr>
        <w:pStyle w:val="Rubrik2"/>
        <w:rPr>
          <w:rFonts w:ascii="Aptos" w:hAnsi="Aptos"/>
          <w:color w:val="auto"/>
        </w:rPr>
      </w:pPr>
      <w:r w:rsidRPr="00EA511B">
        <w:rPr>
          <w:rFonts w:ascii="Aptos" w:hAnsi="Aptos"/>
          <w:color w:val="auto"/>
        </w:rPr>
        <w:t>Sportchef</w:t>
      </w:r>
    </w:p>
    <w:p w14:paraId="5B504D17" w14:textId="77777777" w:rsidR="00AF4D06" w:rsidRPr="001112E6" w:rsidRDefault="00EF198E">
      <w:pPr>
        <w:spacing w:after="140"/>
        <w:rPr>
          <w:sz w:val="24"/>
          <w:szCs w:val="24"/>
        </w:rPr>
      </w:pPr>
      <w:r w:rsidRPr="001112E6">
        <w:rPr>
          <w:sz w:val="24"/>
          <w:szCs w:val="24"/>
        </w:rPr>
        <w:t>I föreningen finns en sportchef, vars uppgift bland annat är att säkerställa att tränarna har rätt utbildningar och att licenser och tävlingsanmälningar kommer in i tid. Sportchefen har en god insyn i föreningens riktlinjer, bedömningsregler och relevant information från förbundet. Sportchefen är den som kan svara på frågor från tränare och övriga medlemmar i föreningen gällande detta. Sportchefen finns som stöd för tränarna i frågor gällande träning, tävling och samarbete tränare emellan. Sportchef fungerar som en länk mellan tränarna och styrelsen.</w:t>
      </w:r>
    </w:p>
    <w:p w14:paraId="32AA45F2" w14:textId="77777777" w:rsidR="00AF4D06" w:rsidRPr="001112E6" w:rsidRDefault="00EF198E">
      <w:pPr>
        <w:rPr>
          <w:sz w:val="24"/>
          <w:szCs w:val="24"/>
        </w:rPr>
      </w:pPr>
      <w:r w:rsidRPr="001112E6">
        <w:rPr>
          <w:sz w:val="24"/>
          <w:szCs w:val="24"/>
        </w:rPr>
        <w:lastRenderedPageBreak/>
        <w:t>Sportchef ser till att tränarmöten hålls regelbundet under säsongen där aktuella utbildningar och frågor lyfts tillsammans med föreningens tränare. Sportchef har ansvar för att se till att tränarna uppvisar ett registerutdrag från polisens belastningsregister inför säsongsstart. Tränarna måste visa upp detta vartannat år.</w:t>
      </w:r>
    </w:p>
    <w:p w14:paraId="494A1F8B" w14:textId="77777777" w:rsidR="00AF4D06" w:rsidRPr="001112E6" w:rsidRDefault="00EF198E">
      <w:pPr>
        <w:rPr>
          <w:sz w:val="24"/>
          <w:szCs w:val="24"/>
        </w:rPr>
      </w:pPr>
      <w:r w:rsidRPr="001112E6">
        <w:rPr>
          <w:sz w:val="24"/>
          <w:szCs w:val="24"/>
        </w:rPr>
        <w:t>Sportchef ska alltid kontaktas för godkännande och rådgivning inför frågor kring följande:</w:t>
      </w:r>
    </w:p>
    <w:p w14:paraId="3BA8EE0A" w14:textId="77777777" w:rsidR="00AF4D06" w:rsidRPr="001112E6" w:rsidRDefault="00EF198E">
      <w:pPr>
        <w:pStyle w:val="Punktlista"/>
        <w:rPr>
          <w:sz w:val="24"/>
          <w:szCs w:val="24"/>
        </w:rPr>
      </w:pPr>
      <w:r w:rsidRPr="001112E6">
        <w:rPr>
          <w:sz w:val="24"/>
          <w:szCs w:val="24"/>
        </w:rPr>
        <w:t>anmälan till tävlingar</w:t>
      </w:r>
    </w:p>
    <w:p w14:paraId="5AC0C79A" w14:textId="77777777" w:rsidR="00AF4D06" w:rsidRPr="001112E6" w:rsidRDefault="00EF198E">
      <w:pPr>
        <w:pStyle w:val="Punktlista"/>
        <w:rPr>
          <w:sz w:val="24"/>
          <w:szCs w:val="24"/>
        </w:rPr>
      </w:pPr>
      <w:r w:rsidRPr="001112E6">
        <w:rPr>
          <w:sz w:val="24"/>
          <w:szCs w:val="24"/>
        </w:rPr>
        <w:t>byte av halltider eller extrainsatta träningstider</w:t>
      </w:r>
    </w:p>
    <w:p w14:paraId="30B65436" w14:textId="77777777" w:rsidR="00AF4D06" w:rsidRPr="001112E6" w:rsidRDefault="00EF198E">
      <w:pPr>
        <w:pStyle w:val="Punktlista"/>
        <w:rPr>
          <w:sz w:val="24"/>
          <w:szCs w:val="24"/>
        </w:rPr>
      </w:pPr>
      <w:r w:rsidRPr="001112E6">
        <w:rPr>
          <w:sz w:val="24"/>
          <w:szCs w:val="24"/>
        </w:rPr>
        <w:t>beställning av dräkter</w:t>
      </w:r>
    </w:p>
    <w:p w14:paraId="5DC9595B" w14:textId="77777777" w:rsidR="00AF4D06" w:rsidRPr="001112E6" w:rsidRDefault="00EF198E">
      <w:pPr>
        <w:pStyle w:val="Punktlista"/>
        <w:rPr>
          <w:sz w:val="24"/>
          <w:szCs w:val="24"/>
        </w:rPr>
      </w:pPr>
      <w:r w:rsidRPr="001112E6">
        <w:rPr>
          <w:sz w:val="24"/>
          <w:szCs w:val="24"/>
        </w:rPr>
        <w:t>beställning av musik</w:t>
      </w:r>
    </w:p>
    <w:p w14:paraId="1075EBAD" w14:textId="77777777" w:rsidR="00AF4D06" w:rsidRPr="001112E6" w:rsidRDefault="00EF198E">
      <w:pPr>
        <w:pStyle w:val="Punktlista"/>
        <w:rPr>
          <w:sz w:val="24"/>
          <w:szCs w:val="24"/>
        </w:rPr>
      </w:pPr>
      <w:r w:rsidRPr="001112E6">
        <w:rPr>
          <w:sz w:val="24"/>
          <w:szCs w:val="24"/>
        </w:rPr>
        <w:t>inköp av rosetter</w:t>
      </w:r>
    </w:p>
    <w:p w14:paraId="16DF09BE" w14:textId="77777777" w:rsidR="00AF4D06" w:rsidRPr="001112E6" w:rsidRDefault="00EF198E">
      <w:pPr>
        <w:pStyle w:val="Punktlista"/>
        <w:rPr>
          <w:sz w:val="24"/>
          <w:szCs w:val="24"/>
        </w:rPr>
      </w:pPr>
      <w:r w:rsidRPr="001112E6">
        <w:rPr>
          <w:sz w:val="24"/>
          <w:szCs w:val="24"/>
        </w:rPr>
        <w:t>eget utlägg för kostnader, t ex till lagkvällar</w:t>
      </w:r>
    </w:p>
    <w:p w14:paraId="058572DA" w14:textId="77777777" w:rsidR="00AF4D06" w:rsidRPr="00EA511B" w:rsidRDefault="00EF198E">
      <w:pPr>
        <w:pStyle w:val="Rubrik2"/>
        <w:rPr>
          <w:rFonts w:ascii="Aptos" w:hAnsi="Aptos"/>
          <w:color w:val="auto"/>
        </w:rPr>
      </w:pPr>
      <w:r w:rsidRPr="00EA511B">
        <w:rPr>
          <w:rFonts w:ascii="Aptos" w:hAnsi="Aptos"/>
          <w:color w:val="auto"/>
        </w:rPr>
        <w:t>Lagansvarig</w:t>
      </w:r>
    </w:p>
    <w:p w14:paraId="6B93CAD7" w14:textId="77777777" w:rsidR="00AF4D06" w:rsidRPr="001112E6" w:rsidRDefault="00EF198E">
      <w:pPr>
        <w:rPr>
          <w:sz w:val="24"/>
          <w:szCs w:val="24"/>
        </w:rPr>
      </w:pPr>
      <w:r w:rsidRPr="001112E6">
        <w:rPr>
          <w:sz w:val="24"/>
          <w:szCs w:val="24"/>
        </w:rPr>
        <w:t>I föreningen finns en lagansvarig vars huvudsakliga uppgift är att arbeta med utveckling av lag och tränare. Lagansvarig och sportchef samarbetar när det bestäms vilka lag de aktiva ska tillhöra.</w:t>
      </w:r>
    </w:p>
    <w:p w14:paraId="1FD99C68" w14:textId="77777777" w:rsidR="00AF4D06" w:rsidRPr="001112E6" w:rsidRDefault="00EF198E">
      <w:pPr>
        <w:rPr>
          <w:sz w:val="24"/>
          <w:szCs w:val="24"/>
        </w:rPr>
      </w:pPr>
      <w:r w:rsidRPr="001112E6">
        <w:rPr>
          <w:sz w:val="24"/>
          <w:szCs w:val="24"/>
        </w:rPr>
        <w:t>Lagansvarig har en god insyn i föreningens riktlinjer, bedömningsregler och relevant information från förbundet. Tillsammans med sportchef ansvarar lagansvarig för att kvaliteten i verksamheten hålls på en hög nivå. Lagansvarig hälsar på alla lag under träningar några gånger per säsong.</w:t>
      </w:r>
    </w:p>
    <w:p w14:paraId="7A5216D2" w14:textId="77777777" w:rsidR="00AF4D06" w:rsidRPr="00EA511B" w:rsidRDefault="00EF198E">
      <w:pPr>
        <w:pStyle w:val="Rubrik2"/>
        <w:rPr>
          <w:rFonts w:ascii="Aptos" w:hAnsi="Aptos"/>
          <w:color w:val="auto"/>
        </w:rPr>
      </w:pPr>
      <w:r w:rsidRPr="00EA511B">
        <w:rPr>
          <w:rFonts w:ascii="Aptos" w:hAnsi="Aptos"/>
          <w:color w:val="auto"/>
        </w:rPr>
        <w:t>Huvudtränare</w:t>
      </w:r>
    </w:p>
    <w:p w14:paraId="3A427CB6" w14:textId="77777777" w:rsidR="00AF4D06" w:rsidRPr="001112E6" w:rsidRDefault="00EF198E">
      <w:pPr>
        <w:rPr>
          <w:sz w:val="24"/>
          <w:szCs w:val="24"/>
        </w:rPr>
      </w:pPr>
      <w:r w:rsidRPr="001112E6">
        <w:rPr>
          <w:sz w:val="24"/>
          <w:szCs w:val="24"/>
        </w:rPr>
        <w:t>Huvudtränarna ska vara väl införstådda i att denna roll kräver mer tid även utanför avsatt tid i träningshallen.</w:t>
      </w:r>
    </w:p>
    <w:p w14:paraId="23B726DD" w14:textId="77777777" w:rsidR="00AF4D06" w:rsidRPr="001112E6" w:rsidRDefault="00EF198E">
      <w:pPr>
        <w:spacing w:after="140"/>
        <w:rPr>
          <w:sz w:val="24"/>
          <w:szCs w:val="24"/>
        </w:rPr>
      </w:pPr>
      <w:r w:rsidRPr="001112E6">
        <w:rPr>
          <w:sz w:val="24"/>
          <w:szCs w:val="24"/>
        </w:rPr>
        <w:t>Det är upp till varje huvudtränare att läsa Svenska cheerleadingförbundets gällande regler, för sitt lag och level, regelbundet då de uppdateras med jämna mellanrum. Huvudtränarna ska, inför varje säsong, till styrelsen redovisa en årsplanering gällande de öppna tävlingar som laget planerar att delta vid. Huvudtränarna har ansvar för att tävlingslagens koreografi är godkänd enligt Svenska Cheerleadingförbundets regler. Det är huvudtränarnas uppgift (i samråd med tränaransvarig) att se till att dräkter, musik och övrigt material som behövs till tävlingar kommer i tid och är godkända enligt förbundets regler.</w:t>
      </w:r>
    </w:p>
    <w:p w14:paraId="445AB078" w14:textId="77777777" w:rsidR="00AF4D06" w:rsidRPr="001112E6" w:rsidRDefault="00EF198E">
      <w:pPr>
        <w:rPr>
          <w:sz w:val="24"/>
          <w:szCs w:val="24"/>
        </w:rPr>
      </w:pPr>
      <w:r w:rsidRPr="001112E6">
        <w:rPr>
          <w:sz w:val="24"/>
          <w:szCs w:val="24"/>
        </w:rPr>
        <w:t>Huvudtränaren tar ansvar för att delta vid tränarmöten som tränaransvarig kallar till samt att snabbt återkoppla på frågor från styrelse och från föreningens tränaransvariga.</w:t>
      </w:r>
    </w:p>
    <w:p w14:paraId="6630D0AC" w14:textId="77777777" w:rsidR="00AF4D06" w:rsidRPr="001112E6" w:rsidRDefault="00EF198E">
      <w:pPr>
        <w:spacing w:after="140"/>
        <w:rPr>
          <w:sz w:val="24"/>
          <w:szCs w:val="24"/>
        </w:rPr>
      </w:pPr>
      <w:r w:rsidRPr="001112E6">
        <w:rPr>
          <w:sz w:val="24"/>
          <w:szCs w:val="24"/>
        </w:rPr>
        <w:t xml:space="preserve">Det är upp till huvudtränarna att, förutom föreningens grundläggande regler för aktiva, sätta särskilda trivselregler för sitt lag. Huvudtränarna ansvarar för att de aktiva i respektive lag känner till och är väl medvetna om vilka regler och krav som gäller. Om en aktiv inte uppfyller kraven för ett tävlingslag har huvudtränarna i samråd med tränaransvarig rätt att flytta den </w:t>
      </w:r>
      <w:r w:rsidRPr="001112E6">
        <w:rPr>
          <w:sz w:val="24"/>
          <w:szCs w:val="24"/>
        </w:rPr>
        <w:lastRenderedPageBreak/>
        <w:t>aktive till ett träningslag istället. Kraven för tävlingslagen ser olika ut beroende på vilket lag man tillhör, kontakta specifik huvudtränare om ni har frågor angående det.</w:t>
      </w:r>
    </w:p>
    <w:p w14:paraId="79C23198" w14:textId="77777777" w:rsidR="00AF4D06" w:rsidRPr="001112E6" w:rsidRDefault="00EF198E">
      <w:pPr>
        <w:rPr>
          <w:sz w:val="24"/>
          <w:szCs w:val="24"/>
        </w:rPr>
      </w:pPr>
      <w:r w:rsidRPr="001112E6">
        <w:rPr>
          <w:sz w:val="24"/>
          <w:szCs w:val="24"/>
        </w:rPr>
        <w:t>Huvudtränarna ansvarar för att närvarorapporteringen i Idrottonline är uppdaterad och korrekt.</w:t>
      </w:r>
    </w:p>
    <w:p w14:paraId="29F58FA1" w14:textId="77777777" w:rsidR="00AF4D06" w:rsidRPr="001112E6" w:rsidRDefault="00EF198E">
      <w:pPr>
        <w:rPr>
          <w:sz w:val="24"/>
          <w:szCs w:val="24"/>
        </w:rPr>
      </w:pPr>
      <w:r w:rsidRPr="001112E6">
        <w:rPr>
          <w:sz w:val="24"/>
          <w:szCs w:val="24"/>
        </w:rPr>
        <w:t>Om olyckan är framme under träning eller tävling är det huvudtränarens ansvar att ringa den aktives föräldrar för att tala om vad som hänt. Tränare ställer aldrig en diagnos på skadan själv, utan uppmuntrar kontakt med läkare eller annan specialist vid behov.</w:t>
      </w:r>
    </w:p>
    <w:p w14:paraId="4C93CD42" w14:textId="77777777" w:rsidR="00AF4D06" w:rsidRPr="001112E6" w:rsidRDefault="00EF198E">
      <w:pPr>
        <w:rPr>
          <w:sz w:val="24"/>
          <w:szCs w:val="24"/>
        </w:rPr>
      </w:pPr>
      <w:r w:rsidRPr="001112E6">
        <w:rPr>
          <w:sz w:val="24"/>
          <w:szCs w:val="24"/>
        </w:rPr>
        <w:t>Inför varje träning ska huvudtränarna se till att ha planerat vad som ska göras. Träningarnas syfte är att lära ut cheerleading till den nivån laget är på i lämplig takt. Vi ska inte stressa fram utveckling men samtidigt ska det finnas en chans att fortsätta utvecklas vilket lag de aktiva än går i.</w:t>
      </w:r>
    </w:p>
    <w:p w14:paraId="5D36388A" w14:textId="77777777" w:rsidR="00AF4D06" w:rsidRPr="001112E6" w:rsidRDefault="00EF198E">
      <w:pPr>
        <w:rPr>
          <w:sz w:val="24"/>
          <w:szCs w:val="24"/>
        </w:rPr>
      </w:pPr>
      <w:r w:rsidRPr="001112E6">
        <w:rPr>
          <w:sz w:val="24"/>
          <w:szCs w:val="24"/>
        </w:rPr>
        <w:t>Huvudtränarna ansvarar för att vägleda hjälptränarna mot en framtida tränarroll.</w:t>
      </w:r>
    </w:p>
    <w:p w14:paraId="0423DEA1" w14:textId="77777777" w:rsidR="00AF4D06" w:rsidRPr="001112E6" w:rsidRDefault="00EF198E">
      <w:pPr>
        <w:rPr>
          <w:sz w:val="24"/>
          <w:szCs w:val="24"/>
        </w:rPr>
      </w:pPr>
      <w:r w:rsidRPr="001112E6">
        <w:rPr>
          <w:sz w:val="24"/>
          <w:szCs w:val="24"/>
        </w:rPr>
        <w:t>Viktigt att tänka på:</w:t>
      </w:r>
    </w:p>
    <w:p w14:paraId="6F206774" w14:textId="77777777" w:rsidR="00AF4D06" w:rsidRPr="001112E6" w:rsidRDefault="00EF198E">
      <w:pPr>
        <w:pStyle w:val="Punktlista"/>
        <w:rPr>
          <w:sz w:val="24"/>
          <w:szCs w:val="24"/>
        </w:rPr>
      </w:pPr>
      <w:r w:rsidRPr="001112E6">
        <w:rPr>
          <w:sz w:val="24"/>
          <w:szCs w:val="24"/>
        </w:rPr>
        <w:t>Som ledare är tränaren ett föredöme för föreningens barn och ungdomar.</w:t>
      </w:r>
    </w:p>
    <w:p w14:paraId="492DCA58" w14:textId="77777777" w:rsidR="00AF4D06" w:rsidRPr="001112E6" w:rsidRDefault="00EF198E">
      <w:pPr>
        <w:pStyle w:val="Punktlista"/>
        <w:rPr>
          <w:sz w:val="24"/>
          <w:szCs w:val="24"/>
        </w:rPr>
      </w:pPr>
      <w:r w:rsidRPr="001112E6">
        <w:rPr>
          <w:sz w:val="24"/>
          <w:szCs w:val="24"/>
        </w:rPr>
        <w:t>Tränaren ska vara medveten om att man representerar föreningen och är dess ansikte utåt.</w:t>
      </w:r>
    </w:p>
    <w:p w14:paraId="7CB87FE3" w14:textId="77777777" w:rsidR="00AF4D06" w:rsidRPr="001112E6" w:rsidRDefault="00EF198E">
      <w:pPr>
        <w:pStyle w:val="Punktlista"/>
        <w:rPr>
          <w:sz w:val="24"/>
          <w:szCs w:val="24"/>
        </w:rPr>
      </w:pPr>
      <w:r w:rsidRPr="001112E6">
        <w:rPr>
          <w:sz w:val="24"/>
          <w:szCs w:val="24"/>
        </w:rPr>
        <w:t>Tränarna ska uppträda ansvarsfullt och seriöst på träning och tävling.</w:t>
      </w:r>
    </w:p>
    <w:p w14:paraId="4D0F1336" w14:textId="77777777" w:rsidR="00AF4D06" w:rsidRPr="001112E6" w:rsidRDefault="00EF198E">
      <w:pPr>
        <w:pStyle w:val="Punktlista"/>
        <w:rPr>
          <w:sz w:val="24"/>
          <w:szCs w:val="24"/>
        </w:rPr>
      </w:pPr>
      <w:r w:rsidRPr="001112E6">
        <w:rPr>
          <w:sz w:val="24"/>
          <w:szCs w:val="24"/>
        </w:rPr>
        <w:t>Tränaren har ansvar för att informera föräldrar kontinuerligt om träningen och de aktiviteter som planeras. Informationen ska gå ut i god tid innan aktivitetens genomförande.</w:t>
      </w:r>
    </w:p>
    <w:p w14:paraId="5660E03F" w14:textId="77777777" w:rsidR="00AF4D06" w:rsidRPr="001112E6" w:rsidRDefault="00EF198E">
      <w:pPr>
        <w:pStyle w:val="Punktlista"/>
        <w:rPr>
          <w:sz w:val="24"/>
          <w:szCs w:val="24"/>
        </w:rPr>
      </w:pPr>
      <w:r w:rsidRPr="001112E6">
        <w:rPr>
          <w:sz w:val="24"/>
          <w:szCs w:val="24"/>
        </w:rPr>
        <w:t>Tränaren är tillsammans med laget delaktig i att skapa en trevlig atmosfär i hallen.</w:t>
      </w:r>
    </w:p>
    <w:p w14:paraId="5D87C4B9" w14:textId="77777777" w:rsidR="00AF4D06" w:rsidRPr="001112E6" w:rsidRDefault="00EF198E">
      <w:pPr>
        <w:pStyle w:val="Punktlista"/>
        <w:rPr>
          <w:sz w:val="24"/>
          <w:szCs w:val="24"/>
        </w:rPr>
      </w:pPr>
      <w:r w:rsidRPr="001112E6">
        <w:rPr>
          <w:sz w:val="24"/>
          <w:szCs w:val="24"/>
        </w:rPr>
        <w:t>Under träningar ska tränarna vara fokuserade på de aktiva.</w:t>
      </w:r>
    </w:p>
    <w:p w14:paraId="3C92E65E" w14:textId="77777777" w:rsidR="00AF4D06" w:rsidRPr="001112E6" w:rsidRDefault="00EF198E">
      <w:pPr>
        <w:pStyle w:val="Punktlista"/>
        <w:rPr>
          <w:sz w:val="24"/>
          <w:szCs w:val="24"/>
        </w:rPr>
      </w:pPr>
      <w:r w:rsidRPr="001112E6">
        <w:rPr>
          <w:sz w:val="24"/>
          <w:szCs w:val="24"/>
        </w:rPr>
        <w:t>De som tränar minderåriga ska särskilt tänka på hur man uttrycker sig och vad man säger, tänk alltid på att de aktiva ser upp till sin tränare och därför ska tränarna föregå med gott exempel.</w:t>
      </w:r>
    </w:p>
    <w:p w14:paraId="6A9C72F9" w14:textId="77777777" w:rsidR="00AF4D06" w:rsidRPr="001112E6" w:rsidRDefault="00EF198E">
      <w:pPr>
        <w:pStyle w:val="Punktlista"/>
        <w:rPr>
          <w:sz w:val="24"/>
          <w:szCs w:val="24"/>
        </w:rPr>
      </w:pPr>
      <w:r w:rsidRPr="001112E6">
        <w:rPr>
          <w:sz w:val="24"/>
          <w:szCs w:val="24"/>
        </w:rPr>
        <w:t>Vid tävling och uppvisning bär tränaren kläder som ger ett seriöst intryck.</w:t>
      </w:r>
    </w:p>
    <w:p w14:paraId="0EF39799" w14:textId="77777777" w:rsidR="00AF4D06" w:rsidRPr="001112E6" w:rsidRDefault="00EF198E">
      <w:pPr>
        <w:pStyle w:val="Punktlista"/>
        <w:rPr>
          <w:sz w:val="24"/>
          <w:szCs w:val="24"/>
        </w:rPr>
      </w:pPr>
      <w:r w:rsidRPr="001112E6">
        <w:rPr>
          <w:sz w:val="24"/>
          <w:szCs w:val="24"/>
        </w:rPr>
        <w:t>Tränaren har ett stort ansvar för att undvika inställda träningar. Tränaren ansvarar</w:t>
      </w:r>
    </w:p>
    <w:p w14:paraId="320B7398" w14:textId="77777777" w:rsidR="00AF4D06" w:rsidRPr="001112E6" w:rsidRDefault="00EF198E">
      <w:pPr>
        <w:rPr>
          <w:sz w:val="24"/>
          <w:szCs w:val="24"/>
        </w:rPr>
      </w:pPr>
      <w:r w:rsidRPr="001112E6">
        <w:rPr>
          <w:sz w:val="24"/>
          <w:szCs w:val="24"/>
        </w:rPr>
        <w:t>för att finna en vikarie eller annan lösning tillsammans med övriga ledare.</w:t>
      </w:r>
    </w:p>
    <w:p w14:paraId="488C4A02" w14:textId="62D0A7D6" w:rsidR="00AF4D06" w:rsidRPr="001112E6" w:rsidRDefault="00EF198E" w:rsidP="001112E6">
      <w:pPr>
        <w:pStyle w:val="Punktlista"/>
        <w:rPr>
          <w:sz w:val="24"/>
          <w:szCs w:val="24"/>
        </w:rPr>
      </w:pPr>
      <w:r w:rsidRPr="001112E6">
        <w:rPr>
          <w:sz w:val="24"/>
          <w:szCs w:val="24"/>
        </w:rPr>
        <w:t>SCA tolererar inte att ledare agerar mot gällande etiska normer vidkommunikation via sociala medier/internetsidor.</w:t>
      </w:r>
    </w:p>
    <w:p w14:paraId="48FFF8FB" w14:textId="77777777" w:rsidR="00AF4D06" w:rsidRPr="00EA511B" w:rsidRDefault="00EF198E">
      <w:pPr>
        <w:pStyle w:val="Rubrik2"/>
        <w:rPr>
          <w:rFonts w:ascii="Aptos" w:hAnsi="Aptos"/>
          <w:color w:val="auto"/>
        </w:rPr>
      </w:pPr>
      <w:r w:rsidRPr="00EA511B">
        <w:rPr>
          <w:rFonts w:ascii="Aptos" w:hAnsi="Aptos"/>
          <w:color w:val="auto"/>
        </w:rPr>
        <w:t>Hjälptränare</w:t>
      </w:r>
    </w:p>
    <w:p w14:paraId="1EFF8F40" w14:textId="77777777" w:rsidR="00AF4D06" w:rsidRPr="001112E6" w:rsidRDefault="00EF198E">
      <w:pPr>
        <w:rPr>
          <w:sz w:val="24"/>
          <w:szCs w:val="24"/>
        </w:rPr>
      </w:pPr>
      <w:r w:rsidRPr="001112E6">
        <w:rPr>
          <w:sz w:val="24"/>
          <w:szCs w:val="24"/>
        </w:rPr>
        <w:t>Hjälptränaren är en instegsposition. Personen behöver inte ha en formell utbildning från förbundet</w:t>
      </w:r>
    </w:p>
    <w:p w14:paraId="4D274A77" w14:textId="77777777" w:rsidR="00AF4D06" w:rsidRPr="001112E6" w:rsidRDefault="00EF198E">
      <w:pPr>
        <w:spacing w:after="140"/>
        <w:rPr>
          <w:sz w:val="24"/>
          <w:szCs w:val="24"/>
        </w:rPr>
      </w:pPr>
      <w:r w:rsidRPr="001112E6">
        <w:rPr>
          <w:sz w:val="24"/>
          <w:szCs w:val="24"/>
        </w:rPr>
        <w:t xml:space="preserve">Hjälptränaren ska vägledas och lära sig av huvudtränarna med målet att utvecklas sig inom tränarrollen. I denna position ingår att fullfölja de uppdrag man får av huvudtränaren under </w:t>
      </w:r>
      <w:r w:rsidRPr="001112E6">
        <w:rPr>
          <w:sz w:val="24"/>
          <w:szCs w:val="24"/>
        </w:rPr>
        <w:lastRenderedPageBreak/>
        <w:t>träning samt att aktivt delta på träningar, tävlingar och de tränarmöten där hjälptränarna är inbjudna. Hjälptränarna har inte samma förväntade närvarokrav som huvudtränarna men måste meddela i god tid om hon/han ska vara borta. Hjälptränarna förväntas vara beredd att med tiden kunna vara huvudtränare för lag i föreningen. I övrigt så ska hjälptränaren följa de punkter gällande ansvar och trivsel som finns uppräknade ovan under rubriken tränare.</w:t>
      </w:r>
    </w:p>
    <w:p w14:paraId="77608441" w14:textId="77777777" w:rsidR="00AF4D06" w:rsidRPr="00EA511B" w:rsidRDefault="00EF198E">
      <w:pPr>
        <w:pStyle w:val="Rubrik2"/>
        <w:rPr>
          <w:rFonts w:ascii="Aptos" w:hAnsi="Aptos"/>
          <w:color w:val="auto"/>
        </w:rPr>
      </w:pPr>
      <w:r w:rsidRPr="00EA511B">
        <w:rPr>
          <w:rFonts w:ascii="Aptos" w:hAnsi="Aptos"/>
          <w:color w:val="auto"/>
        </w:rPr>
        <w:t>Aktiva</w:t>
      </w:r>
    </w:p>
    <w:p w14:paraId="4CBEA753" w14:textId="77777777" w:rsidR="00AF4D06" w:rsidRPr="001112E6" w:rsidRDefault="00EF198E">
      <w:pPr>
        <w:spacing w:after="140"/>
        <w:rPr>
          <w:sz w:val="24"/>
          <w:szCs w:val="24"/>
        </w:rPr>
      </w:pPr>
      <w:r w:rsidRPr="001112E6">
        <w:rPr>
          <w:sz w:val="24"/>
          <w:szCs w:val="24"/>
        </w:rPr>
        <w:t>Alla aktiva inom SCA förväntas ha god respekt för sina lagkamrater, tränare och för föreningen. De aktiva ska alltid kontakta berörd tränare ifall den inte har möjlighet att delta på träning. Varje lag har olika överenskommelser hur och när man ska kontakta sin tränare ifall man inte kan komma på träningen. Under träningar förväntas de aktiva lyssna på tränaren och delta i alla övningar som tränaren har planerat. Korrekt träningsklädsel är åtsittande kläder, träningsskor som är anpassade till sporten, uppsatt hår och inga smycken, allt detta av säkerhetsskäl. Våra aktiva är representanter för föreningen och ska alltid uppträda med respekt för sporten och föreningen. När aktiva och tränare är klädda i föreningskläder representerar de föreningen. Föreningens tävlingsdräkter får inte användas i andra sammanhang än de som föreningen anordnar eller deltar i.</w:t>
      </w:r>
    </w:p>
    <w:p w14:paraId="492602C7" w14:textId="77777777" w:rsidR="00AF4D06" w:rsidRPr="001112E6" w:rsidRDefault="00EF198E">
      <w:pPr>
        <w:spacing w:after="140"/>
        <w:rPr>
          <w:sz w:val="24"/>
          <w:szCs w:val="24"/>
        </w:rPr>
      </w:pPr>
      <w:r w:rsidRPr="001112E6">
        <w:rPr>
          <w:sz w:val="24"/>
          <w:szCs w:val="24"/>
        </w:rPr>
        <w:t>I ett lag är det viktigt med tillit mellan de aktiva. Uppmuntra och visa respekt för varandra. Det är tränarens uppgift, inte lagkamraternas, att rätta till eventuella felaktigheter i den aktivas träning. När de aktiva är på träning förväntas de ha fullt fokus. Det finns många riskfyllda moment inom sporten därför är det viktigt att lyssna på och ta till sig de instruktioner som tränaren ger. Leka eller prata om annat får man göra efteråt eller i pauserna. Cheerleading är en sport där laget är väldigt beroende av att alla medlemmar är med. Därför är det viktigt att alltid komma på träning, undantag ifall man är sjuk. Om någon är borta eller inte gör det som förväntas så blir hela laget lidande. En aktiv som är med i ett tävlingslag förbinder sig därför att delta säsongen ut, ifall inte något oförutsägbart skulle inträffa.</w:t>
      </w:r>
    </w:p>
    <w:p w14:paraId="52456E26" w14:textId="77777777" w:rsidR="00AF4D06" w:rsidRPr="001112E6" w:rsidRDefault="00EF198E">
      <w:pPr>
        <w:rPr>
          <w:sz w:val="24"/>
          <w:szCs w:val="24"/>
        </w:rPr>
      </w:pPr>
      <w:r w:rsidRPr="001112E6">
        <w:rPr>
          <w:sz w:val="24"/>
          <w:szCs w:val="24"/>
        </w:rPr>
        <w:t>Det är förbjudet att bygga utan tränare. Detta betyder att man INTE får bygga utanför träning, tävling eller uppvisning.</w:t>
      </w:r>
    </w:p>
    <w:p w14:paraId="4C9F8A2F" w14:textId="77777777" w:rsidR="00AF4D06" w:rsidRPr="00EA511B" w:rsidRDefault="00EF198E">
      <w:pPr>
        <w:pStyle w:val="Rubrik2"/>
        <w:rPr>
          <w:rFonts w:ascii="Aptos" w:hAnsi="Aptos"/>
          <w:color w:val="auto"/>
        </w:rPr>
      </w:pPr>
      <w:r w:rsidRPr="00EA511B">
        <w:rPr>
          <w:rFonts w:ascii="Aptos" w:hAnsi="Aptos"/>
          <w:color w:val="auto"/>
        </w:rPr>
        <w:t>Föräldrar</w:t>
      </w:r>
    </w:p>
    <w:p w14:paraId="1F8519DF" w14:textId="77777777" w:rsidR="00AF4D06" w:rsidRPr="001112E6" w:rsidRDefault="00EF198E">
      <w:pPr>
        <w:pStyle w:val="Punktlista"/>
        <w:rPr>
          <w:sz w:val="24"/>
          <w:szCs w:val="24"/>
        </w:rPr>
      </w:pPr>
      <w:r w:rsidRPr="001112E6">
        <w:rPr>
          <w:sz w:val="24"/>
          <w:szCs w:val="24"/>
        </w:rPr>
        <w:t>Hjälp ditt barn att komma i tid till träningar och se till att de har rätt utrustning med sig.</w:t>
      </w:r>
    </w:p>
    <w:p w14:paraId="503E4FF6" w14:textId="77777777" w:rsidR="00AF4D06" w:rsidRPr="001112E6" w:rsidRDefault="00EF198E">
      <w:pPr>
        <w:pStyle w:val="Punktlista"/>
        <w:rPr>
          <w:sz w:val="24"/>
          <w:szCs w:val="24"/>
        </w:rPr>
      </w:pPr>
      <w:r w:rsidRPr="001112E6">
        <w:rPr>
          <w:sz w:val="24"/>
          <w:szCs w:val="24"/>
        </w:rPr>
        <w:t>Följ gärna med ditt barn på tävling och uppvisning.</w:t>
      </w:r>
    </w:p>
    <w:p w14:paraId="018E62F1" w14:textId="77777777" w:rsidR="00AF4D06" w:rsidRPr="001112E6" w:rsidRDefault="00EF198E">
      <w:pPr>
        <w:pStyle w:val="Punktlista"/>
        <w:rPr>
          <w:sz w:val="24"/>
          <w:szCs w:val="24"/>
        </w:rPr>
      </w:pPr>
      <w:r w:rsidRPr="001112E6">
        <w:rPr>
          <w:sz w:val="24"/>
          <w:szCs w:val="24"/>
        </w:rPr>
        <w:t>Visa ditt barn positiv uppmärksamhet även om framstegen inte alltid är så stora.</w:t>
      </w:r>
    </w:p>
    <w:p w14:paraId="4E767178" w14:textId="77777777" w:rsidR="00AF4D06" w:rsidRPr="001112E6" w:rsidRDefault="00EF198E">
      <w:pPr>
        <w:pStyle w:val="Punktlista"/>
        <w:rPr>
          <w:sz w:val="24"/>
          <w:szCs w:val="24"/>
        </w:rPr>
      </w:pPr>
      <w:r w:rsidRPr="001112E6">
        <w:rPr>
          <w:sz w:val="24"/>
          <w:szCs w:val="24"/>
        </w:rPr>
        <w:t>Hjälp föreningen med de uppdrag/uppgifter som de ber dig om. Det är bättre om fler</w:t>
      </w:r>
    </w:p>
    <w:p w14:paraId="30EBF218" w14:textId="77777777" w:rsidR="00AF4D06" w:rsidRPr="001112E6" w:rsidRDefault="00EF198E">
      <w:pPr>
        <w:rPr>
          <w:sz w:val="24"/>
          <w:szCs w:val="24"/>
        </w:rPr>
      </w:pPr>
      <w:r w:rsidRPr="001112E6">
        <w:rPr>
          <w:sz w:val="24"/>
          <w:szCs w:val="24"/>
        </w:rPr>
        <w:t>kan göra mindre än att få gör mycket. Tillsammans kan vi se till att föreningen</w:t>
      </w:r>
    </w:p>
    <w:p w14:paraId="66B35E6E" w14:textId="77777777" w:rsidR="00AF4D06" w:rsidRPr="001112E6" w:rsidRDefault="00EF198E">
      <w:pPr>
        <w:rPr>
          <w:sz w:val="24"/>
          <w:szCs w:val="24"/>
        </w:rPr>
      </w:pPr>
      <w:r w:rsidRPr="001112E6">
        <w:rPr>
          <w:sz w:val="24"/>
          <w:szCs w:val="24"/>
        </w:rPr>
        <w:t>fungerar väl. Vi är en ideell förening och vi har ingen anställd personal. De uppdrag som styrelsen och tränarna har görs på vår fritid. För att föreningen ska fungera krävs att det finns föräldrar som kan tänka sig att sitta med i styrelse och föräldragrupper.</w:t>
      </w:r>
    </w:p>
    <w:p w14:paraId="028F236C" w14:textId="75616C77" w:rsidR="00AF4D06" w:rsidRPr="001112E6" w:rsidRDefault="00EF198E" w:rsidP="001112E6">
      <w:pPr>
        <w:pStyle w:val="Punktlista"/>
        <w:rPr>
          <w:sz w:val="24"/>
          <w:szCs w:val="24"/>
        </w:rPr>
      </w:pPr>
      <w:r w:rsidRPr="001112E6">
        <w:rPr>
          <w:sz w:val="24"/>
          <w:szCs w:val="24"/>
        </w:rPr>
        <w:lastRenderedPageBreak/>
        <w:t>Låt föreningens tränare ansvara för ditt barn under träning och tävling. Din</w:t>
      </w:r>
      <w:r w:rsidR="001112E6">
        <w:rPr>
          <w:sz w:val="24"/>
          <w:szCs w:val="24"/>
        </w:rPr>
        <w:t xml:space="preserve"> </w:t>
      </w:r>
      <w:r w:rsidRPr="001112E6">
        <w:rPr>
          <w:sz w:val="24"/>
          <w:szCs w:val="24"/>
        </w:rPr>
        <w:t>inblandning kan verka förvirrande för den aktive.</w:t>
      </w:r>
    </w:p>
    <w:p w14:paraId="484E9776" w14:textId="77777777" w:rsidR="00AF4D06" w:rsidRPr="001112E6" w:rsidRDefault="00EF198E">
      <w:pPr>
        <w:pStyle w:val="Punktlista"/>
        <w:rPr>
          <w:sz w:val="24"/>
          <w:szCs w:val="24"/>
        </w:rPr>
      </w:pPr>
      <w:r w:rsidRPr="001112E6">
        <w:rPr>
          <w:sz w:val="24"/>
          <w:szCs w:val="24"/>
        </w:rPr>
        <w:t>Ta del av information som kommer från föreningen.</w:t>
      </w:r>
    </w:p>
    <w:p w14:paraId="0A1570AD" w14:textId="77777777" w:rsidR="00AF4D06" w:rsidRPr="001112E6" w:rsidRDefault="00EF198E">
      <w:pPr>
        <w:pStyle w:val="Punktlista"/>
        <w:rPr>
          <w:sz w:val="24"/>
          <w:szCs w:val="24"/>
        </w:rPr>
      </w:pPr>
      <w:r w:rsidRPr="001112E6">
        <w:rPr>
          <w:sz w:val="24"/>
          <w:szCs w:val="24"/>
        </w:rPr>
        <w:t>Seger och framgång inom idrotten får inte bli viktigare för dig själv än för ditt barn.</w:t>
      </w:r>
    </w:p>
    <w:p w14:paraId="7390490D" w14:textId="77777777" w:rsidR="00AF4D06" w:rsidRPr="001112E6" w:rsidRDefault="00EF198E">
      <w:pPr>
        <w:pStyle w:val="Punktlista"/>
        <w:rPr>
          <w:sz w:val="24"/>
          <w:szCs w:val="24"/>
        </w:rPr>
      </w:pPr>
      <w:r w:rsidRPr="001112E6">
        <w:rPr>
          <w:sz w:val="24"/>
          <w:szCs w:val="24"/>
        </w:rPr>
        <w:t>Hjälp ditt barn att planera så att det blir tid för både skolarbete och idrott.</w:t>
      </w:r>
    </w:p>
    <w:p w14:paraId="014F7E5F" w14:textId="77777777" w:rsidR="00AF4D06" w:rsidRPr="001112E6" w:rsidRDefault="00EF198E">
      <w:pPr>
        <w:pStyle w:val="Punktlista"/>
        <w:rPr>
          <w:sz w:val="24"/>
          <w:szCs w:val="24"/>
        </w:rPr>
      </w:pPr>
      <w:r w:rsidRPr="001112E6">
        <w:rPr>
          <w:sz w:val="24"/>
          <w:szCs w:val="24"/>
        </w:rPr>
        <w:t>Det är föräldrarnas ansvar att se till att barnen äter och sover ordentligt.</w:t>
      </w:r>
    </w:p>
    <w:p w14:paraId="61AFC5B8" w14:textId="77777777" w:rsidR="00AF4D06" w:rsidRPr="001112E6" w:rsidRDefault="00EF198E">
      <w:pPr>
        <w:rPr>
          <w:sz w:val="24"/>
          <w:szCs w:val="24"/>
        </w:rPr>
      </w:pPr>
      <w:r w:rsidRPr="001112E6">
        <w:rPr>
          <w:sz w:val="24"/>
          <w:szCs w:val="24"/>
        </w:rPr>
        <w:t>Hjälp oss att prata med ditt barn om att det är förbjudet att bygga utan tränare. Detta betyder att man INTE får bygga utanför träning, tävling eller uppvisning.</w:t>
      </w:r>
    </w:p>
    <w:p w14:paraId="2F41216D" w14:textId="77777777" w:rsidR="00AF4D06" w:rsidRPr="001112E6" w:rsidRDefault="00EF198E">
      <w:pPr>
        <w:pStyle w:val="Punktlista"/>
        <w:rPr>
          <w:sz w:val="24"/>
          <w:szCs w:val="24"/>
        </w:rPr>
      </w:pPr>
      <w:r w:rsidRPr="001112E6">
        <w:rPr>
          <w:sz w:val="24"/>
          <w:szCs w:val="24"/>
        </w:rPr>
        <w:t>Respektera tränarnas beslut angående lagindelning, positioner och koreografi, det är de som har utbildning och kunskap inom sporten.</w:t>
      </w:r>
    </w:p>
    <w:p w14:paraId="70AC2205" w14:textId="77777777" w:rsidR="00AF4D06" w:rsidRPr="001112E6" w:rsidRDefault="00EF198E">
      <w:pPr>
        <w:pStyle w:val="Punktlista"/>
        <w:rPr>
          <w:sz w:val="24"/>
          <w:szCs w:val="24"/>
        </w:rPr>
      </w:pPr>
      <w:r w:rsidRPr="001112E6">
        <w:rPr>
          <w:sz w:val="24"/>
          <w:szCs w:val="24"/>
        </w:rPr>
        <w:t>Kontakta i första hand berörd tränare vid frågor som rör laget. Det går även bra att kontakta föreningens tränaransvarige om man har frågor angående träning eller tävling.</w:t>
      </w:r>
    </w:p>
    <w:p w14:paraId="16A20857" w14:textId="77777777" w:rsidR="00AF4D06" w:rsidRPr="001112E6" w:rsidRDefault="00EF198E">
      <w:pPr>
        <w:pStyle w:val="Punktlista"/>
        <w:rPr>
          <w:sz w:val="24"/>
          <w:szCs w:val="24"/>
        </w:rPr>
      </w:pPr>
      <w:r w:rsidRPr="001112E6">
        <w:rPr>
          <w:sz w:val="24"/>
          <w:szCs w:val="24"/>
        </w:rPr>
        <w:t>Efter att en olycka/skada uppstått är det föräldrars och aktivas ansvar att se till att den aktiva får lämplig vård. Både när det gäller diagnos och eventuell rehabilitering.</w:t>
      </w:r>
    </w:p>
    <w:p w14:paraId="6126A215" w14:textId="77777777" w:rsidR="00AF4D06" w:rsidRPr="001112E6" w:rsidRDefault="00EF198E">
      <w:pPr>
        <w:pStyle w:val="Punktlista"/>
        <w:rPr>
          <w:sz w:val="24"/>
          <w:szCs w:val="24"/>
        </w:rPr>
      </w:pPr>
      <w:r w:rsidRPr="001112E6">
        <w:rPr>
          <w:sz w:val="24"/>
          <w:szCs w:val="24"/>
        </w:rPr>
        <w:t>Föräldrarna ansvarar för att planera semestrar och annan frånvaro så att det inte inkräktar på den viktiga förberedelsetiden strax före tävling, samt att den aktiva kan närvara under tävlingsdagen. Önskvärt vore att man inte planerar in frånvaro (resor) inom en månad innan tävlingar.</w:t>
      </w:r>
    </w:p>
    <w:p w14:paraId="2224ED7A" w14:textId="77777777" w:rsidR="00AF4D06" w:rsidRPr="001112E6" w:rsidRDefault="00EF198E">
      <w:pPr>
        <w:pStyle w:val="Punktlista"/>
        <w:rPr>
          <w:sz w:val="24"/>
          <w:szCs w:val="24"/>
        </w:rPr>
      </w:pPr>
      <w:r w:rsidRPr="001112E6">
        <w:rPr>
          <w:sz w:val="24"/>
          <w:szCs w:val="24"/>
        </w:rPr>
        <w:t>Vi ser gärna att föräldrar kommer med förslag och hjälper till att skaffa sponsorer.</w:t>
      </w:r>
    </w:p>
    <w:p w14:paraId="7DB71FBB" w14:textId="77777777" w:rsidR="00AF4D06" w:rsidRPr="00EA511B" w:rsidRDefault="00EF198E">
      <w:pPr>
        <w:pStyle w:val="Rubrik2"/>
        <w:rPr>
          <w:rFonts w:ascii="Aptos" w:hAnsi="Aptos"/>
          <w:color w:val="auto"/>
        </w:rPr>
      </w:pPr>
      <w:r w:rsidRPr="00EA511B">
        <w:rPr>
          <w:rFonts w:ascii="Aptos" w:hAnsi="Aptos"/>
          <w:color w:val="auto"/>
        </w:rPr>
        <w:t>Säsongsplanering</w:t>
      </w:r>
    </w:p>
    <w:p w14:paraId="754954E6"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Augusti: </w:t>
      </w:r>
      <w:r w:rsidRPr="001112E6">
        <w:rPr>
          <w:rFonts w:ascii="Aptos" w:hAnsi="Aptos"/>
          <w:b w:val="0"/>
          <w:bCs w:val="0"/>
          <w:color w:val="auto"/>
          <w:sz w:val="24"/>
          <w:szCs w:val="24"/>
        </w:rPr>
        <w:t>Försäsongen börjar. Träningar utomhus är ett bra sätt att komma igång innan inomhusträningarna börjar. Rekommenderat är att ha en uppstartskväll/lagkväll för att komma igång. Tävlingsmusik för alla tävlande lag bör vara klar och blivit levererad.</w:t>
      </w:r>
    </w:p>
    <w:p w14:paraId="194AE116"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September</w:t>
      </w:r>
      <w:r w:rsidRPr="001112E6">
        <w:rPr>
          <w:rFonts w:ascii="Aptos" w:hAnsi="Aptos"/>
          <w:b w:val="0"/>
          <w:bCs w:val="0"/>
          <w:color w:val="auto"/>
          <w:sz w:val="24"/>
          <w:szCs w:val="24"/>
        </w:rPr>
        <w:t>: Säsongen börjar oftast första veckan i september. Träningarna för träningslag bör ha fokus på att börja från början med grunder och vara noggranna med att inte skynda på utvecklingen. För tävlingslagen bör fokus ligga på att bygga upp skills och fysik inför kommande tävlingsprogram. Att gå igenom grunder rekommenderas för alla lag oavsett level. Tränarna ser till att göra en årsplanering där man kommer fram till vilka öppna tävlingar man vill delta i under säsongen. Detta för att man inom laget ska kunna komma igång med försäljning och andra aktiviteter i tid för att kunna minska kostnaderna då man åker till en öppen tävling.</w:t>
      </w:r>
    </w:p>
    <w:p w14:paraId="68A9C143" w14:textId="77777777" w:rsidR="00AF4D06" w:rsidRPr="001112E6" w:rsidRDefault="00EF198E">
      <w:pPr>
        <w:rPr>
          <w:sz w:val="24"/>
          <w:szCs w:val="24"/>
        </w:rPr>
      </w:pPr>
      <w:r w:rsidRPr="001112E6">
        <w:rPr>
          <w:sz w:val="24"/>
          <w:szCs w:val="24"/>
        </w:rPr>
        <w:t>För tävlingsslagen gäller det att föräldrar (ansvariga vuxna) tillsammans ser till att starta upp eventuella försäljningar och jobb för att minska kostnaderna för resa och uppehälle vid DM och RM/SM.</w:t>
      </w:r>
    </w:p>
    <w:p w14:paraId="536810FD" w14:textId="77777777" w:rsidR="00AF4D06" w:rsidRPr="001112E6" w:rsidRDefault="00EF198E">
      <w:pPr>
        <w:pStyle w:val="Rubrik3"/>
        <w:rPr>
          <w:rFonts w:ascii="Aptos" w:hAnsi="Aptos"/>
          <w:color w:val="auto"/>
          <w:sz w:val="24"/>
          <w:szCs w:val="24"/>
        </w:rPr>
      </w:pPr>
      <w:r w:rsidRPr="001112E6">
        <w:rPr>
          <w:rFonts w:ascii="Aptos" w:hAnsi="Aptos"/>
          <w:color w:val="auto"/>
          <w:sz w:val="24"/>
          <w:szCs w:val="24"/>
        </w:rPr>
        <w:lastRenderedPageBreak/>
        <w:t xml:space="preserve">Oktober: </w:t>
      </w:r>
      <w:r w:rsidRPr="001112E6">
        <w:rPr>
          <w:rFonts w:ascii="Aptos" w:hAnsi="Aptos"/>
          <w:b w:val="0"/>
          <w:bCs w:val="0"/>
          <w:color w:val="auto"/>
          <w:sz w:val="24"/>
          <w:szCs w:val="24"/>
        </w:rPr>
        <w:t>Koreografigenomgång bör påbörjas för tävlingslagen. Tränarna har en dialog med dem som eventuellt kommer att bli reserver</w:t>
      </w:r>
      <w:r w:rsidRPr="001112E6">
        <w:rPr>
          <w:rFonts w:ascii="Aptos" w:hAnsi="Aptos"/>
          <w:color w:val="auto"/>
          <w:sz w:val="24"/>
          <w:szCs w:val="24"/>
        </w:rPr>
        <w:t>.</w:t>
      </w:r>
    </w:p>
    <w:p w14:paraId="5A609818" w14:textId="77777777" w:rsidR="00AF4D06" w:rsidRPr="001112E6" w:rsidRDefault="00EF198E">
      <w:pPr>
        <w:rPr>
          <w:sz w:val="24"/>
          <w:szCs w:val="24"/>
        </w:rPr>
      </w:pPr>
      <w:r w:rsidRPr="001112E6">
        <w:rPr>
          <w:sz w:val="24"/>
          <w:szCs w:val="24"/>
        </w:rPr>
        <w:t>För tävlingsslagen gäller det att föräldrar (ansvariga vuxna) tillsammans ser till att starta upp eventuella försäljningar och jobb för att minska kostnaderna för resa och uppehälle vid DM och RM/SM.</w:t>
      </w:r>
    </w:p>
    <w:p w14:paraId="46B7B6EC"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November</w:t>
      </w:r>
      <w:r w:rsidRPr="001112E6">
        <w:rPr>
          <w:rFonts w:ascii="Aptos" w:hAnsi="Aptos"/>
          <w:b w:val="0"/>
          <w:bCs w:val="0"/>
          <w:color w:val="auto"/>
          <w:sz w:val="24"/>
          <w:szCs w:val="24"/>
        </w:rPr>
        <w:t>: Innan månadens slut rekommenderas det att alla tävlingslag fått sina tävlingsprogram.</w:t>
      </w:r>
    </w:p>
    <w:p w14:paraId="10F14C49"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December: </w:t>
      </w:r>
      <w:r w:rsidRPr="001112E6">
        <w:rPr>
          <w:rFonts w:ascii="Aptos" w:hAnsi="Aptos"/>
          <w:b w:val="0"/>
          <w:bCs w:val="0"/>
          <w:color w:val="auto"/>
          <w:sz w:val="24"/>
          <w:szCs w:val="24"/>
        </w:rPr>
        <w:t>Juluppvisning. Terminen slutar när jullov för skolor startar.</w:t>
      </w:r>
    </w:p>
    <w:p w14:paraId="14084A1D"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Januari: </w:t>
      </w:r>
      <w:r w:rsidRPr="001112E6">
        <w:rPr>
          <w:rFonts w:ascii="Aptos" w:hAnsi="Aptos"/>
          <w:b w:val="0"/>
          <w:bCs w:val="0"/>
          <w:color w:val="auto"/>
          <w:sz w:val="24"/>
          <w:szCs w:val="24"/>
        </w:rPr>
        <w:t>Terminsstart första eller andra veckan. Förberedelser inför DM.</w:t>
      </w:r>
    </w:p>
    <w:p w14:paraId="1D0FF9DA"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Februari-Mars: </w:t>
      </w:r>
      <w:r w:rsidRPr="001112E6">
        <w:rPr>
          <w:rFonts w:ascii="Aptos" w:hAnsi="Aptos"/>
          <w:b w:val="0"/>
          <w:bCs w:val="0"/>
          <w:color w:val="auto"/>
          <w:sz w:val="24"/>
          <w:szCs w:val="24"/>
        </w:rPr>
        <w:t>Fortsatta förberedelser inför DM. DM hålls oftast någon av dessa månader. Genrep för tävlingslagen en eller två veckor före DM. Årsmöte hålls före mars månads utgång.</w:t>
      </w:r>
    </w:p>
    <w:p w14:paraId="08F0E655"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April: </w:t>
      </w:r>
      <w:r w:rsidRPr="001112E6">
        <w:rPr>
          <w:rFonts w:ascii="Aptos" w:hAnsi="Aptos"/>
          <w:b w:val="0"/>
          <w:bCs w:val="0"/>
          <w:color w:val="auto"/>
          <w:sz w:val="24"/>
          <w:szCs w:val="24"/>
        </w:rPr>
        <w:t>Förberedelser inför RM och SM startar för lag som kvalificerat sig vidare.</w:t>
      </w:r>
    </w:p>
    <w:p w14:paraId="1CC0FEF5"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Maj: </w:t>
      </w:r>
      <w:r w:rsidRPr="001112E6">
        <w:rPr>
          <w:rFonts w:ascii="Aptos" w:hAnsi="Aptos"/>
          <w:b w:val="0"/>
          <w:bCs w:val="0"/>
          <w:color w:val="auto"/>
          <w:sz w:val="24"/>
          <w:szCs w:val="24"/>
        </w:rPr>
        <w:t>RM och SM hålls vanligtvis. Våruppvisning. Föreningen skickar ut anmälan inför kommande säsong för de aktiva som haft en plats i något av våra lag under innevarande säsong.</w:t>
      </w:r>
    </w:p>
    <w:p w14:paraId="3301B9B2"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Juni: </w:t>
      </w:r>
      <w:r w:rsidRPr="001112E6">
        <w:rPr>
          <w:rFonts w:ascii="Aptos" w:hAnsi="Aptos"/>
          <w:b w:val="0"/>
          <w:bCs w:val="0"/>
          <w:color w:val="auto"/>
          <w:sz w:val="24"/>
          <w:szCs w:val="24"/>
        </w:rPr>
        <w:t>Avslutning för alla lag. Säsongen slutar. I samband med säsongsavslutning ska lånade dräkter lämnas in till tränarna. Förberedelser och planering inför kommande säsong startar för tränare och styrelse.</w:t>
      </w:r>
    </w:p>
    <w:p w14:paraId="643DC072" w14:textId="77777777" w:rsidR="00AF4D06" w:rsidRPr="001112E6" w:rsidRDefault="00EF198E">
      <w:pPr>
        <w:pStyle w:val="Rubrik3"/>
        <w:rPr>
          <w:rFonts w:ascii="Aptos" w:hAnsi="Aptos"/>
          <w:b w:val="0"/>
          <w:bCs w:val="0"/>
          <w:color w:val="auto"/>
          <w:sz w:val="24"/>
          <w:szCs w:val="24"/>
        </w:rPr>
      </w:pPr>
      <w:r w:rsidRPr="001112E6">
        <w:rPr>
          <w:rFonts w:ascii="Aptos" w:hAnsi="Aptos"/>
          <w:color w:val="auto"/>
          <w:sz w:val="24"/>
          <w:szCs w:val="24"/>
        </w:rPr>
        <w:t xml:space="preserve">Juli: </w:t>
      </w:r>
      <w:r w:rsidRPr="001112E6">
        <w:rPr>
          <w:rFonts w:ascii="Aptos" w:hAnsi="Aptos"/>
          <w:b w:val="0"/>
          <w:bCs w:val="0"/>
          <w:color w:val="auto"/>
          <w:sz w:val="24"/>
          <w:szCs w:val="24"/>
        </w:rPr>
        <w:t>Vanligtvis inga träningar, eventuella sommarträningar kan hållas för lagen. Det är upp till tränarna att bestämma. Alla sommarträningar är frivilliga och därför finns inget närvarokrav. Föreningen meddelar på sina sociala medier när det är dags för nya aktiva att anmäla intresse för deltagande i nybörjarlag.</w:t>
      </w:r>
    </w:p>
    <w:p w14:paraId="300CCD00" w14:textId="203750C9" w:rsidR="00AF4D06" w:rsidRPr="001112E6" w:rsidRDefault="00EF198E">
      <w:pPr>
        <w:rPr>
          <w:sz w:val="24"/>
          <w:szCs w:val="24"/>
        </w:rPr>
      </w:pPr>
      <w:r w:rsidRPr="001112E6">
        <w:rPr>
          <w:sz w:val="24"/>
          <w:szCs w:val="24"/>
        </w:rPr>
        <w:t>Under säsongen kan det även förekomma öppna tävlingar där tävlingslagen</w:t>
      </w:r>
      <w:r w:rsidR="000F31F2" w:rsidRPr="001112E6">
        <w:rPr>
          <w:sz w:val="24"/>
          <w:szCs w:val="24"/>
        </w:rPr>
        <w:t xml:space="preserve"> (ibland även träningslagen)</w:t>
      </w:r>
      <w:r w:rsidRPr="001112E6">
        <w:rPr>
          <w:sz w:val="24"/>
          <w:szCs w:val="24"/>
        </w:rPr>
        <w:t xml:space="preserve"> ibland deltar.</w:t>
      </w:r>
    </w:p>
    <w:p w14:paraId="76214EF1" w14:textId="77777777" w:rsidR="00AF4D06" w:rsidRPr="00EA511B" w:rsidRDefault="00EF198E">
      <w:pPr>
        <w:pStyle w:val="Rubrik1"/>
        <w:rPr>
          <w:rFonts w:ascii="Aptos" w:hAnsi="Aptos"/>
          <w:color w:val="auto"/>
        </w:rPr>
      </w:pPr>
      <w:bookmarkStart w:id="4" w:name="sec005"/>
      <w:r w:rsidRPr="00EA511B">
        <w:rPr>
          <w:rFonts w:ascii="Aptos" w:hAnsi="Aptos"/>
          <w:color w:val="auto"/>
        </w:rPr>
        <w:t>Ansvar och Respekt</w:t>
      </w:r>
      <w:bookmarkEnd w:id="4"/>
    </w:p>
    <w:p w14:paraId="76DE5A80" w14:textId="281CB307" w:rsidR="00AF4D06" w:rsidRPr="001112E6" w:rsidRDefault="00EF198E">
      <w:pPr>
        <w:rPr>
          <w:sz w:val="24"/>
          <w:szCs w:val="24"/>
        </w:rPr>
      </w:pPr>
      <w:r w:rsidRPr="001112E6">
        <w:rPr>
          <w:sz w:val="24"/>
          <w:szCs w:val="24"/>
        </w:rPr>
        <w:t>Tränare och aktiva seniorer är förebilder för yngre medlemmar och har ett ansvar i rollen som förebild. SCA har nolltolerans mot doping, alkohol och andra droger</w:t>
      </w:r>
      <w:r w:rsidR="000F31F2" w:rsidRPr="001112E6">
        <w:rPr>
          <w:sz w:val="24"/>
          <w:szCs w:val="24"/>
        </w:rPr>
        <w:t xml:space="preserve"> (Se föreningens policy gällande alkohol, droger, tobak och spel).</w:t>
      </w:r>
      <w:r w:rsidRPr="001112E6">
        <w:rPr>
          <w:sz w:val="24"/>
          <w:szCs w:val="24"/>
        </w:rPr>
        <w:t xml:space="preserve"> SCA vill medverka till förståelse att alla människor har lika värde, oavsett kön, ålder, etnisk tillhörighet, sexuell läggning m.m. Vi är snälla mot varandra och visar SCAs medlemmar och andra föreningars medlemmar respekt.</w:t>
      </w:r>
    </w:p>
    <w:p w14:paraId="4B42D084" w14:textId="03FC7725" w:rsidR="00AF4D06" w:rsidRPr="001112E6" w:rsidRDefault="00EF198E">
      <w:pPr>
        <w:rPr>
          <w:sz w:val="24"/>
          <w:szCs w:val="24"/>
        </w:rPr>
      </w:pPr>
      <w:r w:rsidRPr="001112E6">
        <w:rPr>
          <w:sz w:val="24"/>
          <w:szCs w:val="24"/>
        </w:rPr>
        <w:t>Styrelsen och tränarna har tillsammans arbetat med RF-SISUs material kring Trygga idrottsmiljöer.</w:t>
      </w:r>
      <w:r w:rsidR="000F31F2" w:rsidRPr="001112E6">
        <w:rPr>
          <w:sz w:val="24"/>
          <w:szCs w:val="24"/>
        </w:rPr>
        <w:t xml:space="preserve"> Föreningen har utarbetat handlingsplaner gällande trygghet och krishantering</w:t>
      </w:r>
      <w:r w:rsidRPr="001112E6">
        <w:rPr>
          <w:sz w:val="24"/>
          <w:szCs w:val="24"/>
        </w:rPr>
        <w:t xml:space="preserve"> </w:t>
      </w:r>
      <w:r w:rsidR="000F31F2" w:rsidRPr="001112E6">
        <w:rPr>
          <w:sz w:val="24"/>
          <w:szCs w:val="24"/>
        </w:rPr>
        <w:lastRenderedPageBreak/>
        <w:t>(Se förebyggande handlingsplan för trygghet, krisplan, krisplan för resor, krisplan för tävlingar och event)</w:t>
      </w:r>
      <w:r w:rsidR="0002692F" w:rsidRPr="001112E6">
        <w:rPr>
          <w:sz w:val="24"/>
          <w:szCs w:val="24"/>
        </w:rPr>
        <w:t>.</w:t>
      </w:r>
    </w:p>
    <w:p w14:paraId="6C2165B0" w14:textId="284A4757" w:rsidR="00AF4D06" w:rsidRPr="001112E6" w:rsidRDefault="00EF198E">
      <w:pPr>
        <w:rPr>
          <w:sz w:val="24"/>
          <w:szCs w:val="24"/>
        </w:rPr>
      </w:pPr>
      <w:r w:rsidRPr="001112E6">
        <w:rPr>
          <w:sz w:val="24"/>
          <w:szCs w:val="24"/>
        </w:rPr>
        <w:t xml:space="preserve">SCA följer de regler för ledare som finns </w:t>
      </w:r>
      <w:r w:rsidR="0002692F" w:rsidRPr="001112E6">
        <w:rPr>
          <w:sz w:val="24"/>
          <w:szCs w:val="24"/>
        </w:rPr>
        <w:t xml:space="preserve">I </w:t>
      </w:r>
      <w:r w:rsidRPr="001112E6">
        <w:rPr>
          <w:sz w:val="24"/>
          <w:szCs w:val="24"/>
        </w:rPr>
        <w:t>Svenska Cheerleadingförbundets uppförandekod för ledare.</w:t>
      </w:r>
      <w:r w:rsidR="0002692F" w:rsidRPr="001112E6">
        <w:rPr>
          <w:sz w:val="24"/>
          <w:szCs w:val="24"/>
        </w:rPr>
        <w:t xml:space="preserve"> Uppförandekoden finns att hitta påSvenska Cheerleading förbundets hemsida.</w:t>
      </w:r>
    </w:p>
    <w:p w14:paraId="366CC63A" w14:textId="77777777" w:rsidR="00AF4D06" w:rsidRPr="00EA511B" w:rsidRDefault="00EF198E">
      <w:pPr>
        <w:pStyle w:val="Rubrik1"/>
        <w:rPr>
          <w:rFonts w:ascii="Aptos" w:hAnsi="Aptos"/>
          <w:color w:val="auto"/>
        </w:rPr>
      </w:pPr>
      <w:bookmarkStart w:id="5" w:name="sec006"/>
      <w:r w:rsidRPr="00EA511B">
        <w:rPr>
          <w:rFonts w:ascii="Aptos" w:hAnsi="Aptos"/>
          <w:color w:val="auto"/>
        </w:rPr>
        <w:t>Trygg idrott</w:t>
      </w:r>
      <w:bookmarkEnd w:id="5"/>
    </w:p>
    <w:p w14:paraId="05FD6F19" w14:textId="77777777" w:rsidR="00AF4D06" w:rsidRPr="001112E6" w:rsidRDefault="00EF198E">
      <w:pPr>
        <w:rPr>
          <w:sz w:val="24"/>
          <w:szCs w:val="24"/>
        </w:rPr>
      </w:pPr>
      <w:r w:rsidRPr="001112E6">
        <w:rPr>
          <w:sz w:val="24"/>
          <w:szCs w:val="24"/>
        </w:rPr>
        <w:t>En trygg idrott är en idrott fri från mobbning, trakasserier, hot, våld och övergrepp. En idrott där alla känner sig välkomna och delaktiga och får delta och utvecklas efter sina egna förutsättningar</w:t>
      </w:r>
    </w:p>
    <w:p w14:paraId="669BC542" w14:textId="77777777" w:rsidR="00AF4D06" w:rsidRPr="001112E6" w:rsidRDefault="00EF198E">
      <w:pPr>
        <w:rPr>
          <w:sz w:val="24"/>
          <w:szCs w:val="24"/>
        </w:rPr>
      </w:pPr>
      <w:r w:rsidRPr="001112E6">
        <w:rPr>
          <w:sz w:val="24"/>
          <w:szCs w:val="24"/>
        </w:rPr>
        <w:t>Trygghetsperson i föreningen är sportchef Ida Lindberg. Om du som barn och ungdom behöver stöd eller har blivit utsatt kan du kontakta vår henne, vår ordförande eller någon annan i styrelsen.</w:t>
      </w:r>
    </w:p>
    <w:p w14:paraId="00EB5124" w14:textId="77777777" w:rsidR="00AF4D06" w:rsidRPr="001112E6" w:rsidRDefault="00EF198E">
      <w:pPr>
        <w:rPr>
          <w:sz w:val="24"/>
          <w:szCs w:val="24"/>
        </w:rPr>
      </w:pPr>
      <w:r w:rsidRPr="001112E6">
        <w:rPr>
          <w:sz w:val="24"/>
          <w:szCs w:val="24"/>
        </w:rPr>
        <w:t>Man kan även kontakta Sofie Landén som arbetar som barn- och ungdomsansvarig i Svenska Cheerleadingförbundet.</w:t>
      </w:r>
    </w:p>
    <w:p w14:paraId="5E949596" w14:textId="77777777" w:rsidR="00AF4D06" w:rsidRPr="001112E6" w:rsidRDefault="00EF198E">
      <w:pPr>
        <w:rPr>
          <w:sz w:val="24"/>
          <w:szCs w:val="24"/>
        </w:rPr>
      </w:pPr>
      <w:r w:rsidRPr="001112E6">
        <w:rPr>
          <w:sz w:val="24"/>
          <w:szCs w:val="24"/>
        </w:rPr>
        <w:t>Sofie Landén</w:t>
      </w:r>
    </w:p>
    <w:p w14:paraId="053B8E96" w14:textId="77777777" w:rsidR="00AF4D06" w:rsidRPr="001112E6" w:rsidRDefault="00EF198E">
      <w:pPr>
        <w:rPr>
          <w:sz w:val="24"/>
          <w:szCs w:val="24"/>
        </w:rPr>
      </w:pPr>
      <w:r w:rsidRPr="001112E6">
        <w:rPr>
          <w:sz w:val="24"/>
          <w:szCs w:val="24"/>
        </w:rPr>
        <w:t>tel: 070-297 58 62</w:t>
      </w:r>
    </w:p>
    <w:p w14:paraId="58D9CF6E" w14:textId="77777777" w:rsidR="00AF4D06" w:rsidRPr="001112E6" w:rsidRDefault="00EF198E">
      <w:pPr>
        <w:rPr>
          <w:sz w:val="24"/>
          <w:szCs w:val="24"/>
        </w:rPr>
      </w:pPr>
      <w:r w:rsidRPr="001112E6">
        <w:rPr>
          <w:sz w:val="24"/>
          <w:szCs w:val="24"/>
        </w:rPr>
        <w:t>mail: sofie.landen\@cheerleading.se</w:t>
      </w:r>
    </w:p>
    <w:p w14:paraId="36F79EFB" w14:textId="77777777" w:rsidR="00AF4D06" w:rsidRPr="00EA511B" w:rsidRDefault="00EF198E">
      <w:pPr>
        <w:pStyle w:val="Rubrik1"/>
        <w:rPr>
          <w:rFonts w:ascii="Aptos" w:hAnsi="Aptos"/>
          <w:color w:val="auto"/>
        </w:rPr>
      </w:pPr>
      <w:bookmarkStart w:id="6" w:name="sec007"/>
      <w:r w:rsidRPr="00EA511B">
        <w:rPr>
          <w:rFonts w:ascii="Aptos" w:hAnsi="Aptos"/>
          <w:color w:val="auto"/>
        </w:rPr>
        <w:t>Uppträdande</w:t>
      </w:r>
      <w:bookmarkEnd w:id="6"/>
    </w:p>
    <w:p w14:paraId="549ACBDD" w14:textId="77777777" w:rsidR="00AF4D06" w:rsidRPr="001112E6" w:rsidRDefault="00EF198E">
      <w:pPr>
        <w:rPr>
          <w:sz w:val="24"/>
          <w:szCs w:val="24"/>
        </w:rPr>
      </w:pPr>
      <w:r w:rsidRPr="001112E6">
        <w:rPr>
          <w:sz w:val="24"/>
          <w:szCs w:val="24"/>
        </w:rPr>
        <w:t>När aktiva medlemmar, ledare och föräldrar representerar föreningen i olika sammanhang ska vi visa hänsyn och respekt, ett korrekt uppträdande och stötta våra barn och ungdomar på ett positivt sätt. Föreningen äger rätt att, efter beslut från styrelsen, utesluta eller utestänga individer som inte accepterar eller efterlever föreningens policy avseende uppträdande.</w:t>
      </w:r>
    </w:p>
    <w:p w14:paraId="518BBE77" w14:textId="77777777" w:rsidR="00AF4D06" w:rsidRPr="00EA511B" w:rsidRDefault="00EF198E">
      <w:pPr>
        <w:pStyle w:val="Rubrik1"/>
        <w:rPr>
          <w:rFonts w:ascii="Aptos" w:hAnsi="Aptos"/>
          <w:color w:val="auto"/>
        </w:rPr>
      </w:pPr>
      <w:bookmarkStart w:id="7" w:name="sec008"/>
      <w:r w:rsidRPr="00EA511B">
        <w:rPr>
          <w:rFonts w:ascii="Aptos" w:hAnsi="Aptos"/>
          <w:color w:val="auto"/>
        </w:rPr>
        <w:t>Kommunikation/Information</w:t>
      </w:r>
      <w:bookmarkEnd w:id="7"/>
    </w:p>
    <w:p w14:paraId="7916CB9F" w14:textId="77777777" w:rsidR="00AF4D06" w:rsidRPr="001112E6" w:rsidRDefault="00EF198E">
      <w:pPr>
        <w:rPr>
          <w:sz w:val="24"/>
          <w:szCs w:val="24"/>
        </w:rPr>
      </w:pPr>
      <w:r w:rsidRPr="001112E6">
        <w:rPr>
          <w:sz w:val="24"/>
          <w:szCs w:val="24"/>
        </w:rPr>
        <w:t>Föreningens huvudsakliga kommunikations-/informationsmedel är laget.se, sök på Skellefteå Cheerleading.</w:t>
      </w:r>
    </w:p>
    <w:p w14:paraId="7A8E7E48" w14:textId="77777777" w:rsidR="00AF4D06" w:rsidRPr="001112E6" w:rsidRDefault="00EF198E">
      <w:pPr>
        <w:rPr>
          <w:sz w:val="24"/>
          <w:szCs w:val="24"/>
        </w:rPr>
      </w:pPr>
      <w:r w:rsidRPr="001112E6">
        <w:rPr>
          <w:sz w:val="24"/>
          <w:szCs w:val="24"/>
        </w:rPr>
        <w:t>Föreningen finns även på facebook – skellefteå cheerleading. Det finns även en facebookgrupp för köp och sälj- köp och sälj Skellefteå cheerleading athletics</w:t>
      </w:r>
    </w:p>
    <w:p w14:paraId="478F832C" w14:textId="77777777" w:rsidR="00AF4D06" w:rsidRPr="001112E6" w:rsidRDefault="00EF198E">
      <w:pPr>
        <w:rPr>
          <w:sz w:val="24"/>
          <w:szCs w:val="24"/>
        </w:rPr>
      </w:pPr>
      <w:r w:rsidRPr="001112E6">
        <w:rPr>
          <w:sz w:val="24"/>
          <w:szCs w:val="24"/>
        </w:rPr>
        <w:t>Föreningen har en egen instagramprofil – Skellefteacheerleading. Där visas viktig information kring vad som händer i vår förening.</w:t>
      </w:r>
    </w:p>
    <w:p w14:paraId="67A801EE" w14:textId="77777777" w:rsidR="00AF4D06" w:rsidRPr="001112E6" w:rsidRDefault="00EF198E">
      <w:pPr>
        <w:rPr>
          <w:sz w:val="24"/>
          <w:szCs w:val="24"/>
        </w:rPr>
      </w:pPr>
      <w:r w:rsidRPr="001112E6">
        <w:rPr>
          <w:sz w:val="24"/>
          <w:szCs w:val="24"/>
        </w:rPr>
        <w:lastRenderedPageBreak/>
        <w:t>Alla lag har även en egen instagramprofil- sca.lagnamnet. Där visas bilder från träningar och tävlingar för att sprida kunskap om sporten. Ansvariga för dessa konton är huvudtränanran i varje lag. Om en aktiv inte vill vara med på bilder ska man meddela detta till sin huvudtränare.</w:t>
      </w:r>
    </w:p>
    <w:p w14:paraId="335EE439" w14:textId="77777777" w:rsidR="00AF4D06" w:rsidRPr="00EA511B" w:rsidRDefault="00EF198E">
      <w:pPr>
        <w:pStyle w:val="Rubrik1"/>
        <w:rPr>
          <w:rFonts w:ascii="Aptos" w:hAnsi="Aptos"/>
          <w:color w:val="auto"/>
        </w:rPr>
      </w:pPr>
      <w:bookmarkStart w:id="8" w:name="sec009"/>
      <w:r w:rsidRPr="00EA511B">
        <w:rPr>
          <w:rFonts w:ascii="Aptos" w:hAnsi="Aptos"/>
          <w:color w:val="auto"/>
        </w:rPr>
        <w:t>Ekonomi</w:t>
      </w:r>
      <w:bookmarkEnd w:id="8"/>
    </w:p>
    <w:p w14:paraId="5A663399" w14:textId="77777777" w:rsidR="00AF4D06" w:rsidRPr="00EA511B" w:rsidRDefault="00EF198E">
      <w:pPr>
        <w:pStyle w:val="Rubrik2"/>
        <w:rPr>
          <w:rFonts w:ascii="Aptos" w:hAnsi="Aptos"/>
          <w:color w:val="auto"/>
        </w:rPr>
      </w:pPr>
      <w:r w:rsidRPr="00EA511B">
        <w:rPr>
          <w:rFonts w:ascii="Aptos" w:hAnsi="Aptos"/>
          <w:color w:val="auto"/>
        </w:rPr>
        <w:t>Terminsavgift</w:t>
      </w:r>
    </w:p>
    <w:p w14:paraId="1DD66D12" w14:textId="77777777" w:rsidR="00AF4D06" w:rsidRPr="001112E6" w:rsidRDefault="00EF198E">
      <w:pPr>
        <w:spacing w:after="140"/>
        <w:rPr>
          <w:sz w:val="24"/>
          <w:szCs w:val="24"/>
        </w:rPr>
      </w:pPr>
      <w:r w:rsidRPr="001112E6">
        <w:rPr>
          <w:sz w:val="24"/>
          <w:szCs w:val="24"/>
        </w:rPr>
        <w:t>För att få träna och tävla i SCA behöver varje aktiv vara licensierad inom förbundet och föreningens terminsavgift vara betald. Terminsavgiften faktureras i början av varje termin via mail. Viktigt att alla aktiva/föräldrar tar ansvar för att föreningen har tillgång till korrekt mailadress samt att man själv håller koll på att mailet med fakturan inte hamnat i skräpposten. Om man har svårigheter att betala hela avgiften på en gång kan man höra av sig till kassören för att göra upp om delbetalning.</w:t>
      </w:r>
    </w:p>
    <w:p w14:paraId="46230203" w14:textId="77777777" w:rsidR="00AF4D06" w:rsidRPr="001112E6" w:rsidRDefault="00EF198E">
      <w:pPr>
        <w:spacing w:after="140"/>
        <w:rPr>
          <w:sz w:val="24"/>
          <w:szCs w:val="24"/>
        </w:rPr>
      </w:pPr>
      <w:r w:rsidRPr="001112E6">
        <w:rPr>
          <w:sz w:val="24"/>
          <w:szCs w:val="24"/>
        </w:rPr>
        <w:t>Vid icke betalda avgifter till föreningen skickas en (1) påminnelse ut till berörda via mail. Vid påminnelse läggs 50 kr extra på avgiften. Om avgiften inte betalas inom två veckor efter påminnelsen kommer den aktive att varnas och därefter stängas av från träning och tävling. Den aktive har möjlighet att vara kvar i sitt lag om man kan visa på att avgiften betalats samma dag som varningen utdelas. Om medlem inte betalat medlemsavgift och terminsavgift under två på varandra följande år, får föreningen besluta om medlemskapets upphörande.</w:t>
      </w:r>
    </w:p>
    <w:p w14:paraId="481108F4" w14:textId="77777777" w:rsidR="00AF4D06" w:rsidRPr="001112E6" w:rsidRDefault="00EF198E">
      <w:pPr>
        <w:rPr>
          <w:sz w:val="24"/>
          <w:szCs w:val="24"/>
        </w:rPr>
      </w:pPr>
      <w:r w:rsidRPr="001112E6">
        <w:rPr>
          <w:sz w:val="24"/>
          <w:szCs w:val="24"/>
        </w:rPr>
        <w:t>Dräkthyra tillkommer för tävlingslagen. Summorna kring terminsavgiften varierar beroende på vilket lag den aktiva tillhör.</w:t>
      </w:r>
    </w:p>
    <w:p w14:paraId="509146A4" w14:textId="77777777" w:rsidR="00AF4D06" w:rsidRPr="00EA511B" w:rsidRDefault="00EF198E">
      <w:pPr>
        <w:pStyle w:val="Rubrik2"/>
        <w:rPr>
          <w:rFonts w:ascii="Aptos" w:hAnsi="Aptos"/>
          <w:color w:val="auto"/>
        </w:rPr>
      </w:pPr>
      <w:r w:rsidRPr="00EA511B">
        <w:rPr>
          <w:rFonts w:ascii="Aptos" w:hAnsi="Aptos"/>
          <w:color w:val="auto"/>
        </w:rPr>
        <w:t>Medlemsavgift (gäller även stödmedlemmar)</w:t>
      </w:r>
    </w:p>
    <w:p w14:paraId="704FDEC9" w14:textId="77777777" w:rsidR="00AF4D06" w:rsidRPr="00EA511B" w:rsidRDefault="00EF198E">
      <w:r w:rsidRPr="00EA511B">
        <w:t>100 kr</w:t>
      </w:r>
    </w:p>
    <w:p w14:paraId="4322C3B9" w14:textId="77777777" w:rsidR="00AF4D06" w:rsidRPr="00EA511B" w:rsidRDefault="00EF198E">
      <w:pPr>
        <w:pStyle w:val="Rubrik2"/>
        <w:rPr>
          <w:rFonts w:ascii="Aptos" w:hAnsi="Aptos"/>
          <w:color w:val="auto"/>
        </w:rPr>
      </w:pPr>
      <w:r w:rsidRPr="00EA511B">
        <w:rPr>
          <w:rFonts w:ascii="Aptos" w:hAnsi="Aptos"/>
          <w:color w:val="auto"/>
        </w:rPr>
        <w:t>Terminsavgift för träningslag</w:t>
      </w:r>
    </w:p>
    <w:p w14:paraId="27BB700B" w14:textId="77777777" w:rsidR="00AF4D06" w:rsidRPr="00EA511B" w:rsidRDefault="00EF198E">
      <w:r w:rsidRPr="00EA511B">
        <w:t>1000 kr.</w:t>
      </w:r>
    </w:p>
    <w:p w14:paraId="5CC615AF" w14:textId="77777777" w:rsidR="00AF4D06" w:rsidRPr="00EA511B" w:rsidRDefault="00EF198E">
      <w:pPr>
        <w:pStyle w:val="Rubrik2"/>
        <w:rPr>
          <w:rFonts w:ascii="Aptos" w:hAnsi="Aptos"/>
          <w:color w:val="auto"/>
        </w:rPr>
      </w:pPr>
      <w:r w:rsidRPr="00EA511B">
        <w:rPr>
          <w:rFonts w:ascii="Aptos" w:hAnsi="Aptos"/>
          <w:color w:val="auto"/>
        </w:rPr>
        <w:t>Terminsavgift för tävlingslag</w:t>
      </w:r>
    </w:p>
    <w:p w14:paraId="363AC38D" w14:textId="77777777" w:rsidR="00AF4D06" w:rsidRPr="00EA511B" w:rsidRDefault="00EF198E">
      <w:r w:rsidRPr="00EA511B">
        <w:t>1500 kr</w:t>
      </w:r>
    </w:p>
    <w:p w14:paraId="076CBE0F" w14:textId="77777777" w:rsidR="00AF4D06" w:rsidRPr="00EA511B" w:rsidRDefault="00EF198E">
      <w:pPr>
        <w:pStyle w:val="Rubrik2"/>
        <w:rPr>
          <w:rFonts w:ascii="Aptos" w:hAnsi="Aptos"/>
          <w:color w:val="auto"/>
        </w:rPr>
      </w:pPr>
      <w:r w:rsidRPr="00EA511B">
        <w:rPr>
          <w:rFonts w:ascii="Aptos" w:hAnsi="Aptos"/>
          <w:color w:val="auto"/>
        </w:rPr>
        <w:t>Dräkthyra</w:t>
      </w:r>
    </w:p>
    <w:p w14:paraId="71C40403" w14:textId="77777777" w:rsidR="00AF4D06" w:rsidRPr="00EA511B" w:rsidRDefault="00EF198E">
      <w:r w:rsidRPr="00EA511B">
        <w:t>500 kr (gäller endast tävlingslagen) + 200 kr för rosetten</w:t>
      </w:r>
    </w:p>
    <w:p w14:paraId="3AAF0A0A" w14:textId="77777777" w:rsidR="001112E6" w:rsidRDefault="001112E6">
      <w:pPr>
        <w:pStyle w:val="Rubrik2"/>
        <w:rPr>
          <w:rFonts w:ascii="Aptos" w:hAnsi="Aptos"/>
          <w:color w:val="auto"/>
        </w:rPr>
      </w:pPr>
    </w:p>
    <w:p w14:paraId="0BB59D80" w14:textId="77777777" w:rsidR="001112E6" w:rsidRDefault="001112E6">
      <w:pPr>
        <w:pStyle w:val="Rubrik2"/>
        <w:rPr>
          <w:rFonts w:ascii="Aptos" w:hAnsi="Aptos"/>
          <w:color w:val="auto"/>
        </w:rPr>
      </w:pPr>
    </w:p>
    <w:p w14:paraId="07DADAA2" w14:textId="1991DC1A" w:rsidR="00AF4D06" w:rsidRPr="00EA511B" w:rsidRDefault="00EF198E">
      <w:pPr>
        <w:pStyle w:val="Rubrik2"/>
        <w:rPr>
          <w:rFonts w:ascii="Aptos" w:hAnsi="Aptos"/>
          <w:color w:val="auto"/>
        </w:rPr>
      </w:pPr>
      <w:r w:rsidRPr="00EA511B">
        <w:rPr>
          <w:rFonts w:ascii="Aptos" w:hAnsi="Aptos"/>
          <w:color w:val="auto"/>
        </w:rPr>
        <w:t>DM och RM/SM</w:t>
      </w:r>
    </w:p>
    <w:p w14:paraId="72022FEC" w14:textId="77777777" w:rsidR="00AF4D06" w:rsidRPr="001112E6" w:rsidRDefault="00EF198E">
      <w:pPr>
        <w:rPr>
          <w:sz w:val="24"/>
          <w:szCs w:val="24"/>
        </w:rPr>
      </w:pPr>
      <w:r w:rsidRPr="001112E6">
        <w:rPr>
          <w:sz w:val="24"/>
          <w:szCs w:val="24"/>
        </w:rPr>
        <w:t>Plats i tävlingslag – den aktiva förbinder sig att delta på DM samt RM/SM.</w:t>
      </w:r>
    </w:p>
    <w:p w14:paraId="58F55DFB" w14:textId="77777777" w:rsidR="00AF4D06" w:rsidRPr="001112E6" w:rsidRDefault="00EF198E">
      <w:pPr>
        <w:rPr>
          <w:sz w:val="24"/>
          <w:szCs w:val="24"/>
        </w:rPr>
      </w:pPr>
      <w:r w:rsidRPr="001112E6">
        <w:rPr>
          <w:sz w:val="24"/>
          <w:szCs w:val="24"/>
        </w:rPr>
        <w:t>Vid tävlingar som anordnas av Svenska Cheerleadingförbundet (DM och RM/SM) betalar de aktiva sin del av kostnaden för resa och uppehälle (se ekonomisk plan för säsongen). Styrelsen ansvarar för bokning av resa och uppehälle.</w:t>
      </w:r>
    </w:p>
    <w:p w14:paraId="582339BA" w14:textId="77777777" w:rsidR="00AF4D06" w:rsidRPr="001112E6" w:rsidRDefault="00EF198E">
      <w:pPr>
        <w:rPr>
          <w:sz w:val="24"/>
          <w:szCs w:val="24"/>
        </w:rPr>
      </w:pPr>
      <w:r w:rsidRPr="001112E6">
        <w:rPr>
          <w:sz w:val="24"/>
          <w:szCs w:val="24"/>
        </w:rPr>
        <w:t>Föreningen står för kostnaden för tränare och hjälpföräldrar till DM och RM/SM</w:t>
      </w:r>
    </w:p>
    <w:p w14:paraId="5A6A82B7" w14:textId="77777777" w:rsidR="00AF4D06" w:rsidRPr="001112E6" w:rsidRDefault="00EF198E">
      <w:pPr>
        <w:rPr>
          <w:sz w:val="24"/>
          <w:szCs w:val="24"/>
        </w:rPr>
      </w:pPr>
      <w:r w:rsidRPr="001112E6">
        <w:rPr>
          <w:sz w:val="24"/>
          <w:szCs w:val="24"/>
        </w:rPr>
        <w:t>Lagets föräldrar (ansvariga vuxna) ser tillsammans till att starta upp eventuella försäljningar och jobb för att minska kostnaderna för resa och uppehälle vid DM och RM/SM. Styrelse och tränare är inte inblandade i detta.</w:t>
      </w:r>
    </w:p>
    <w:p w14:paraId="432580C5" w14:textId="77777777" w:rsidR="00AF4D06" w:rsidRPr="001112E6" w:rsidRDefault="00EF198E">
      <w:pPr>
        <w:rPr>
          <w:sz w:val="24"/>
          <w:szCs w:val="24"/>
        </w:rPr>
      </w:pPr>
      <w:r w:rsidRPr="001112E6">
        <w:rPr>
          <w:sz w:val="24"/>
          <w:szCs w:val="24"/>
        </w:rPr>
        <w:t>Den som väljer att inte delta i arbetet med att få ihop pengar får inget avdrag på sin kostnad när fakturan för tävlingen ska betalas.</w:t>
      </w:r>
    </w:p>
    <w:p w14:paraId="10C9DAB0" w14:textId="77777777" w:rsidR="00AF4D06" w:rsidRPr="001112E6" w:rsidRDefault="00EF198E">
      <w:pPr>
        <w:rPr>
          <w:sz w:val="24"/>
          <w:szCs w:val="24"/>
        </w:rPr>
      </w:pPr>
      <w:r w:rsidRPr="001112E6">
        <w:rPr>
          <w:sz w:val="24"/>
          <w:szCs w:val="24"/>
        </w:rPr>
        <w:t>Om summan ni jobbat in överstiger kostnaden för tävlingarna så kan laget använda detta till en lagaktivitet i slutet av säsongen</w:t>
      </w:r>
    </w:p>
    <w:p w14:paraId="2AD7529A" w14:textId="77777777" w:rsidR="00AF4D06" w:rsidRPr="00EA511B" w:rsidRDefault="00EF198E">
      <w:pPr>
        <w:pStyle w:val="Rubrik2"/>
        <w:rPr>
          <w:rFonts w:ascii="Aptos" w:hAnsi="Aptos"/>
          <w:color w:val="auto"/>
        </w:rPr>
      </w:pPr>
      <w:r w:rsidRPr="00EA511B">
        <w:rPr>
          <w:rFonts w:ascii="Aptos" w:hAnsi="Aptos"/>
          <w:color w:val="auto"/>
        </w:rPr>
        <w:t>Öppna tävlingar</w:t>
      </w:r>
    </w:p>
    <w:p w14:paraId="2188AE6C" w14:textId="77777777" w:rsidR="00AF4D06" w:rsidRPr="001112E6" w:rsidRDefault="00EF198E">
      <w:pPr>
        <w:rPr>
          <w:sz w:val="24"/>
          <w:szCs w:val="24"/>
        </w:rPr>
      </w:pPr>
      <w:r w:rsidRPr="001112E6">
        <w:rPr>
          <w:sz w:val="24"/>
          <w:szCs w:val="24"/>
        </w:rPr>
        <w:t>Anordnas av cheerföreningar eller företag</w:t>
      </w:r>
    </w:p>
    <w:p w14:paraId="13981BDC" w14:textId="77777777" w:rsidR="00AF4D06" w:rsidRPr="001112E6" w:rsidRDefault="00EF198E">
      <w:pPr>
        <w:rPr>
          <w:sz w:val="24"/>
          <w:szCs w:val="24"/>
        </w:rPr>
      </w:pPr>
      <w:r w:rsidRPr="001112E6">
        <w:rPr>
          <w:sz w:val="24"/>
          <w:szCs w:val="24"/>
        </w:rPr>
        <w:t>De aktiva i tävlingslag förbinder sig inte att delta</w:t>
      </w:r>
    </w:p>
    <w:p w14:paraId="4D718A5B" w14:textId="77777777" w:rsidR="00AF4D06" w:rsidRPr="001112E6" w:rsidRDefault="00EF198E">
      <w:pPr>
        <w:rPr>
          <w:sz w:val="24"/>
          <w:szCs w:val="24"/>
        </w:rPr>
      </w:pPr>
      <w:r w:rsidRPr="001112E6">
        <w:rPr>
          <w:sz w:val="24"/>
          <w:szCs w:val="24"/>
        </w:rPr>
        <w:t>Deltagande vid öppna tävlingar ska godkännas av föräldrar (ansvariga vuxna) innan tränarna tar upp frågan med laget</w:t>
      </w:r>
    </w:p>
    <w:p w14:paraId="17D5B12F" w14:textId="77777777" w:rsidR="00AF4D06" w:rsidRPr="001112E6" w:rsidRDefault="00EF198E">
      <w:pPr>
        <w:rPr>
          <w:sz w:val="24"/>
          <w:szCs w:val="24"/>
        </w:rPr>
      </w:pPr>
      <w:r w:rsidRPr="001112E6">
        <w:rPr>
          <w:sz w:val="24"/>
          <w:szCs w:val="24"/>
        </w:rPr>
        <w:t>Deltagande vid öppna tävlingar innebär en extra kostnad som inte finns med i den ekonomiska planen</w:t>
      </w:r>
    </w:p>
    <w:p w14:paraId="7BFB0FAB" w14:textId="77777777" w:rsidR="00AF4D06" w:rsidRPr="001112E6" w:rsidRDefault="00EF198E">
      <w:pPr>
        <w:rPr>
          <w:sz w:val="24"/>
          <w:szCs w:val="24"/>
        </w:rPr>
      </w:pPr>
      <w:r w:rsidRPr="001112E6">
        <w:rPr>
          <w:sz w:val="24"/>
          <w:szCs w:val="24"/>
        </w:rPr>
        <w:t>Om lagen vill åka på öppna tävlingar under säsongen så ansvarar de aktiva och föräldrar själva för bokning av resa och uppehälle. De aktiva betalar sin del av kostnaden. Föreningen betalar kostnaden för tränare och hjälptränare för en (1) öppen tävling per säsong.</w:t>
      </w:r>
    </w:p>
    <w:p w14:paraId="69950AC8" w14:textId="77777777" w:rsidR="00AF4D06" w:rsidRPr="001112E6" w:rsidRDefault="00EF198E">
      <w:pPr>
        <w:rPr>
          <w:sz w:val="24"/>
          <w:szCs w:val="24"/>
        </w:rPr>
      </w:pPr>
      <w:r w:rsidRPr="001112E6">
        <w:rPr>
          <w:sz w:val="24"/>
          <w:szCs w:val="24"/>
        </w:rPr>
        <w:t>Bara tävlingar i Norrland denna säsong. De lag som inte kvalar in till RM/SM kan undersöka intresse för tävling utanför Norrland efter DM.</w:t>
      </w:r>
    </w:p>
    <w:p w14:paraId="15CB77A5" w14:textId="77777777" w:rsidR="00AF4D06" w:rsidRPr="00EA511B" w:rsidRDefault="00EF198E">
      <w:pPr>
        <w:pStyle w:val="Rubrik2"/>
        <w:rPr>
          <w:rFonts w:ascii="Aptos" w:hAnsi="Aptos"/>
          <w:color w:val="auto"/>
        </w:rPr>
      </w:pPr>
      <w:r w:rsidRPr="00EA511B">
        <w:rPr>
          <w:rFonts w:ascii="Aptos" w:hAnsi="Aptos"/>
          <w:color w:val="auto"/>
        </w:rPr>
        <w:t>Lagkassa</w:t>
      </w:r>
    </w:p>
    <w:p w14:paraId="39B9B861" w14:textId="77777777" w:rsidR="00AF4D06" w:rsidRPr="001112E6" w:rsidRDefault="00EF198E">
      <w:pPr>
        <w:rPr>
          <w:sz w:val="24"/>
          <w:szCs w:val="24"/>
        </w:rPr>
      </w:pPr>
      <w:r w:rsidRPr="001112E6">
        <w:rPr>
          <w:sz w:val="24"/>
          <w:szCs w:val="24"/>
        </w:rPr>
        <w:t>1500 kr/lag och säsong ska användas till trevligheter som ordnas av laget tillsammans med tränare, t.ex. avslutningsmiddag.</w:t>
      </w:r>
    </w:p>
    <w:p w14:paraId="24E32700" w14:textId="77777777" w:rsidR="00AF4D06" w:rsidRPr="00EA511B" w:rsidRDefault="00EF198E">
      <w:pPr>
        <w:pStyle w:val="Rubrik2"/>
        <w:rPr>
          <w:rFonts w:ascii="Aptos" w:hAnsi="Aptos"/>
          <w:color w:val="auto"/>
        </w:rPr>
      </w:pPr>
      <w:r w:rsidRPr="00EA511B">
        <w:rPr>
          <w:rFonts w:ascii="Aptos" w:hAnsi="Aptos"/>
          <w:color w:val="auto"/>
        </w:rPr>
        <w:lastRenderedPageBreak/>
        <w:t>Försäljning/aktiviteter som ger inkomster till föreningens dagliga verksamhet</w:t>
      </w:r>
    </w:p>
    <w:p w14:paraId="395BE299" w14:textId="77777777" w:rsidR="00AF4D06" w:rsidRPr="001112E6" w:rsidRDefault="00EF198E">
      <w:pPr>
        <w:rPr>
          <w:sz w:val="24"/>
          <w:szCs w:val="24"/>
        </w:rPr>
      </w:pPr>
      <w:r w:rsidRPr="001112E6">
        <w:rPr>
          <w:sz w:val="24"/>
          <w:szCs w:val="24"/>
        </w:rPr>
        <w:t>Styrelsen ansvarar för planering och genomförande samt delegerar arbetet</w:t>
      </w:r>
    </w:p>
    <w:p w14:paraId="1510D8E2" w14:textId="77777777" w:rsidR="00AF4D06" w:rsidRPr="001112E6" w:rsidRDefault="00EF198E">
      <w:pPr>
        <w:rPr>
          <w:sz w:val="24"/>
          <w:szCs w:val="24"/>
        </w:rPr>
      </w:pPr>
      <w:r w:rsidRPr="001112E6">
        <w:rPr>
          <w:sz w:val="24"/>
          <w:szCs w:val="24"/>
        </w:rPr>
        <w:t>Aktiva, Föräldrar eller annan ansvarig vuxen förväntas hjälpa till.</w:t>
      </w:r>
    </w:p>
    <w:p w14:paraId="425D0CA6" w14:textId="77777777" w:rsidR="00AF4D06" w:rsidRPr="001112E6" w:rsidRDefault="00EF198E">
      <w:pPr>
        <w:rPr>
          <w:sz w:val="24"/>
          <w:szCs w:val="24"/>
        </w:rPr>
      </w:pPr>
      <w:r w:rsidRPr="001112E6">
        <w:rPr>
          <w:sz w:val="24"/>
          <w:szCs w:val="24"/>
        </w:rPr>
        <w:t>Instruktioner tillhandahålls via laget.se</w:t>
      </w:r>
    </w:p>
    <w:p w14:paraId="06BB1F24" w14:textId="77777777" w:rsidR="00AF4D06" w:rsidRPr="00EA511B" w:rsidRDefault="00EF198E">
      <w:pPr>
        <w:pStyle w:val="Rubrik2"/>
        <w:rPr>
          <w:rFonts w:ascii="Aptos" w:hAnsi="Aptos"/>
          <w:color w:val="auto"/>
        </w:rPr>
      </w:pPr>
      <w:r w:rsidRPr="00EA511B">
        <w:rPr>
          <w:rFonts w:ascii="Aptos" w:hAnsi="Aptos"/>
          <w:color w:val="auto"/>
        </w:rPr>
        <w:t>Friköp</w:t>
      </w:r>
    </w:p>
    <w:p w14:paraId="53A64B98" w14:textId="77777777" w:rsidR="00AF4D06" w:rsidRPr="001112E6" w:rsidRDefault="00EF198E">
      <w:pPr>
        <w:rPr>
          <w:sz w:val="24"/>
          <w:szCs w:val="24"/>
        </w:rPr>
      </w:pPr>
      <w:r w:rsidRPr="001112E6">
        <w:rPr>
          <w:sz w:val="24"/>
          <w:szCs w:val="24"/>
        </w:rPr>
        <w:t>Vid försäljningstillfällena finns möjlighet till friköp. Friköp meddelas i samband med försäljning, man har max fem dagar på sig att meddela detta till styrelsen.</w:t>
      </w:r>
    </w:p>
    <w:p w14:paraId="2DAEE3CE" w14:textId="77777777" w:rsidR="00AF4D06" w:rsidRPr="001112E6" w:rsidRDefault="00EF198E">
      <w:pPr>
        <w:rPr>
          <w:sz w:val="24"/>
          <w:szCs w:val="24"/>
        </w:rPr>
      </w:pPr>
      <w:r w:rsidRPr="001112E6">
        <w:rPr>
          <w:sz w:val="24"/>
          <w:szCs w:val="24"/>
        </w:rPr>
        <w:t>Anledningen till att summan för friköp är högre än förtjänsten för varje aktiv är att det arbete som de aktiva som säljer gör räknas in.</w:t>
      </w:r>
    </w:p>
    <w:p w14:paraId="29662AA8" w14:textId="77777777" w:rsidR="00AF4D06" w:rsidRPr="00EA511B" w:rsidRDefault="00EF198E">
      <w:pPr>
        <w:pStyle w:val="Rubrik2"/>
        <w:rPr>
          <w:rFonts w:ascii="Aptos" w:hAnsi="Aptos"/>
          <w:color w:val="auto"/>
        </w:rPr>
      </w:pPr>
      <w:r w:rsidRPr="00EA511B">
        <w:rPr>
          <w:rFonts w:ascii="Aptos" w:hAnsi="Aptos"/>
          <w:color w:val="auto"/>
        </w:rPr>
        <w:t>Dräkter</w:t>
      </w:r>
    </w:p>
    <w:p w14:paraId="4F7F3A2F" w14:textId="77777777" w:rsidR="00AF4D06" w:rsidRPr="001112E6" w:rsidRDefault="00EF198E">
      <w:pPr>
        <w:rPr>
          <w:sz w:val="24"/>
          <w:szCs w:val="24"/>
        </w:rPr>
      </w:pPr>
      <w:r w:rsidRPr="001112E6">
        <w:rPr>
          <w:sz w:val="24"/>
          <w:szCs w:val="24"/>
        </w:rPr>
        <w:t>Föreningen köper in dräkter till ett fullt tävlingslag (20 st) som hyrs ut till de aktiva under</w:t>
      </w:r>
    </w:p>
    <w:p w14:paraId="5EE7FE08" w14:textId="77777777" w:rsidR="00AF4D06" w:rsidRPr="001112E6" w:rsidRDefault="00EF198E">
      <w:pPr>
        <w:rPr>
          <w:sz w:val="24"/>
          <w:szCs w:val="24"/>
        </w:rPr>
      </w:pPr>
      <w:r w:rsidRPr="001112E6">
        <w:rPr>
          <w:sz w:val="24"/>
          <w:szCs w:val="24"/>
        </w:rPr>
        <w:t>tävlingssäsongen. Borttappad dräkt ska ersättas. Dräkthyra 500 kr/säsong.</w:t>
      </w:r>
    </w:p>
    <w:p w14:paraId="05095466" w14:textId="77777777" w:rsidR="00AF4D06" w:rsidRPr="001112E6" w:rsidRDefault="00EF198E">
      <w:pPr>
        <w:rPr>
          <w:sz w:val="24"/>
          <w:szCs w:val="24"/>
        </w:rPr>
      </w:pPr>
      <w:r w:rsidRPr="001112E6">
        <w:rPr>
          <w:sz w:val="24"/>
          <w:szCs w:val="24"/>
        </w:rPr>
        <w:t>Föreningens tävlingsdräkter får inte användas i andra sammanhang än de som föreningen anordnar</w:t>
      </w:r>
    </w:p>
    <w:p w14:paraId="51F77836" w14:textId="77777777" w:rsidR="00AF4D06" w:rsidRPr="001112E6" w:rsidRDefault="00EF198E">
      <w:pPr>
        <w:rPr>
          <w:sz w:val="24"/>
          <w:szCs w:val="24"/>
        </w:rPr>
      </w:pPr>
      <w:r w:rsidRPr="001112E6">
        <w:rPr>
          <w:sz w:val="24"/>
          <w:szCs w:val="24"/>
        </w:rPr>
        <w:t>eller deltar i.</w:t>
      </w:r>
    </w:p>
    <w:p w14:paraId="3B2B11A6" w14:textId="5BE5A070" w:rsidR="0002692F" w:rsidRPr="001112E6" w:rsidRDefault="001112E6">
      <w:pPr>
        <w:rPr>
          <w:sz w:val="24"/>
          <w:szCs w:val="24"/>
        </w:rPr>
      </w:pPr>
      <w:r>
        <w:rPr>
          <w:sz w:val="24"/>
          <w:szCs w:val="24"/>
        </w:rPr>
        <w:t xml:space="preserve">Mer information finns i </w:t>
      </w:r>
      <w:r w:rsidR="0002692F" w:rsidRPr="001112E6">
        <w:rPr>
          <w:sz w:val="24"/>
          <w:szCs w:val="24"/>
        </w:rPr>
        <w:t>föreningens klädpolicy, där finns även tvättråd för dräkterna</w:t>
      </w:r>
    </w:p>
    <w:p w14:paraId="1DCBA170" w14:textId="77777777" w:rsidR="00AF4D06" w:rsidRPr="00EA511B" w:rsidRDefault="00EF198E">
      <w:pPr>
        <w:pStyle w:val="Rubrik2"/>
        <w:rPr>
          <w:rFonts w:ascii="Aptos" w:hAnsi="Aptos"/>
          <w:color w:val="auto"/>
        </w:rPr>
      </w:pPr>
      <w:r w:rsidRPr="00EA511B">
        <w:rPr>
          <w:rFonts w:ascii="Aptos" w:hAnsi="Aptos"/>
          <w:color w:val="auto"/>
        </w:rPr>
        <w:t>Försäkringar</w:t>
      </w:r>
    </w:p>
    <w:p w14:paraId="27FCF5CB" w14:textId="77777777" w:rsidR="00AF4D06" w:rsidRPr="001112E6" w:rsidRDefault="00EF198E">
      <w:pPr>
        <w:rPr>
          <w:sz w:val="24"/>
          <w:szCs w:val="24"/>
        </w:rPr>
      </w:pPr>
      <w:r w:rsidRPr="001112E6">
        <w:rPr>
          <w:sz w:val="24"/>
          <w:szCs w:val="24"/>
        </w:rPr>
        <w:t>Se information på Svenska Cheerleadingförbundets hemsida</w:t>
      </w:r>
    </w:p>
    <w:p w14:paraId="2E6E37C0" w14:textId="77777777" w:rsidR="00AF4D06" w:rsidRPr="001112E6" w:rsidRDefault="00EF198E">
      <w:pPr>
        <w:rPr>
          <w:sz w:val="24"/>
          <w:szCs w:val="24"/>
        </w:rPr>
      </w:pPr>
      <w:r w:rsidRPr="001112E6">
        <w:rPr>
          <w:sz w:val="24"/>
          <w:szCs w:val="24"/>
        </w:rPr>
        <w:t>https://cheerleading.se/for-foreningar/foreningsverksamhet/forsakringar/</w:t>
      </w:r>
    </w:p>
    <w:p w14:paraId="555D93C5" w14:textId="77777777" w:rsidR="00AF4D06" w:rsidRPr="001112E6" w:rsidRDefault="00EF198E">
      <w:pPr>
        <w:rPr>
          <w:sz w:val="24"/>
          <w:szCs w:val="24"/>
        </w:rPr>
      </w:pPr>
      <w:r w:rsidRPr="001112E6">
        <w:rPr>
          <w:sz w:val="24"/>
          <w:szCs w:val="24"/>
        </w:rPr>
        <w:t>Vår förening har valt alternativet Tävlingsförsäkring grund.</w:t>
      </w:r>
    </w:p>
    <w:p w14:paraId="01FAD04D" w14:textId="77777777" w:rsidR="00AF4D06" w:rsidRPr="001112E6" w:rsidRDefault="00EF198E">
      <w:pPr>
        <w:rPr>
          <w:sz w:val="24"/>
          <w:szCs w:val="24"/>
        </w:rPr>
      </w:pPr>
      <w:r w:rsidRPr="001112E6">
        <w:rPr>
          <w:sz w:val="24"/>
          <w:szCs w:val="24"/>
        </w:rPr>
        <w:t>För ledare och förtroendevalda</w:t>
      </w:r>
    </w:p>
    <w:p w14:paraId="0E15C463" w14:textId="77777777" w:rsidR="00AF4D06" w:rsidRPr="001112E6" w:rsidRDefault="00EF198E">
      <w:pPr>
        <w:rPr>
          <w:sz w:val="24"/>
          <w:szCs w:val="24"/>
        </w:rPr>
      </w:pPr>
      <w:r w:rsidRPr="001112E6">
        <w:rPr>
          <w:sz w:val="24"/>
          <w:szCs w:val="24"/>
        </w:rPr>
        <w:t>Efter RF-inträdet omfattas alla medlemsföreningar inom Svenska Cheerleadingförbundet av "RF Föreningsförsäkring Bas" som är tecknad i Folksam och betald av RF.</w:t>
      </w:r>
    </w:p>
    <w:p w14:paraId="741BB619" w14:textId="77777777" w:rsidR="00AF4D06" w:rsidRPr="00EA511B" w:rsidRDefault="00EF198E">
      <w:pPr>
        <w:pStyle w:val="Rubrik1"/>
        <w:rPr>
          <w:rFonts w:ascii="Aptos" w:hAnsi="Aptos"/>
          <w:color w:val="auto"/>
        </w:rPr>
      </w:pPr>
      <w:bookmarkStart w:id="9" w:name="sec010"/>
      <w:r w:rsidRPr="00EA511B">
        <w:rPr>
          <w:rFonts w:ascii="Aptos" w:hAnsi="Aptos"/>
          <w:color w:val="auto"/>
        </w:rPr>
        <w:t>Kontaktuppgifter SCA</w:t>
      </w:r>
      <w:bookmarkEnd w:id="9"/>
    </w:p>
    <w:p w14:paraId="6625CD66" w14:textId="77777777" w:rsidR="00AF4D06" w:rsidRPr="001112E6" w:rsidRDefault="00EF198E">
      <w:pPr>
        <w:rPr>
          <w:sz w:val="24"/>
          <w:szCs w:val="24"/>
        </w:rPr>
      </w:pPr>
      <w:r w:rsidRPr="001112E6">
        <w:rPr>
          <w:sz w:val="24"/>
          <w:szCs w:val="24"/>
        </w:rPr>
        <w:t>Adress:</w:t>
      </w:r>
    </w:p>
    <w:p w14:paraId="68E4E617" w14:textId="5814F9C0" w:rsidR="0002692F" w:rsidRPr="001112E6" w:rsidRDefault="0002692F">
      <w:pPr>
        <w:rPr>
          <w:sz w:val="24"/>
          <w:szCs w:val="24"/>
        </w:rPr>
      </w:pPr>
      <w:r w:rsidRPr="001112E6">
        <w:rPr>
          <w:sz w:val="24"/>
          <w:szCs w:val="24"/>
        </w:rPr>
        <w:t>Skellefteå Cheerleading Athletics</w:t>
      </w:r>
    </w:p>
    <w:p w14:paraId="5345A6AF" w14:textId="77777777" w:rsidR="00AF4D06" w:rsidRPr="001112E6" w:rsidRDefault="00EF198E">
      <w:pPr>
        <w:rPr>
          <w:sz w:val="24"/>
          <w:szCs w:val="24"/>
        </w:rPr>
      </w:pPr>
      <w:r w:rsidRPr="001112E6">
        <w:rPr>
          <w:sz w:val="24"/>
          <w:szCs w:val="24"/>
        </w:rPr>
        <w:t>c/o Christina Johansson Lindberg</w:t>
      </w:r>
    </w:p>
    <w:p w14:paraId="32185F3E" w14:textId="77777777" w:rsidR="00AF4D06" w:rsidRPr="001112E6" w:rsidRDefault="00EF198E">
      <w:pPr>
        <w:rPr>
          <w:sz w:val="24"/>
          <w:szCs w:val="24"/>
        </w:rPr>
      </w:pPr>
      <w:r w:rsidRPr="001112E6">
        <w:rPr>
          <w:sz w:val="24"/>
          <w:szCs w:val="24"/>
        </w:rPr>
        <w:t>Ragvaldsträsk 49</w:t>
      </w:r>
    </w:p>
    <w:p w14:paraId="6C0A94EE" w14:textId="77777777" w:rsidR="00AF4D06" w:rsidRPr="001112E6" w:rsidRDefault="00EF198E">
      <w:pPr>
        <w:rPr>
          <w:sz w:val="24"/>
          <w:szCs w:val="24"/>
        </w:rPr>
      </w:pPr>
      <w:r w:rsidRPr="001112E6">
        <w:rPr>
          <w:sz w:val="24"/>
          <w:szCs w:val="24"/>
        </w:rPr>
        <w:t>931 95 Skellefteå</w:t>
      </w:r>
    </w:p>
    <w:p w14:paraId="6D004C45" w14:textId="77777777" w:rsidR="00AF4D06" w:rsidRPr="001112E6" w:rsidRDefault="00EF198E">
      <w:pPr>
        <w:rPr>
          <w:sz w:val="24"/>
          <w:szCs w:val="24"/>
        </w:rPr>
      </w:pPr>
      <w:r w:rsidRPr="001112E6">
        <w:rPr>
          <w:sz w:val="24"/>
          <w:szCs w:val="24"/>
        </w:rPr>
        <w:lastRenderedPageBreak/>
        <w:t>Ordförande : Christina Johansson Lindberg 070-533 25 64</w:t>
      </w:r>
    </w:p>
    <w:p w14:paraId="3F7ADCCA" w14:textId="77777777" w:rsidR="00AF4D06" w:rsidRPr="001112E6" w:rsidRDefault="00EF198E">
      <w:pPr>
        <w:rPr>
          <w:sz w:val="24"/>
          <w:szCs w:val="24"/>
        </w:rPr>
      </w:pPr>
      <w:r w:rsidRPr="001112E6">
        <w:rPr>
          <w:sz w:val="24"/>
          <w:szCs w:val="24"/>
        </w:rPr>
        <w:t>Skicka i första hand frågor till styrelsens mail: styrelseskellefteacheer@gmail.com</w:t>
      </w:r>
    </w:p>
    <w:p w14:paraId="6775169C" w14:textId="77777777" w:rsidR="00AF4D06" w:rsidRPr="001112E6" w:rsidRDefault="00EF198E">
      <w:pPr>
        <w:rPr>
          <w:sz w:val="24"/>
          <w:szCs w:val="24"/>
        </w:rPr>
      </w:pPr>
      <w:r w:rsidRPr="001112E6">
        <w:rPr>
          <w:sz w:val="24"/>
          <w:szCs w:val="24"/>
        </w:rPr>
        <w:t>Då ringer någon i styrelsen upp, ifall ni vill ha kontakt via telefon</w:t>
      </w:r>
    </w:p>
    <w:p w14:paraId="11F147B9" w14:textId="7E4D5CD9" w:rsidR="00AF4D06" w:rsidRDefault="00EF198E">
      <w:pPr>
        <w:rPr>
          <w:sz w:val="24"/>
          <w:szCs w:val="24"/>
        </w:rPr>
      </w:pPr>
      <w:bookmarkStart w:id="10" w:name="Bottom"/>
      <w:r w:rsidRPr="001112E6">
        <w:rPr>
          <w:sz w:val="24"/>
          <w:szCs w:val="24"/>
        </w:rPr>
        <w:t xml:space="preserve">Skicka frågor gällande ekonomi, fakturor till mail: </w:t>
      </w:r>
      <w:hyperlink r:id="rId10" w:history="1">
        <w:r w:rsidR="001112E6" w:rsidRPr="00CF2973">
          <w:rPr>
            <w:rStyle w:val="Hyperlnk"/>
            <w:sz w:val="24"/>
            <w:szCs w:val="24"/>
          </w:rPr>
          <w:t>kassorskellefteacheerleading@gmail.com</w:t>
        </w:r>
      </w:hyperlink>
      <w:bookmarkEnd w:id="10"/>
    </w:p>
    <w:p w14:paraId="103DABD6" w14:textId="7F5721B2" w:rsidR="001112E6" w:rsidRPr="001112E6" w:rsidRDefault="001112E6">
      <w:pPr>
        <w:rPr>
          <w:sz w:val="24"/>
          <w:szCs w:val="24"/>
        </w:rPr>
      </w:pPr>
    </w:p>
    <w:sectPr w:rsidR="001112E6" w:rsidRPr="001112E6" w:rsidSect="00034616">
      <w:footerReference w:type="default" r:id="rId11"/>
      <w:pgSz w:w="12240" w:h="15840"/>
      <w:pgMar w:top="1247"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F6CF" w14:textId="77777777" w:rsidR="0090554B" w:rsidRDefault="0090554B">
      <w:pPr>
        <w:spacing w:after="0" w:line="240" w:lineRule="auto"/>
      </w:pPr>
      <w:r>
        <w:separator/>
      </w:r>
    </w:p>
  </w:endnote>
  <w:endnote w:type="continuationSeparator" w:id="0">
    <w:p w14:paraId="117C615D" w14:textId="77777777" w:rsidR="0090554B" w:rsidRDefault="00905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EBA1" w14:textId="77777777" w:rsidR="00AF4D06" w:rsidRDefault="00EF198E">
    <w:pPr>
      <w:pStyle w:val="Sidfot"/>
      <w:jc w:val="center"/>
    </w:pPr>
    <w:r>
      <w:t xml:space="preserve">SCA • Information och riktlinjer • </w:t>
    </w:r>
    <w:r>
      <w:fldChar w:fldCharType="begin"/>
    </w:r>
    <w:r>
      <w:instrText>PAGE</w:instrText>
    </w:r>
    <w:r>
      <w:fldChar w:fldCharType="separate"/>
    </w:r>
    <w:r w:rsidR="001B5DA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C74E" w14:textId="77777777" w:rsidR="0090554B" w:rsidRDefault="0090554B">
      <w:pPr>
        <w:spacing w:after="0" w:line="240" w:lineRule="auto"/>
      </w:pPr>
      <w:r>
        <w:separator/>
      </w:r>
    </w:p>
  </w:footnote>
  <w:footnote w:type="continuationSeparator" w:id="0">
    <w:p w14:paraId="5EDB2B12" w14:textId="77777777" w:rsidR="0090554B" w:rsidRDefault="00905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5680E42C"/>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456169D9"/>
    <w:multiLevelType w:val="multilevel"/>
    <w:tmpl w:val="0DD4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354927">
    <w:abstractNumId w:val="8"/>
  </w:num>
  <w:num w:numId="2" w16cid:durableId="1734428016">
    <w:abstractNumId w:val="6"/>
  </w:num>
  <w:num w:numId="3" w16cid:durableId="444228134">
    <w:abstractNumId w:val="5"/>
  </w:num>
  <w:num w:numId="4" w16cid:durableId="1666742471">
    <w:abstractNumId w:val="4"/>
  </w:num>
  <w:num w:numId="5" w16cid:durableId="1286887890">
    <w:abstractNumId w:val="7"/>
  </w:num>
  <w:num w:numId="6" w16cid:durableId="694574473">
    <w:abstractNumId w:val="3"/>
  </w:num>
  <w:num w:numId="7" w16cid:durableId="1055087634">
    <w:abstractNumId w:val="2"/>
  </w:num>
  <w:num w:numId="8" w16cid:durableId="474954592">
    <w:abstractNumId w:val="1"/>
  </w:num>
  <w:num w:numId="9" w16cid:durableId="84150487">
    <w:abstractNumId w:val="0"/>
  </w:num>
  <w:num w:numId="10" w16cid:durableId="11455892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92F"/>
    <w:rsid w:val="00034616"/>
    <w:rsid w:val="0006063C"/>
    <w:rsid w:val="000720A9"/>
    <w:rsid w:val="000F31F2"/>
    <w:rsid w:val="001112E6"/>
    <w:rsid w:val="0015074B"/>
    <w:rsid w:val="001B5DA2"/>
    <w:rsid w:val="0029639D"/>
    <w:rsid w:val="00326F90"/>
    <w:rsid w:val="00432801"/>
    <w:rsid w:val="0081232B"/>
    <w:rsid w:val="0090554B"/>
    <w:rsid w:val="00936D19"/>
    <w:rsid w:val="00961C6E"/>
    <w:rsid w:val="00AA1D8D"/>
    <w:rsid w:val="00AF4D06"/>
    <w:rsid w:val="00B47730"/>
    <w:rsid w:val="00CB0664"/>
    <w:rsid w:val="00D142EE"/>
    <w:rsid w:val="00E15147"/>
    <w:rsid w:val="00EA511B"/>
    <w:rsid w:val="00EF198E"/>
    <w:rsid w:val="00F16A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E54D2"/>
  <w14:defaultImageDpi w14:val="300"/>
  <w15:docId w15:val="{5332F8DF-1055-4694-9FE0-F8E17B0F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Rubrik1">
    <w:name w:val="heading 1"/>
    <w:basedOn w:val="Normal"/>
    <w:next w:val="Normal"/>
    <w:link w:val="Rubrik1Char"/>
    <w:uiPriority w:val="9"/>
    <w:qFormat/>
    <w:rsid w:val="00FC693F"/>
    <w:pPr>
      <w:keepNext/>
      <w:keepLines/>
      <w:spacing w:before="320" w:after="160"/>
      <w:outlineLvl w:val="0"/>
    </w:pPr>
    <w:rPr>
      <w:rFonts w:asciiTheme="majorHAnsi" w:eastAsiaTheme="majorEastAsia" w:hAnsiTheme="majorHAnsi" w:cstheme="majorBidi"/>
      <w:b/>
      <w:bCs/>
      <w:color w:val="365F91" w:themeColor="accent1" w:themeShade="BF"/>
      <w:sz w:val="34"/>
      <w:szCs w:val="28"/>
    </w:rPr>
  </w:style>
  <w:style w:type="paragraph" w:styleId="Rubrik2">
    <w:name w:val="heading 2"/>
    <w:basedOn w:val="Normal"/>
    <w:next w:val="Normal"/>
    <w:link w:val="Rubrik2Char"/>
    <w:uiPriority w:val="9"/>
    <w:unhideWhenUsed/>
    <w:qFormat/>
    <w:rsid w:val="00FC693F"/>
    <w:pPr>
      <w:keepNext/>
      <w:keepLines/>
      <w:spacing w:before="24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180" w:after="80"/>
      <w:outlineLvl w:val="2"/>
    </w:pPr>
    <w:rPr>
      <w:rFonts w:asciiTheme="majorHAnsi" w:eastAsiaTheme="majorEastAsia" w:hAnsiTheme="majorHAnsi" w:cstheme="majorBidi"/>
      <w:b/>
      <w:bCs/>
      <w:color w:val="4F81BD" w:themeColor="accent1"/>
      <w:sz w:val="22"/>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atmall1">
    <w:name w:val="Formatmall1"/>
    <w:basedOn w:val="Rubrik1"/>
    <w:link w:val="Formatmall1Char"/>
    <w:qFormat/>
    <w:rsid w:val="001B5DA2"/>
    <w:rPr>
      <w:color w:val="000000" w:themeColor="text1"/>
    </w:rPr>
  </w:style>
  <w:style w:type="character" w:customStyle="1" w:styleId="Formatmall1Char">
    <w:name w:val="Formatmall1 Char"/>
    <w:basedOn w:val="Rubrik1Char"/>
    <w:link w:val="Formatmall1"/>
    <w:rsid w:val="001B5DA2"/>
    <w:rPr>
      <w:rFonts w:asciiTheme="majorHAnsi" w:eastAsiaTheme="majorEastAsia" w:hAnsiTheme="majorHAnsi" w:cstheme="majorBidi"/>
      <w:b/>
      <w:bCs/>
      <w:color w:val="000000" w:themeColor="text1"/>
      <w:sz w:val="34"/>
      <w:szCs w:val="28"/>
    </w:rPr>
  </w:style>
  <w:style w:type="paragraph" w:customStyle="1" w:styleId="Formatmall2">
    <w:name w:val="Formatmall2"/>
    <w:basedOn w:val="Formatmall1"/>
    <w:link w:val="Formatmall2Char"/>
    <w:qFormat/>
    <w:rsid w:val="001B5DA2"/>
    <w:rPr>
      <w:color w:val="4F81BD" w:themeColor="accent1"/>
    </w:rPr>
  </w:style>
  <w:style w:type="character" w:customStyle="1" w:styleId="Formatmall2Char">
    <w:name w:val="Formatmall2 Char"/>
    <w:basedOn w:val="Formatmall1Char"/>
    <w:link w:val="Formatmall2"/>
    <w:rsid w:val="001B5DA2"/>
    <w:rPr>
      <w:rFonts w:asciiTheme="majorHAnsi" w:eastAsiaTheme="majorEastAsia" w:hAnsiTheme="majorHAnsi" w:cstheme="majorBidi"/>
      <w:b/>
      <w:bCs/>
      <w:color w:val="4F81BD" w:themeColor="accent1"/>
      <w:sz w:val="34"/>
      <w:szCs w:val="28"/>
    </w:rPr>
  </w:style>
  <w:style w:type="paragraph" w:customStyle="1" w:styleId="Frval">
    <w:name w:val="Förval"/>
    <w:rsid w:val="0002692F"/>
    <w:pPr>
      <w:pBdr>
        <w:top w:val="nil"/>
        <w:left w:val="nil"/>
        <w:bottom w:val="nil"/>
        <w:right w:val="nil"/>
        <w:between w:val="nil"/>
        <w:bar w:val="nil"/>
      </w:pBdr>
      <w:spacing w:after="0" w:line="240" w:lineRule="auto"/>
    </w:pPr>
    <w:rPr>
      <w:rFonts w:ascii="Helvetica" w:eastAsia="Helvetica" w:hAnsi="Helvetica" w:cs="Helvetica"/>
      <w:color w:val="000000"/>
      <w:bdr w:val="nil"/>
      <w:lang w:val="sv-SE" w:eastAsia="sv-SE"/>
    </w:rPr>
  </w:style>
  <w:style w:type="character" w:styleId="Hyperlnk">
    <w:name w:val="Hyperlink"/>
    <w:basedOn w:val="Standardstycketeckensnitt"/>
    <w:uiPriority w:val="99"/>
    <w:unhideWhenUsed/>
    <w:rsid w:val="001112E6"/>
    <w:rPr>
      <w:color w:val="0000FF" w:themeColor="hyperlink"/>
      <w:u w:val="single"/>
    </w:rPr>
  </w:style>
  <w:style w:type="character" w:styleId="Olstomnmnande">
    <w:name w:val="Unresolved Mention"/>
    <w:basedOn w:val="Standardstycketeckensnitt"/>
    <w:uiPriority w:val="99"/>
    <w:semiHidden/>
    <w:unhideWhenUsed/>
    <w:rsid w:val="00111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ssorskellefteacheerleading@gmail.com" TargetMode="External"/><Relationship Id="rId4" Type="http://schemas.openxmlformats.org/officeDocument/2006/relationships/settings" Target="settings.xml"/><Relationship Id="rId9" Type="http://schemas.openxmlformats.org/officeDocument/2006/relationships/image" Target="cid:9820514274916553828500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5696</Words>
  <Characters>30195</Characters>
  <Application>Microsoft Office Word</Application>
  <DocSecurity>0</DocSecurity>
  <Lines>251</Lines>
  <Paragraphs>71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Lindberg</cp:lastModifiedBy>
  <cp:revision>8</cp:revision>
  <dcterms:created xsi:type="dcterms:W3CDTF">2026-08-30T11:40:00Z</dcterms:created>
  <dcterms:modified xsi:type="dcterms:W3CDTF">2026-09-28T16:50:00Z</dcterms:modified>
  <cp:category/>
</cp:coreProperties>
</file>